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DF83" w14:textId="77777777" w:rsidR="004550E7" w:rsidRDefault="00000000">
      <w:pPr>
        <w:spacing w:after="160"/>
        <w:jc w:val="center"/>
        <w:rPr>
          <w:lang w:eastAsia="zh-CN"/>
        </w:rPr>
      </w:pPr>
      <w:r>
        <w:rPr>
          <w:rFonts w:eastAsia="黑体"/>
          <w:b/>
          <w:sz w:val="32"/>
          <w:lang w:eastAsia="zh-CN"/>
        </w:rPr>
        <w:t>AE-01</w:t>
      </w:r>
      <w:r>
        <w:rPr>
          <w:rFonts w:eastAsia="黑体"/>
          <w:b/>
          <w:sz w:val="32"/>
          <w:lang w:eastAsia="zh-CN"/>
        </w:rPr>
        <w:t>全血细胞计数</w:t>
      </w:r>
      <w:r>
        <w:rPr>
          <w:rFonts w:eastAsia="黑体"/>
          <w:b/>
          <w:sz w:val="32"/>
          <w:lang w:eastAsia="zh-CN"/>
        </w:rPr>
        <w:t>EQA</w:t>
      </w:r>
      <w:r>
        <w:rPr>
          <w:rFonts w:eastAsia="黑体"/>
          <w:b/>
          <w:sz w:val="32"/>
          <w:lang w:eastAsia="zh-CN"/>
        </w:rPr>
        <w:t>活动小结</w:t>
      </w:r>
    </w:p>
    <w:p w14:paraId="54C899C7" w14:textId="401B63CC" w:rsidR="004550E7" w:rsidRDefault="00000000">
      <w:pPr>
        <w:spacing w:before="40" w:after="80"/>
        <w:rPr>
          <w:lang w:eastAsia="zh-CN"/>
        </w:rPr>
      </w:pPr>
      <w:r>
        <w:rPr>
          <w:rFonts w:eastAsia="黑体"/>
          <w:b/>
          <w:sz w:val="24"/>
          <w:lang w:eastAsia="zh-CN"/>
        </w:rPr>
        <w:t>1</w:t>
      </w:r>
      <w:r>
        <w:rPr>
          <w:rFonts w:eastAsia="黑体"/>
          <w:b/>
          <w:sz w:val="24"/>
          <w:lang w:eastAsia="zh-CN"/>
        </w:rPr>
        <w:t>、活动概况</w:t>
      </w:r>
    </w:p>
    <w:p w14:paraId="2EC0446E" w14:textId="77777777" w:rsidR="004550E7" w:rsidRDefault="00000000">
      <w:pPr>
        <w:spacing w:after="40"/>
        <w:rPr>
          <w:lang w:eastAsia="zh-CN"/>
        </w:rPr>
      </w:pPr>
      <w:r>
        <w:rPr>
          <w:b/>
          <w:lang w:eastAsia="zh-CN"/>
        </w:rPr>
        <w:t>活动批次：</w:t>
      </w:r>
      <w:r>
        <w:rPr>
          <w:lang w:eastAsia="zh-CN"/>
        </w:rPr>
        <w:t>202601</w:t>
      </w:r>
      <w:r>
        <w:rPr>
          <w:lang w:eastAsia="zh-CN"/>
        </w:rPr>
        <w:t>次</w:t>
      </w:r>
    </w:p>
    <w:p w14:paraId="210E0156" w14:textId="7B0669F2" w:rsidR="004550E7" w:rsidRDefault="00000000">
      <w:pPr>
        <w:spacing w:after="40"/>
        <w:rPr>
          <w:lang w:eastAsia="zh-CN"/>
        </w:rPr>
      </w:pPr>
      <w:r>
        <w:rPr>
          <w:b/>
          <w:lang w:eastAsia="zh-CN"/>
        </w:rPr>
        <w:t>整体情况：参控实验室数：</w:t>
      </w:r>
      <w:r>
        <w:rPr>
          <w:lang w:eastAsia="zh-CN"/>
        </w:rPr>
        <w:t>185</w:t>
      </w:r>
      <w:r w:rsidR="00D445F6">
        <w:rPr>
          <w:rFonts w:hint="eastAsia"/>
          <w:lang w:eastAsia="zh-CN"/>
        </w:rPr>
        <w:t>3</w:t>
      </w:r>
      <w:r>
        <w:rPr>
          <w:lang w:eastAsia="zh-CN"/>
        </w:rPr>
        <w:t>家</w:t>
      </w:r>
    </w:p>
    <w:p w14:paraId="095475C4" w14:textId="1E79BFF2" w:rsidR="00074B5F" w:rsidRPr="00074B5F" w:rsidRDefault="00074B5F" w:rsidP="00074B5F">
      <w:pPr>
        <w:spacing w:before="40" w:after="80"/>
        <w:rPr>
          <w:rFonts w:eastAsia="黑体"/>
          <w:b/>
          <w:sz w:val="24"/>
          <w:lang w:eastAsia="zh-CN"/>
        </w:rPr>
      </w:pPr>
      <w:r>
        <w:rPr>
          <w:rFonts w:eastAsia="黑体" w:hint="eastAsia"/>
          <w:b/>
          <w:sz w:val="24"/>
          <w:lang w:eastAsia="zh-CN"/>
        </w:rPr>
        <w:t>2</w:t>
      </w:r>
      <w:r w:rsidRPr="00074B5F">
        <w:rPr>
          <w:rFonts w:eastAsia="黑体"/>
          <w:b/>
          <w:sz w:val="24"/>
          <w:lang w:eastAsia="zh-CN"/>
        </w:rPr>
        <w:t>、评价标准</w:t>
      </w:r>
    </w:p>
    <w:tbl>
      <w:tblPr>
        <w:tblW w:w="907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5"/>
      </w:tblGrid>
      <w:tr w:rsidR="00074B5F" w14:paraId="22951016" w14:textId="77777777" w:rsidTr="003A3595">
        <w:trPr>
          <w:cantSplit/>
          <w:trHeight w:val="286"/>
          <w:tblHeader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6E2EE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369555" w14:textId="77777777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项目</w:t>
            </w:r>
            <w:proofErr w:type="spellEnd"/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6E2EE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0B890A" w14:textId="77777777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评价限</w:t>
            </w:r>
            <w:proofErr w:type="spellEnd"/>
          </w:p>
        </w:tc>
      </w:tr>
      <w:tr w:rsidR="00074B5F" w14:paraId="53643508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96F276" w14:textId="46807239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WBC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E063DE" w14:textId="5799E0AA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±15%</w:t>
            </w:r>
          </w:p>
        </w:tc>
      </w:tr>
      <w:tr w:rsidR="00074B5F" w14:paraId="26723468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5357A3" w14:textId="2F2AE948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RBC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55D8FE" w14:textId="454CCE1F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6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511FB27A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51531A" w14:textId="1331C6E8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Hgb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EDAD56" w14:textId="2E8C5879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6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06E222A5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0EE470" w14:textId="22824A49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Hct</w:t>
            </w:r>
            <w:proofErr w:type="spellEnd"/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5E68A9" w14:textId="76701C35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9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2D8E2A8A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57C22C" w14:textId="4DD43EBC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proofErr w:type="spellStart"/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Plt</w:t>
            </w:r>
            <w:proofErr w:type="spellEnd"/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C0EE99" w14:textId="4E6C43C4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20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4AD5DB9D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02CA7F" w14:textId="1422B80A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MCV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1F463A" w14:textId="451C74E0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0375880B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56E6E3" w14:textId="001A07D4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MCH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E453F3" w14:textId="4227CC8F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7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  <w:tr w:rsidR="00074B5F" w14:paraId="4DF2B174" w14:textId="77777777" w:rsidTr="00D445F6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F0BDA6" w14:textId="48462A2E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  <w:rPr>
                <w:lang w:eastAsia="zh-CN"/>
              </w:rPr>
            </w:pP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MCHC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A8773A" w14:textId="126EC04B" w:rsidR="00074B5F" w:rsidRDefault="00074B5F" w:rsidP="00D445F6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cs="Arial"/>
                <w:color w:val="000000"/>
                <w:sz w:val="20"/>
                <w:szCs w:val="20"/>
              </w:rPr>
              <w:t>±</w:t>
            </w:r>
            <w:r>
              <w:rPr>
                <w:rFonts w:cs="Arial" w:hint="eastAsia"/>
                <w:color w:val="000000"/>
                <w:sz w:val="20"/>
                <w:szCs w:val="20"/>
                <w:lang w:eastAsia="zh-CN"/>
              </w:rPr>
              <w:t>8</w:t>
            </w: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</w:tr>
    </w:tbl>
    <w:p w14:paraId="7E8CCF89" w14:textId="77777777" w:rsidR="00074B5F" w:rsidRPr="00074B5F" w:rsidRDefault="00074B5F">
      <w:pPr>
        <w:spacing w:after="40"/>
        <w:rPr>
          <w:lang w:eastAsia="zh-CN"/>
        </w:rPr>
      </w:pPr>
    </w:p>
    <w:p w14:paraId="3155FDC2" w14:textId="7DF5D1F4" w:rsidR="004550E7" w:rsidRDefault="00074B5F">
      <w:pPr>
        <w:spacing w:before="100" w:after="80"/>
        <w:rPr>
          <w:lang w:eastAsia="zh-CN"/>
        </w:rPr>
      </w:pPr>
      <w:r>
        <w:rPr>
          <w:rFonts w:eastAsia="黑体" w:hint="eastAsia"/>
          <w:b/>
          <w:sz w:val="24"/>
          <w:lang w:eastAsia="zh-CN"/>
        </w:rPr>
        <w:t>3</w:t>
      </w:r>
      <w:r>
        <w:rPr>
          <w:rFonts w:eastAsia="黑体"/>
          <w:b/>
          <w:sz w:val="24"/>
          <w:lang w:eastAsia="zh-CN"/>
        </w:rPr>
        <w:t>、</w:t>
      </w:r>
      <w:r>
        <w:rPr>
          <w:rFonts w:eastAsia="黑体"/>
          <w:b/>
          <w:sz w:val="24"/>
          <w:lang w:eastAsia="zh-CN"/>
        </w:rPr>
        <w:t xml:space="preserve"> </w:t>
      </w:r>
      <w:r>
        <w:rPr>
          <w:rFonts w:eastAsia="黑体"/>
          <w:b/>
          <w:sz w:val="24"/>
          <w:lang w:eastAsia="zh-CN"/>
        </w:rPr>
        <w:t>活动小结</w:t>
      </w: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1020"/>
        <w:gridCol w:w="3203"/>
        <w:gridCol w:w="765"/>
        <w:gridCol w:w="822"/>
        <w:gridCol w:w="822"/>
        <w:gridCol w:w="1332"/>
        <w:gridCol w:w="1332"/>
      </w:tblGrid>
      <w:tr w:rsidR="004550E7" w14:paraId="3C09E6FD" w14:textId="77777777">
        <w:trPr>
          <w:cantSplit/>
          <w:tblHeader/>
          <w:jc w:val="center"/>
        </w:trPr>
        <w:tc>
          <w:tcPr>
            <w:tcW w:w="652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4DA30" w14:textId="77777777" w:rsidR="004550E7" w:rsidRDefault="00000000">
            <w:pPr>
              <w:jc w:val="center"/>
            </w:pPr>
            <w:proofErr w:type="spellStart"/>
            <w:r>
              <w:rPr>
                <w:b/>
                <w:sz w:val="17"/>
              </w:rPr>
              <w:t>项目</w:t>
            </w:r>
            <w:proofErr w:type="spellEnd"/>
          </w:p>
        </w:tc>
        <w:tc>
          <w:tcPr>
            <w:tcW w:w="1020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32DB1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批号</w:t>
            </w:r>
          </w:p>
        </w:tc>
        <w:tc>
          <w:tcPr>
            <w:tcW w:w="3203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DCB95E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组</w:t>
            </w:r>
          </w:p>
        </w:tc>
        <w:tc>
          <w:tcPr>
            <w:tcW w:w="765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C00B5E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实验室数</w:t>
            </w:r>
          </w:p>
        </w:tc>
        <w:tc>
          <w:tcPr>
            <w:tcW w:w="822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0BBCF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最大值</w:t>
            </w:r>
          </w:p>
        </w:tc>
        <w:tc>
          <w:tcPr>
            <w:tcW w:w="822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B1E9E8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最小值</w:t>
            </w:r>
          </w:p>
        </w:tc>
        <w:tc>
          <w:tcPr>
            <w:tcW w:w="1332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677746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稳健平均值</w:t>
            </w:r>
          </w:p>
        </w:tc>
        <w:tc>
          <w:tcPr>
            <w:tcW w:w="1332" w:type="dxa"/>
            <w:shd w:val="clear" w:color="auto" w:fill="DCE6F1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77400" w14:textId="77777777" w:rsidR="004550E7" w:rsidRDefault="00000000">
            <w:pPr>
              <w:jc w:val="center"/>
            </w:pPr>
            <w:r>
              <w:rPr>
                <w:b/>
                <w:sz w:val="17"/>
              </w:rPr>
              <w:t>稳健标准差</w:t>
            </w:r>
          </w:p>
        </w:tc>
      </w:tr>
      <w:tr w:rsidR="004550E7" w14:paraId="5D5551A8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F3A38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WBC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996D09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F89AF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D74AF" w14:textId="77777777" w:rsidR="004550E7" w:rsidRDefault="00000000">
            <w:pPr>
              <w:jc w:val="center"/>
            </w:pPr>
            <w:r>
              <w:rPr>
                <w:sz w:val="15"/>
              </w:rPr>
              <w:t>1832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522296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059322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A537F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92084D" w14:textId="77777777" w:rsidR="004550E7" w:rsidRDefault="00000000">
            <w:pPr>
              <w:jc w:val="center"/>
            </w:pPr>
            <w:r>
              <w:rPr>
                <w:sz w:val="15"/>
              </w:rPr>
              <w:t>0.654</w:t>
            </w:r>
          </w:p>
        </w:tc>
      </w:tr>
      <w:tr w:rsidR="004550E7" w14:paraId="40B0266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2A722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69E6A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C2A67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79824C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884745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2FB9B" w14:textId="77777777" w:rsidR="004550E7" w:rsidRDefault="00000000">
            <w:pPr>
              <w:jc w:val="center"/>
            </w:pPr>
            <w:r>
              <w:rPr>
                <w:sz w:val="15"/>
              </w:rPr>
              <w:t>14.1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B4578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4F678" w14:textId="77777777" w:rsidR="004550E7" w:rsidRDefault="00000000">
            <w:pPr>
              <w:jc w:val="center"/>
            </w:pPr>
            <w:r>
              <w:rPr>
                <w:sz w:val="15"/>
              </w:rPr>
              <w:t>0.437</w:t>
            </w:r>
          </w:p>
        </w:tc>
      </w:tr>
      <w:tr w:rsidR="004550E7" w14:paraId="03515F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DD18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AE90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B717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D931D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319D0C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2A336" w14:textId="77777777" w:rsidR="004550E7" w:rsidRDefault="00000000">
            <w:pPr>
              <w:jc w:val="center"/>
            </w:pPr>
            <w:r>
              <w:rPr>
                <w:sz w:val="15"/>
              </w:rPr>
              <w:t>14.8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C1DE5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B3946A" w14:textId="77777777" w:rsidR="004550E7" w:rsidRDefault="00000000">
            <w:pPr>
              <w:jc w:val="center"/>
            </w:pPr>
            <w:r>
              <w:rPr>
                <w:sz w:val="15"/>
              </w:rPr>
              <w:t>0.435</w:t>
            </w:r>
          </w:p>
        </w:tc>
      </w:tr>
      <w:tr w:rsidR="004550E7" w14:paraId="38F8003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BC58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3E68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FEC1B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5AAE65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150E1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888B4" w14:textId="77777777" w:rsidR="004550E7" w:rsidRDefault="00000000">
            <w:pPr>
              <w:jc w:val="center"/>
            </w:pPr>
            <w:r>
              <w:rPr>
                <w:sz w:val="15"/>
              </w:rPr>
              <w:t>15.7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1275F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05A61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0C914AA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E55E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A1DFF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1A2C9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EAF72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D809C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B8C22" w14:textId="77777777" w:rsidR="004550E7" w:rsidRDefault="00000000">
            <w:pPr>
              <w:jc w:val="center"/>
            </w:pPr>
            <w:r>
              <w:rPr>
                <w:sz w:val="15"/>
              </w:rPr>
              <w:t>15.9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BB551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7AA68" w14:textId="77777777" w:rsidR="004550E7" w:rsidRDefault="00000000">
            <w:pPr>
              <w:jc w:val="center"/>
            </w:pPr>
            <w:r>
              <w:rPr>
                <w:sz w:val="15"/>
              </w:rPr>
              <w:t>0.416</w:t>
            </w:r>
          </w:p>
        </w:tc>
      </w:tr>
      <w:tr w:rsidR="004550E7" w14:paraId="0F597DD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E9873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F60D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50F6E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DC7C0" w14:textId="77777777" w:rsidR="004550E7" w:rsidRDefault="00000000">
            <w:pPr>
              <w:jc w:val="center"/>
            </w:pPr>
            <w:r>
              <w:rPr>
                <w:sz w:val="15"/>
              </w:rPr>
              <w:t>257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4F3F5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FC45C" w14:textId="77777777" w:rsidR="004550E7" w:rsidRDefault="00000000">
            <w:pPr>
              <w:jc w:val="center"/>
            </w:pPr>
            <w:r>
              <w:rPr>
                <w:sz w:val="15"/>
              </w:rPr>
              <w:t>15.3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CECC3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B3F20C" w14:textId="77777777" w:rsidR="004550E7" w:rsidRDefault="00000000">
            <w:pPr>
              <w:jc w:val="center"/>
            </w:pPr>
            <w:r>
              <w:rPr>
                <w:sz w:val="15"/>
              </w:rPr>
              <w:t>0.464</w:t>
            </w:r>
          </w:p>
        </w:tc>
      </w:tr>
      <w:tr w:rsidR="004550E7" w14:paraId="3C8E551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3D85E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614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522E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96FEE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7E025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5EA763" w14:textId="77777777" w:rsidR="004550E7" w:rsidRDefault="00000000">
            <w:pPr>
              <w:jc w:val="center"/>
            </w:pPr>
            <w:r>
              <w:rPr>
                <w:sz w:val="15"/>
              </w:rPr>
              <w:t>14.4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48406E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DC9008" w14:textId="77777777" w:rsidR="004550E7" w:rsidRDefault="00000000">
            <w:pPr>
              <w:jc w:val="center"/>
            </w:pPr>
            <w:r>
              <w:rPr>
                <w:sz w:val="15"/>
              </w:rPr>
              <w:t>0.451</w:t>
            </w:r>
          </w:p>
        </w:tc>
      </w:tr>
      <w:tr w:rsidR="004550E7" w14:paraId="2061134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3AA4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8730F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6F4EA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291026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D2D1D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88AEC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167452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795FE7" w14:textId="77777777" w:rsidR="004550E7" w:rsidRDefault="00000000">
            <w:pPr>
              <w:jc w:val="center"/>
            </w:pPr>
            <w:r>
              <w:rPr>
                <w:sz w:val="15"/>
              </w:rPr>
              <w:t>0.483</w:t>
            </w:r>
          </w:p>
        </w:tc>
      </w:tr>
      <w:tr w:rsidR="004550E7" w14:paraId="6D40751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CABD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9EB7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5A23B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82EB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C60903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5497C6" w14:textId="77777777" w:rsidR="004550E7" w:rsidRDefault="00000000">
            <w:pPr>
              <w:jc w:val="center"/>
            </w:pPr>
            <w:r>
              <w:rPr>
                <w:sz w:val="15"/>
              </w:rPr>
              <w:t>15.8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4F5F0C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FE1A36" w14:textId="77777777" w:rsidR="004550E7" w:rsidRDefault="00000000">
            <w:pPr>
              <w:jc w:val="center"/>
            </w:pPr>
            <w:r>
              <w:rPr>
                <w:sz w:val="15"/>
              </w:rPr>
              <w:t>0.692</w:t>
            </w:r>
          </w:p>
        </w:tc>
      </w:tr>
      <w:tr w:rsidR="004550E7" w14:paraId="6237BD7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D7D2C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BE391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21468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5B1D2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3AF8A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20A57" w14:textId="77777777" w:rsidR="004550E7" w:rsidRDefault="00000000">
            <w:pPr>
              <w:jc w:val="center"/>
            </w:pPr>
            <w:r>
              <w:rPr>
                <w:sz w:val="15"/>
              </w:rPr>
              <w:t>16.0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3370D7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7CBBA7" w14:textId="77777777" w:rsidR="004550E7" w:rsidRDefault="00000000">
            <w:pPr>
              <w:jc w:val="center"/>
            </w:pPr>
            <w:r>
              <w:rPr>
                <w:sz w:val="15"/>
              </w:rPr>
              <w:t>0.512</w:t>
            </w:r>
          </w:p>
        </w:tc>
      </w:tr>
      <w:tr w:rsidR="004550E7" w14:paraId="02BE589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BBF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DC44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B0584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745E7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818BE8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E106B8" w14:textId="77777777" w:rsidR="004550E7" w:rsidRDefault="00000000">
            <w:pPr>
              <w:jc w:val="center"/>
            </w:pPr>
            <w:r>
              <w:rPr>
                <w:sz w:val="15"/>
              </w:rPr>
              <w:t>15.4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B869B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79FE8" w14:textId="77777777" w:rsidR="004550E7" w:rsidRDefault="00000000">
            <w:pPr>
              <w:jc w:val="center"/>
            </w:pPr>
            <w:r>
              <w:rPr>
                <w:sz w:val="15"/>
              </w:rPr>
              <w:t>0.45</w:t>
            </w:r>
          </w:p>
        </w:tc>
      </w:tr>
      <w:tr w:rsidR="004550E7" w14:paraId="14C9FD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5902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889A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56B91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07A23E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7DF4F" w14:textId="77777777" w:rsidR="004550E7" w:rsidRDefault="00000000">
            <w:pPr>
              <w:jc w:val="center"/>
            </w:pPr>
            <w:r>
              <w:rPr>
                <w:sz w:val="15"/>
              </w:rPr>
              <w:t>19.5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6E8D0F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267936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04FF7D" w14:textId="77777777" w:rsidR="004550E7" w:rsidRDefault="00000000">
            <w:pPr>
              <w:jc w:val="center"/>
            </w:pPr>
            <w:r>
              <w:rPr>
                <w:sz w:val="15"/>
              </w:rPr>
              <w:t>0.648</w:t>
            </w:r>
          </w:p>
        </w:tc>
      </w:tr>
      <w:tr w:rsidR="004550E7" w14:paraId="1C852BB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FDE7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97488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C54CF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659DF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2BE6B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5FD2C1" w14:textId="77777777" w:rsidR="004550E7" w:rsidRDefault="00000000">
            <w:pPr>
              <w:jc w:val="center"/>
            </w:pPr>
            <w:r>
              <w:rPr>
                <w:sz w:val="15"/>
              </w:rPr>
              <w:t>15.5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2525AF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36FCF" w14:textId="77777777" w:rsidR="004550E7" w:rsidRDefault="00000000">
            <w:pPr>
              <w:jc w:val="center"/>
            </w:pPr>
            <w:r>
              <w:rPr>
                <w:sz w:val="15"/>
              </w:rPr>
              <w:t>0.345</w:t>
            </w:r>
          </w:p>
        </w:tc>
      </w:tr>
      <w:tr w:rsidR="004550E7" w14:paraId="54AC9BA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EC062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579E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12B4C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AD83DF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A8AC1F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DFFE3F" w14:textId="77777777" w:rsidR="004550E7" w:rsidRDefault="00000000">
            <w:pPr>
              <w:jc w:val="center"/>
            </w:pPr>
            <w:r>
              <w:rPr>
                <w:sz w:val="15"/>
              </w:rPr>
              <w:t>12.8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29A0AF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645B2" w14:textId="77777777" w:rsidR="004550E7" w:rsidRDefault="00000000">
            <w:pPr>
              <w:jc w:val="center"/>
            </w:pPr>
            <w:r>
              <w:rPr>
                <w:sz w:val="15"/>
              </w:rPr>
              <w:t>0.348</w:t>
            </w:r>
          </w:p>
        </w:tc>
      </w:tr>
      <w:tr w:rsidR="004550E7" w14:paraId="5FE3EF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DB1A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17E2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A1344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5F2B62" w14:textId="77777777" w:rsidR="004550E7" w:rsidRDefault="00000000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10333B" w14:textId="77777777" w:rsidR="004550E7" w:rsidRDefault="00000000">
            <w:pPr>
              <w:jc w:val="center"/>
            </w:pPr>
            <w:r>
              <w:rPr>
                <w:sz w:val="15"/>
              </w:rPr>
              <w:t>19.1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8A361A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A4ADB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266B01" w14:textId="77777777" w:rsidR="004550E7" w:rsidRDefault="00000000">
            <w:pPr>
              <w:jc w:val="center"/>
            </w:pPr>
            <w:r>
              <w:rPr>
                <w:sz w:val="15"/>
              </w:rPr>
              <w:t>0.509</w:t>
            </w:r>
          </w:p>
        </w:tc>
      </w:tr>
      <w:tr w:rsidR="004550E7" w14:paraId="17C331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58042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A3E18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FA29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DDCE60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43304F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A13539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37C1D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D250C" w14:textId="77777777" w:rsidR="004550E7" w:rsidRDefault="00000000">
            <w:pPr>
              <w:jc w:val="center"/>
            </w:pPr>
            <w:r>
              <w:rPr>
                <w:sz w:val="15"/>
              </w:rPr>
              <w:t>0.096</w:t>
            </w:r>
          </w:p>
        </w:tc>
      </w:tr>
      <w:tr w:rsidR="004550E7" w14:paraId="52A50A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58D36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B27D1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75CC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3028BF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7F53D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A7F46F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5926E8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6714A" w14:textId="77777777" w:rsidR="004550E7" w:rsidRDefault="00000000">
            <w:pPr>
              <w:jc w:val="center"/>
            </w:pPr>
            <w:r>
              <w:rPr>
                <w:sz w:val="15"/>
              </w:rPr>
              <w:t>0.644</w:t>
            </w:r>
          </w:p>
        </w:tc>
      </w:tr>
      <w:tr w:rsidR="004550E7" w14:paraId="5AD60DF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7DDEA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42E3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FD1978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C6DA4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F91EE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7E38A4" w14:textId="77777777" w:rsidR="004550E7" w:rsidRDefault="00000000">
            <w:pPr>
              <w:jc w:val="center"/>
            </w:pPr>
            <w:r>
              <w:rPr>
                <w:sz w:val="15"/>
              </w:rPr>
              <w:t>15.4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FDBF9" w14:textId="77777777" w:rsidR="004550E7" w:rsidRDefault="00000000">
            <w:pPr>
              <w:jc w:val="center"/>
            </w:pPr>
            <w:r>
              <w:rPr>
                <w:sz w:val="15"/>
              </w:rPr>
              <w:t>16.1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6A49D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54A2BC3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2FBB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DFC21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26F7E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012E44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895E9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7BCFC2" w14:textId="77777777" w:rsidR="004550E7" w:rsidRDefault="00000000">
            <w:pPr>
              <w:jc w:val="center"/>
            </w:pPr>
            <w:r>
              <w:rPr>
                <w:sz w:val="15"/>
              </w:rPr>
              <w:t>16.2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DDFD39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852F1" w14:textId="77777777" w:rsidR="004550E7" w:rsidRDefault="00000000">
            <w:pPr>
              <w:jc w:val="center"/>
            </w:pPr>
            <w:r>
              <w:rPr>
                <w:sz w:val="15"/>
              </w:rPr>
              <w:t>0.403</w:t>
            </w:r>
          </w:p>
        </w:tc>
      </w:tr>
      <w:tr w:rsidR="004550E7" w14:paraId="6B1A420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B93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06AD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4B8490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2977E2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E8DE57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65CC9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427929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2F1A8C" w14:textId="77777777" w:rsidR="004550E7" w:rsidRDefault="00000000">
            <w:pPr>
              <w:jc w:val="center"/>
            </w:pPr>
            <w:r>
              <w:rPr>
                <w:sz w:val="15"/>
              </w:rPr>
              <w:t>0.49</w:t>
            </w:r>
          </w:p>
        </w:tc>
      </w:tr>
      <w:tr w:rsidR="004550E7" w14:paraId="0472079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64DA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7913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FA0886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5E2F6" w14:textId="77777777" w:rsidR="004550E7" w:rsidRDefault="00000000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0A885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DD628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9D643F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B82B4" w14:textId="77777777" w:rsidR="004550E7" w:rsidRDefault="00000000">
            <w:pPr>
              <w:jc w:val="center"/>
            </w:pPr>
            <w:r>
              <w:rPr>
                <w:sz w:val="15"/>
              </w:rPr>
              <w:t>0.587</w:t>
            </w:r>
          </w:p>
        </w:tc>
      </w:tr>
      <w:tr w:rsidR="004550E7" w14:paraId="07699E2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ACBC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89796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03168C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84C032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DEEA4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48F76D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48DA8C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F537C8" w14:textId="77777777" w:rsidR="004550E7" w:rsidRDefault="00000000">
            <w:pPr>
              <w:jc w:val="center"/>
            </w:pPr>
            <w:r>
              <w:rPr>
                <w:sz w:val="15"/>
              </w:rPr>
              <w:t>0.731</w:t>
            </w:r>
          </w:p>
        </w:tc>
      </w:tr>
      <w:tr w:rsidR="004550E7" w14:paraId="4DF6E74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E4A48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893DB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107702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B25B0C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5BB49A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C383B" w14:textId="77777777" w:rsidR="004550E7" w:rsidRDefault="00000000">
            <w:pPr>
              <w:jc w:val="center"/>
            </w:pPr>
            <w:r>
              <w:rPr>
                <w:sz w:val="15"/>
              </w:rPr>
              <w:t>16.2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7629C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E1C0C" w14:textId="77777777" w:rsidR="004550E7" w:rsidRDefault="00000000">
            <w:pPr>
              <w:jc w:val="center"/>
            </w:pPr>
            <w:r>
              <w:rPr>
                <w:sz w:val="15"/>
              </w:rPr>
              <w:t>0.441</w:t>
            </w:r>
          </w:p>
        </w:tc>
      </w:tr>
      <w:tr w:rsidR="004550E7" w14:paraId="3225B12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127BD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26793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4379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D4D60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2372EF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FCEAA1" w14:textId="77777777" w:rsidR="004550E7" w:rsidRDefault="00000000">
            <w:pPr>
              <w:jc w:val="center"/>
            </w:pPr>
            <w:r>
              <w:rPr>
                <w:sz w:val="15"/>
              </w:rPr>
              <w:t>15.1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1F7FC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533BB0" w14:textId="77777777" w:rsidR="004550E7" w:rsidRDefault="00000000">
            <w:pPr>
              <w:jc w:val="center"/>
            </w:pPr>
            <w:r>
              <w:rPr>
                <w:sz w:val="15"/>
              </w:rPr>
              <w:t>0.675</w:t>
            </w:r>
          </w:p>
        </w:tc>
      </w:tr>
      <w:tr w:rsidR="004550E7" w14:paraId="56C31B3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0A9D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484FE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2D1646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C435C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7108A6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65952E" w14:textId="77777777" w:rsidR="004550E7" w:rsidRDefault="00000000">
            <w:pPr>
              <w:jc w:val="center"/>
            </w:pPr>
            <w:r>
              <w:rPr>
                <w:sz w:val="15"/>
              </w:rPr>
              <w:t>15.5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18ED7D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B9DD6" w14:textId="77777777" w:rsidR="004550E7" w:rsidRDefault="00000000">
            <w:pPr>
              <w:jc w:val="center"/>
            </w:pPr>
            <w:r>
              <w:rPr>
                <w:sz w:val="15"/>
              </w:rPr>
              <w:t>0.342</w:t>
            </w:r>
          </w:p>
        </w:tc>
      </w:tr>
      <w:tr w:rsidR="004550E7" w14:paraId="4B14448A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F9072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WBC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93E65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F77D06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8459F3" w14:textId="77777777" w:rsidR="004550E7" w:rsidRDefault="00000000">
            <w:pPr>
              <w:jc w:val="center"/>
            </w:pPr>
            <w:r>
              <w:rPr>
                <w:sz w:val="15"/>
              </w:rPr>
              <w:t>1829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7B8209" w14:textId="77777777" w:rsidR="004550E7" w:rsidRDefault="00000000">
            <w:pPr>
              <w:jc w:val="center"/>
            </w:pPr>
            <w:r>
              <w:rPr>
                <w:sz w:val="15"/>
              </w:rPr>
              <w:t>9.4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388D67" w14:textId="77777777" w:rsidR="004550E7" w:rsidRDefault="00000000">
            <w:pPr>
              <w:jc w:val="center"/>
            </w:pPr>
            <w:r>
              <w:rPr>
                <w:sz w:val="15"/>
              </w:rPr>
              <w:t>0.4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95851C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02ABB" w14:textId="77777777" w:rsidR="004550E7" w:rsidRDefault="00000000">
            <w:pPr>
              <w:jc w:val="center"/>
            </w:pPr>
            <w:r>
              <w:rPr>
                <w:sz w:val="15"/>
              </w:rPr>
              <w:t>0.135</w:t>
            </w:r>
          </w:p>
        </w:tc>
      </w:tr>
      <w:tr w:rsidR="004550E7" w14:paraId="3FC1E4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63EA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EF0C7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E5C7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ED36C4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ABD45" w14:textId="77777777" w:rsidR="004550E7" w:rsidRDefault="00000000">
            <w:pPr>
              <w:jc w:val="center"/>
            </w:pPr>
            <w:r>
              <w:rPr>
                <w:sz w:val="15"/>
              </w:rPr>
              <w:t>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1BBF29" w14:textId="77777777" w:rsidR="004550E7" w:rsidRDefault="00000000">
            <w:pPr>
              <w:jc w:val="center"/>
            </w:pPr>
            <w:r>
              <w:rPr>
                <w:sz w:val="15"/>
              </w:rPr>
              <w:t>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81391F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794110" w14:textId="77777777" w:rsidR="004550E7" w:rsidRDefault="00000000">
            <w:pPr>
              <w:jc w:val="center"/>
            </w:pPr>
            <w:r>
              <w:rPr>
                <w:sz w:val="15"/>
              </w:rPr>
              <w:t>0.101</w:t>
            </w:r>
          </w:p>
        </w:tc>
      </w:tr>
      <w:tr w:rsidR="004550E7" w14:paraId="32F17D9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71366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3FC32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2FD8C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9B7FE5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861982" w14:textId="77777777" w:rsidR="004550E7" w:rsidRDefault="00000000">
            <w:pPr>
              <w:jc w:val="center"/>
            </w:pPr>
            <w:r>
              <w:rPr>
                <w:sz w:val="15"/>
              </w:rPr>
              <w:t>7.8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8D553D" w14:textId="77777777" w:rsidR="004550E7" w:rsidRDefault="00000000">
            <w:pPr>
              <w:jc w:val="center"/>
            </w:pPr>
            <w:r>
              <w:rPr>
                <w:sz w:val="15"/>
              </w:rPr>
              <w:t>2.3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0BC3CD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3639E" w14:textId="77777777" w:rsidR="004550E7" w:rsidRDefault="00000000">
            <w:pPr>
              <w:jc w:val="center"/>
            </w:pPr>
            <w:r>
              <w:rPr>
                <w:sz w:val="15"/>
              </w:rPr>
              <w:t>0.107</w:t>
            </w:r>
          </w:p>
        </w:tc>
      </w:tr>
      <w:tr w:rsidR="004550E7" w14:paraId="5DA2002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6ADCF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CFA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C88F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BF572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04552" w14:textId="77777777" w:rsidR="004550E7" w:rsidRDefault="00000000">
            <w:pPr>
              <w:jc w:val="center"/>
            </w:pPr>
            <w:r>
              <w:rPr>
                <w:sz w:val="15"/>
              </w:rPr>
              <w:t>3.3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F02AD0" w14:textId="77777777" w:rsidR="004550E7" w:rsidRDefault="00000000">
            <w:pPr>
              <w:jc w:val="center"/>
            </w:pPr>
            <w:r>
              <w:rPr>
                <w:sz w:val="15"/>
              </w:rPr>
              <w:t>0.4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A7471A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5F8C9C" w14:textId="77777777" w:rsidR="004550E7" w:rsidRDefault="00000000">
            <w:pPr>
              <w:jc w:val="center"/>
            </w:pPr>
            <w:r>
              <w:rPr>
                <w:sz w:val="15"/>
              </w:rPr>
              <w:t>0.068</w:t>
            </w:r>
          </w:p>
        </w:tc>
      </w:tr>
      <w:tr w:rsidR="004550E7" w14:paraId="25BD60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EDD7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7CAD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1A7B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CB0AF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F329AA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923932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A91639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64120" w14:textId="77777777" w:rsidR="004550E7" w:rsidRDefault="00000000">
            <w:pPr>
              <w:jc w:val="center"/>
            </w:pPr>
            <w:r>
              <w:rPr>
                <w:sz w:val="15"/>
              </w:rPr>
              <w:t>0.114</w:t>
            </w:r>
          </w:p>
        </w:tc>
      </w:tr>
      <w:tr w:rsidR="004550E7" w14:paraId="406109D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20CD8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7ACDE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9E092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93016" w14:textId="77777777" w:rsidR="004550E7" w:rsidRDefault="00000000">
            <w:pPr>
              <w:jc w:val="center"/>
            </w:pPr>
            <w:r>
              <w:rPr>
                <w:sz w:val="15"/>
              </w:rPr>
              <w:t>256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6676CF" w14:textId="77777777" w:rsidR="004550E7" w:rsidRDefault="00000000">
            <w:pPr>
              <w:jc w:val="center"/>
            </w:pPr>
            <w:r>
              <w:rPr>
                <w:sz w:val="15"/>
              </w:rPr>
              <w:t>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8D397" w14:textId="77777777" w:rsidR="004550E7" w:rsidRDefault="00000000">
            <w:pPr>
              <w:jc w:val="center"/>
            </w:pPr>
            <w:r>
              <w:rPr>
                <w:sz w:val="15"/>
              </w:rPr>
              <w:t>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0A3361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61DCD1" w14:textId="77777777" w:rsidR="004550E7" w:rsidRDefault="00000000">
            <w:pPr>
              <w:jc w:val="center"/>
            </w:pPr>
            <w:r>
              <w:rPr>
                <w:sz w:val="15"/>
              </w:rPr>
              <w:t>0.099</w:t>
            </w:r>
          </w:p>
        </w:tc>
      </w:tr>
      <w:tr w:rsidR="004550E7" w14:paraId="2880564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C2E3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EFA1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D8C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CC1715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9E5454" w14:textId="77777777" w:rsidR="004550E7" w:rsidRDefault="00000000">
            <w:pPr>
              <w:jc w:val="center"/>
            </w:pPr>
            <w:r>
              <w:rPr>
                <w:sz w:val="15"/>
              </w:rPr>
              <w:t>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15C9DE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EE420F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690F65" w14:textId="77777777" w:rsidR="004550E7" w:rsidRDefault="00000000">
            <w:pPr>
              <w:jc w:val="center"/>
            </w:pPr>
            <w:r>
              <w:rPr>
                <w:sz w:val="15"/>
              </w:rPr>
              <w:t>0.086</w:t>
            </w:r>
          </w:p>
        </w:tc>
      </w:tr>
      <w:tr w:rsidR="004550E7" w14:paraId="48CF0C9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AD1A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CA218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7414E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539161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D0297" w14:textId="77777777" w:rsidR="004550E7" w:rsidRDefault="00000000">
            <w:pPr>
              <w:jc w:val="center"/>
            </w:pPr>
            <w:r>
              <w:rPr>
                <w:sz w:val="15"/>
              </w:rPr>
              <w:t>3.3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593837" w14:textId="77777777" w:rsidR="004550E7" w:rsidRDefault="00000000">
            <w:pPr>
              <w:jc w:val="center"/>
            </w:pPr>
            <w:r>
              <w:rPr>
                <w:sz w:val="15"/>
              </w:rPr>
              <w:t>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CE7C41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81C77D" w14:textId="77777777" w:rsidR="004550E7" w:rsidRDefault="00000000">
            <w:pPr>
              <w:jc w:val="center"/>
            </w:pPr>
            <w:r>
              <w:rPr>
                <w:sz w:val="15"/>
              </w:rPr>
              <w:t>0.097</w:t>
            </w:r>
          </w:p>
        </w:tc>
      </w:tr>
      <w:tr w:rsidR="004550E7" w14:paraId="27AD932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237C7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699E4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E97EC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B17D98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2C203C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D8CD7" w14:textId="77777777" w:rsidR="004550E7" w:rsidRDefault="00000000">
            <w:pPr>
              <w:jc w:val="center"/>
            </w:pPr>
            <w:r>
              <w:rPr>
                <w:sz w:val="15"/>
              </w:rPr>
              <w:t>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0F54A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7EE1EA" w14:textId="77777777" w:rsidR="004550E7" w:rsidRDefault="00000000">
            <w:pPr>
              <w:jc w:val="center"/>
            </w:pPr>
            <w:r>
              <w:rPr>
                <w:sz w:val="15"/>
              </w:rPr>
              <w:t>0.135</w:t>
            </w:r>
          </w:p>
        </w:tc>
      </w:tr>
      <w:tr w:rsidR="004550E7" w14:paraId="71454E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F3A5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15616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4792E0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DA7403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A192B9" w14:textId="77777777" w:rsidR="004550E7" w:rsidRDefault="00000000">
            <w:pPr>
              <w:jc w:val="center"/>
            </w:pPr>
            <w:r>
              <w:rPr>
                <w:sz w:val="15"/>
              </w:rPr>
              <w:t>3.6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8691F6" w14:textId="77777777" w:rsidR="004550E7" w:rsidRDefault="00000000">
            <w:pPr>
              <w:jc w:val="center"/>
            </w:pPr>
            <w:r>
              <w:rPr>
                <w:sz w:val="15"/>
              </w:rPr>
              <w:t>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9A3A2B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B67F7B" w14:textId="77777777" w:rsidR="004550E7" w:rsidRDefault="00000000">
            <w:pPr>
              <w:jc w:val="center"/>
            </w:pPr>
            <w:r>
              <w:rPr>
                <w:sz w:val="15"/>
              </w:rPr>
              <w:t>0.119</w:t>
            </w:r>
          </w:p>
        </w:tc>
      </w:tr>
      <w:tr w:rsidR="004550E7" w14:paraId="4C22478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F0B6C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9FE4D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1B57C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2A223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311CC" w14:textId="77777777" w:rsidR="004550E7" w:rsidRDefault="00000000">
            <w:pPr>
              <w:jc w:val="center"/>
            </w:pPr>
            <w:r>
              <w:rPr>
                <w:sz w:val="15"/>
              </w:rPr>
              <w:t>3.8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EAD55" w14:textId="77777777" w:rsidR="004550E7" w:rsidRDefault="00000000">
            <w:pPr>
              <w:jc w:val="center"/>
            </w:pPr>
            <w:r>
              <w:rPr>
                <w:sz w:val="15"/>
              </w:rPr>
              <w:t>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6C50C6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638CEC" w14:textId="77777777" w:rsidR="004550E7" w:rsidRDefault="00000000">
            <w:pPr>
              <w:jc w:val="center"/>
            </w:pPr>
            <w:r>
              <w:rPr>
                <w:sz w:val="15"/>
              </w:rPr>
              <w:t>0.109</w:t>
            </w:r>
          </w:p>
        </w:tc>
      </w:tr>
      <w:tr w:rsidR="004550E7" w14:paraId="5A856B0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1DC6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3188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E091F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D716C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52641" w14:textId="77777777" w:rsidR="004550E7" w:rsidRDefault="00000000">
            <w:pPr>
              <w:jc w:val="center"/>
            </w:pPr>
            <w:r>
              <w:rPr>
                <w:sz w:val="15"/>
              </w:rPr>
              <w:t>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98CB7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8211F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DB7789" w14:textId="77777777" w:rsidR="004550E7" w:rsidRDefault="00000000">
            <w:pPr>
              <w:jc w:val="center"/>
            </w:pPr>
            <w:r>
              <w:rPr>
                <w:sz w:val="15"/>
              </w:rPr>
              <w:t>0.155</w:t>
            </w:r>
          </w:p>
        </w:tc>
      </w:tr>
      <w:tr w:rsidR="004550E7" w14:paraId="67AF69D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66F3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A9DBB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5FC46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FEFFC9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77D5D" w14:textId="77777777" w:rsidR="004550E7" w:rsidRDefault="00000000">
            <w:pPr>
              <w:jc w:val="center"/>
            </w:pPr>
            <w:r>
              <w:rPr>
                <w:sz w:val="15"/>
              </w:rPr>
              <w:t>3.6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812D3A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0FF1C" w14:textId="77777777" w:rsidR="004550E7" w:rsidRDefault="00000000">
            <w:pPr>
              <w:jc w:val="center"/>
            </w:pPr>
            <w:r>
              <w:rPr>
                <w:sz w:val="15"/>
              </w:rPr>
              <w:t>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37A485" w14:textId="77777777" w:rsidR="004550E7" w:rsidRDefault="00000000">
            <w:pPr>
              <w:jc w:val="center"/>
            </w:pPr>
            <w:r>
              <w:rPr>
                <w:sz w:val="15"/>
              </w:rPr>
              <w:t>0.108</w:t>
            </w:r>
          </w:p>
        </w:tc>
      </w:tr>
      <w:tr w:rsidR="004550E7" w14:paraId="3F535B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7D44B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C0E20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AB714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53848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ED28A7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D6A4F" w14:textId="77777777" w:rsidR="004550E7" w:rsidRDefault="00000000">
            <w:pPr>
              <w:jc w:val="center"/>
            </w:pPr>
            <w:r>
              <w:rPr>
                <w:sz w:val="15"/>
              </w:rPr>
              <w:t>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2411CC" w14:textId="77777777" w:rsidR="004550E7" w:rsidRDefault="00000000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CB8251" w14:textId="77777777" w:rsidR="004550E7" w:rsidRDefault="00000000">
            <w:pPr>
              <w:jc w:val="center"/>
            </w:pPr>
            <w:r>
              <w:rPr>
                <w:sz w:val="15"/>
              </w:rPr>
              <w:t>0.231</w:t>
            </w:r>
          </w:p>
        </w:tc>
      </w:tr>
      <w:tr w:rsidR="004550E7" w14:paraId="4D73DE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71F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773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7E0C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7D3F8" w14:textId="77777777" w:rsidR="004550E7" w:rsidRDefault="00000000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4B8D43" w14:textId="77777777" w:rsidR="004550E7" w:rsidRDefault="00000000">
            <w:pPr>
              <w:jc w:val="center"/>
            </w:pPr>
            <w:r>
              <w:rPr>
                <w:sz w:val="15"/>
              </w:rPr>
              <w:t>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717B6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D568D4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339F8" w14:textId="77777777" w:rsidR="004550E7" w:rsidRDefault="00000000">
            <w:pPr>
              <w:jc w:val="center"/>
            </w:pPr>
            <w:r>
              <w:rPr>
                <w:sz w:val="15"/>
              </w:rPr>
              <w:t>0.131</w:t>
            </w:r>
          </w:p>
        </w:tc>
      </w:tr>
      <w:tr w:rsidR="004550E7" w14:paraId="290E296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33395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2AAC6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25768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4154A9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59D100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B3E5B6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80427E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83D1A3" w14:textId="77777777" w:rsidR="004550E7" w:rsidRDefault="00000000">
            <w:pPr>
              <w:jc w:val="center"/>
            </w:pPr>
            <w:r>
              <w:rPr>
                <w:sz w:val="15"/>
              </w:rPr>
              <w:t>0.078</w:t>
            </w:r>
          </w:p>
        </w:tc>
      </w:tr>
      <w:tr w:rsidR="004550E7" w14:paraId="419218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7A1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D05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4B31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66F9E2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8D1112" w14:textId="77777777" w:rsidR="004550E7" w:rsidRDefault="00000000">
            <w:pPr>
              <w:jc w:val="center"/>
            </w:pPr>
            <w:r>
              <w:rPr>
                <w:sz w:val="15"/>
              </w:rPr>
              <w:t>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D49B56" w14:textId="77777777" w:rsidR="004550E7" w:rsidRDefault="00000000">
            <w:pPr>
              <w:jc w:val="center"/>
            </w:pPr>
            <w:r>
              <w:rPr>
                <w:sz w:val="15"/>
              </w:rPr>
              <w:t>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57E3C5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C9D8E2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44E5A2C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B6CB3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9EFEC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02309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CB97B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1479C8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095D1" w14:textId="77777777" w:rsidR="004550E7" w:rsidRDefault="00000000">
            <w:pPr>
              <w:jc w:val="center"/>
            </w:pPr>
            <w:r>
              <w:rPr>
                <w:sz w:val="15"/>
              </w:rPr>
              <w:t>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05A8C" w14:textId="77777777" w:rsidR="004550E7" w:rsidRDefault="00000000">
            <w:pPr>
              <w:jc w:val="center"/>
            </w:pPr>
            <w:r>
              <w:rPr>
                <w:sz w:val="15"/>
              </w:rPr>
              <w:t>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2EB515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1BBC43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3407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D76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E3ADA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89928C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C7C526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316CD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EE81B3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297F4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5E80EE3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375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443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AD5850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21C1F1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19FBF6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3FC2A" w14:textId="77777777" w:rsidR="004550E7" w:rsidRDefault="00000000">
            <w:pPr>
              <w:jc w:val="center"/>
            </w:pPr>
            <w:r>
              <w:rPr>
                <w:sz w:val="15"/>
              </w:rPr>
              <w:t>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D8B08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DB9F74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005EC8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3ED1D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04677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012116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5F03F6" w14:textId="77777777" w:rsidR="004550E7" w:rsidRDefault="00000000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7CC56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D6CA04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1064B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2B5B6B" w14:textId="77777777" w:rsidR="004550E7" w:rsidRDefault="00000000">
            <w:pPr>
              <w:jc w:val="center"/>
            </w:pPr>
            <w:r>
              <w:rPr>
                <w:sz w:val="15"/>
              </w:rPr>
              <w:t>0.091</w:t>
            </w:r>
          </w:p>
        </w:tc>
      </w:tr>
      <w:tr w:rsidR="004550E7" w14:paraId="28E678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332C6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3C8B5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AA236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DB32D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FFC313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EBA84F" w14:textId="77777777" w:rsidR="004550E7" w:rsidRDefault="00000000">
            <w:pPr>
              <w:jc w:val="center"/>
            </w:pPr>
            <w:r>
              <w:rPr>
                <w:sz w:val="15"/>
              </w:rPr>
              <w:t>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A4DB01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729C64" w14:textId="77777777" w:rsidR="004550E7" w:rsidRDefault="00000000">
            <w:pPr>
              <w:jc w:val="center"/>
            </w:pPr>
            <w:r>
              <w:rPr>
                <w:sz w:val="15"/>
              </w:rPr>
              <w:t>0.12</w:t>
            </w:r>
          </w:p>
        </w:tc>
      </w:tr>
      <w:tr w:rsidR="004550E7" w14:paraId="4CBB943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B52D7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9DCB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D3518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3AB7AD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55F83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DDB23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CB08C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6DB4BD" w14:textId="77777777" w:rsidR="004550E7" w:rsidRDefault="00000000">
            <w:pPr>
              <w:jc w:val="center"/>
            </w:pPr>
            <w:r>
              <w:rPr>
                <w:sz w:val="15"/>
              </w:rPr>
              <w:t>0.11</w:t>
            </w:r>
          </w:p>
        </w:tc>
      </w:tr>
      <w:tr w:rsidR="004550E7" w14:paraId="1BF8FB7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3309B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82FE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2B83E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2D7A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7CCD5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9AC78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A4E0F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919473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3E9253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D499B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8E66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4AF13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151DAE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206D5B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103166" w14:textId="77777777" w:rsidR="004550E7" w:rsidRDefault="00000000">
            <w:pPr>
              <w:jc w:val="center"/>
            </w:pPr>
            <w:r>
              <w:rPr>
                <w:sz w:val="15"/>
              </w:rPr>
              <w:t>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3DAC4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C5A56" w14:textId="77777777" w:rsidR="004550E7" w:rsidRDefault="00000000">
            <w:pPr>
              <w:jc w:val="center"/>
            </w:pPr>
            <w:r>
              <w:rPr>
                <w:sz w:val="15"/>
              </w:rPr>
              <w:t>0.086</w:t>
            </w:r>
          </w:p>
        </w:tc>
      </w:tr>
      <w:tr w:rsidR="004550E7" w14:paraId="6ADCBB62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9A79E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WBC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430D99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6D8464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7CDA0C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609E1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75B89B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37F12B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2BD6D0" w14:textId="77777777" w:rsidR="004550E7" w:rsidRDefault="00000000">
            <w:pPr>
              <w:jc w:val="center"/>
            </w:pPr>
            <w:r>
              <w:rPr>
                <w:sz w:val="15"/>
              </w:rPr>
              <w:t>0.481</w:t>
            </w:r>
          </w:p>
        </w:tc>
      </w:tr>
      <w:tr w:rsidR="004550E7" w14:paraId="3099A1D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0D85E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7C18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27DEC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9AAC59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D29851" w14:textId="77777777" w:rsidR="004550E7" w:rsidRDefault="00000000">
            <w:pPr>
              <w:jc w:val="center"/>
            </w:pPr>
            <w:r>
              <w:rPr>
                <w:sz w:val="15"/>
              </w:rPr>
              <w:t>14.6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A27EE" w14:textId="77777777" w:rsidR="004550E7" w:rsidRDefault="00000000">
            <w:pPr>
              <w:jc w:val="center"/>
            </w:pPr>
            <w:r>
              <w:rPr>
                <w:sz w:val="15"/>
              </w:rPr>
              <w:t>10.4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A9A65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11F2BA" w14:textId="77777777" w:rsidR="004550E7" w:rsidRDefault="00000000">
            <w:pPr>
              <w:jc w:val="center"/>
            </w:pPr>
            <w:r>
              <w:rPr>
                <w:sz w:val="15"/>
              </w:rPr>
              <w:t>0.307</w:t>
            </w:r>
          </w:p>
        </w:tc>
      </w:tr>
      <w:tr w:rsidR="004550E7" w14:paraId="2664B0F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2678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AAF9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FE06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04BAD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93DC2C" w14:textId="77777777" w:rsidR="004550E7" w:rsidRDefault="00000000">
            <w:pPr>
              <w:jc w:val="center"/>
            </w:pPr>
            <w:r>
              <w:rPr>
                <w:sz w:val="15"/>
              </w:rPr>
              <w:t>13.8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728A42" w14:textId="77777777" w:rsidR="004550E7" w:rsidRDefault="00000000">
            <w:pPr>
              <w:jc w:val="center"/>
            </w:pPr>
            <w:r>
              <w:rPr>
                <w:sz w:val="15"/>
              </w:rPr>
              <w:t>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ECCA3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6D47B5" w14:textId="77777777" w:rsidR="004550E7" w:rsidRDefault="00000000">
            <w:pPr>
              <w:jc w:val="center"/>
            </w:pPr>
            <w:r>
              <w:rPr>
                <w:sz w:val="15"/>
              </w:rPr>
              <w:t>0.302</w:t>
            </w:r>
          </w:p>
        </w:tc>
      </w:tr>
      <w:tr w:rsidR="004550E7" w14:paraId="46B60EA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E5AEC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6EC0D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9BD8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186BFC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F38620" w14:textId="77777777" w:rsidR="004550E7" w:rsidRDefault="00000000">
            <w:pPr>
              <w:jc w:val="center"/>
            </w:pPr>
            <w:r>
              <w:rPr>
                <w:sz w:val="15"/>
              </w:rPr>
              <w:t>13.3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D62D4" w14:textId="77777777" w:rsidR="004550E7" w:rsidRDefault="00000000">
            <w:pPr>
              <w:jc w:val="center"/>
            </w:pPr>
            <w:r>
              <w:rPr>
                <w:sz w:val="15"/>
              </w:rPr>
              <w:t>11.5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751363" w14:textId="77777777" w:rsidR="004550E7" w:rsidRDefault="00000000">
            <w:pPr>
              <w:jc w:val="center"/>
            </w:pPr>
            <w:r>
              <w:rPr>
                <w:sz w:val="15"/>
              </w:rPr>
              <w:t>12.4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75BBE5" w14:textId="77777777" w:rsidR="004550E7" w:rsidRDefault="00000000">
            <w:pPr>
              <w:jc w:val="center"/>
            </w:pPr>
            <w:r>
              <w:rPr>
                <w:sz w:val="15"/>
              </w:rPr>
              <w:t>0.255</w:t>
            </w:r>
          </w:p>
        </w:tc>
      </w:tr>
      <w:tr w:rsidR="004550E7" w14:paraId="765462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5C8A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3005C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5A5EE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8E725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C834A2" w14:textId="77777777" w:rsidR="004550E7" w:rsidRDefault="00000000">
            <w:pPr>
              <w:jc w:val="center"/>
            </w:pPr>
            <w:r>
              <w:rPr>
                <w:sz w:val="15"/>
              </w:rPr>
              <w:t>13.6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97FB8C" w14:textId="77777777" w:rsidR="004550E7" w:rsidRDefault="00000000">
            <w:pPr>
              <w:jc w:val="center"/>
            </w:pPr>
            <w:r>
              <w:rPr>
                <w:sz w:val="15"/>
              </w:rPr>
              <w:t>11.9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9A1BC1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77230" w14:textId="77777777" w:rsidR="004550E7" w:rsidRDefault="00000000">
            <w:pPr>
              <w:jc w:val="center"/>
            </w:pPr>
            <w:r>
              <w:rPr>
                <w:sz w:val="15"/>
              </w:rPr>
              <w:t>0.322</w:t>
            </w:r>
          </w:p>
        </w:tc>
      </w:tr>
      <w:tr w:rsidR="004550E7" w14:paraId="3CC2DFE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4CB73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C665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F9A8E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293034" w14:textId="77777777" w:rsidR="004550E7" w:rsidRDefault="00000000">
            <w:pPr>
              <w:jc w:val="center"/>
            </w:pPr>
            <w:r>
              <w:rPr>
                <w:sz w:val="15"/>
              </w:rPr>
              <w:t>256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AEAFF" w14:textId="77777777" w:rsidR="004550E7" w:rsidRDefault="00000000">
            <w:pPr>
              <w:jc w:val="center"/>
            </w:pPr>
            <w:r>
              <w:rPr>
                <w:sz w:val="15"/>
              </w:rPr>
              <w:t>13.7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8603A4" w14:textId="77777777" w:rsidR="004550E7" w:rsidRDefault="00000000">
            <w:pPr>
              <w:jc w:val="center"/>
            </w:pPr>
            <w:r>
              <w:rPr>
                <w:sz w:val="15"/>
              </w:rPr>
              <w:t>10.9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467D99" w14:textId="77777777" w:rsidR="004550E7" w:rsidRDefault="00000000">
            <w:pPr>
              <w:jc w:val="center"/>
            </w:pPr>
            <w:r>
              <w:rPr>
                <w:sz w:val="15"/>
              </w:rPr>
              <w:t>12.5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4D3A4F" w14:textId="77777777" w:rsidR="004550E7" w:rsidRDefault="00000000">
            <w:pPr>
              <w:jc w:val="center"/>
            </w:pPr>
            <w:r>
              <w:rPr>
                <w:sz w:val="15"/>
              </w:rPr>
              <w:t>0.328</w:t>
            </w:r>
          </w:p>
        </w:tc>
      </w:tr>
      <w:tr w:rsidR="004550E7" w14:paraId="62B85C6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14C7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27525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8FA7C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247002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E9DA16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06445" w14:textId="77777777" w:rsidR="004550E7" w:rsidRDefault="00000000">
            <w:pPr>
              <w:jc w:val="center"/>
            </w:pPr>
            <w:r>
              <w:rPr>
                <w:sz w:val="15"/>
              </w:rPr>
              <w:t>11.1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F38295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E56DF7" w14:textId="77777777" w:rsidR="004550E7" w:rsidRDefault="00000000">
            <w:pPr>
              <w:jc w:val="center"/>
            </w:pPr>
            <w:r>
              <w:rPr>
                <w:sz w:val="15"/>
              </w:rPr>
              <w:t>0.296</w:t>
            </w:r>
          </w:p>
        </w:tc>
      </w:tr>
      <w:tr w:rsidR="004550E7" w14:paraId="073A45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E5D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2313A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645A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9C3E1E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07D2E6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329EC4" w14:textId="77777777" w:rsidR="004550E7" w:rsidRDefault="00000000">
            <w:pPr>
              <w:jc w:val="center"/>
            </w:pPr>
            <w:r>
              <w:rPr>
                <w:sz w:val="15"/>
              </w:rPr>
              <w:t>12.0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19D8B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05BD41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13D7BE2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90AAC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3C04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250C0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4C7D3A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D1BEB" w14:textId="77777777" w:rsidR="004550E7" w:rsidRDefault="00000000">
            <w:pPr>
              <w:jc w:val="center"/>
            </w:pPr>
            <w:r>
              <w:rPr>
                <w:sz w:val="15"/>
              </w:rPr>
              <w:t>13.4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D4FE55" w14:textId="77777777" w:rsidR="004550E7" w:rsidRDefault="00000000">
            <w:pPr>
              <w:jc w:val="center"/>
            </w:pPr>
            <w:r>
              <w:rPr>
                <w:sz w:val="15"/>
              </w:rPr>
              <w:t>11.6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2DD54D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CBD52" w14:textId="77777777" w:rsidR="004550E7" w:rsidRDefault="00000000">
            <w:pPr>
              <w:jc w:val="center"/>
            </w:pPr>
            <w:r>
              <w:rPr>
                <w:sz w:val="15"/>
              </w:rPr>
              <w:t>0.543</w:t>
            </w:r>
          </w:p>
        </w:tc>
      </w:tr>
      <w:tr w:rsidR="004550E7" w14:paraId="13F2AF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A7471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03F6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C8B9D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4C6ED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0311D" w14:textId="77777777" w:rsidR="004550E7" w:rsidRDefault="00000000">
            <w:pPr>
              <w:jc w:val="center"/>
            </w:pPr>
            <w:r>
              <w:rPr>
                <w:sz w:val="15"/>
              </w:rPr>
              <w:t>13.6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28F628" w14:textId="77777777" w:rsidR="004550E7" w:rsidRDefault="00000000">
            <w:pPr>
              <w:jc w:val="center"/>
            </w:pPr>
            <w:r>
              <w:rPr>
                <w:sz w:val="15"/>
              </w:rPr>
              <w:t>12.0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784775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5A0EB3" w14:textId="77777777" w:rsidR="004550E7" w:rsidRDefault="00000000">
            <w:pPr>
              <w:jc w:val="center"/>
            </w:pPr>
            <w:r>
              <w:rPr>
                <w:sz w:val="15"/>
              </w:rPr>
              <w:t>0.366</w:t>
            </w:r>
          </w:p>
        </w:tc>
      </w:tr>
      <w:tr w:rsidR="004550E7" w14:paraId="1E5514B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4F1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F8BB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9A5A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3AABE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09F6AA" w14:textId="77777777" w:rsidR="004550E7" w:rsidRDefault="00000000">
            <w:pPr>
              <w:jc w:val="center"/>
            </w:pPr>
            <w:r>
              <w:rPr>
                <w:sz w:val="15"/>
              </w:rPr>
              <w:t>14.7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48C813" w14:textId="77777777" w:rsidR="004550E7" w:rsidRDefault="00000000">
            <w:pPr>
              <w:jc w:val="center"/>
            </w:pPr>
            <w:r>
              <w:rPr>
                <w:sz w:val="15"/>
              </w:rPr>
              <w:t>12.1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07C76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238292" w14:textId="77777777" w:rsidR="004550E7" w:rsidRDefault="00000000">
            <w:pPr>
              <w:jc w:val="center"/>
            </w:pPr>
            <w:r>
              <w:rPr>
                <w:sz w:val="15"/>
              </w:rPr>
              <w:t>0.419</w:t>
            </w:r>
          </w:p>
        </w:tc>
      </w:tr>
      <w:tr w:rsidR="004550E7" w14:paraId="3E50F49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08D67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17BA1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49F22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C4D37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8AF88C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DC3DE" w14:textId="77777777" w:rsidR="004550E7" w:rsidRDefault="00000000">
            <w:pPr>
              <w:jc w:val="center"/>
            </w:pPr>
            <w:r>
              <w:rPr>
                <w:sz w:val="15"/>
              </w:rPr>
              <w:t>11.6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FC72F" w14:textId="77777777" w:rsidR="004550E7" w:rsidRDefault="00000000">
            <w:pPr>
              <w:jc w:val="center"/>
            </w:pPr>
            <w:r>
              <w:rPr>
                <w:sz w:val="15"/>
              </w:rPr>
              <w:t>13.6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891E02" w14:textId="77777777" w:rsidR="004550E7" w:rsidRDefault="00000000">
            <w:pPr>
              <w:jc w:val="center"/>
            </w:pPr>
            <w:r>
              <w:rPr>
                <w:sz w:val="15"/>
              </w:rPr>
              <w:t>0.49</w:t>
            </w:r>
          </w:p>
        </w:tc>
      </w:tr>
      <w:tr w:rsidR="004550E7" w14:paraId="16A9613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C411B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E91A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2818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0B200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59712E" w14:textId="77777777" w:rsidR="004550E7" w:rsidRDefault="00000000">
            <w:pPr>
              <w:jc w:val="center"/>
            </w:pPr>
            <w:r>
              <w:rPr>
                <w:sz w:val="15"/>
              </w:rPr>
              <w:t>14.4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57E0FA" w14:textId="77777777" w:rsidR="004550E7" w:rsidRDefault="00000000">
            <w:pPr>
              <w:jc w:val="center"/>
            </w:pPr>
            <w:r>
              <w:rPr>
                <w:sz w:val="15"/>
              </w:rPr>
              <w:t>11.6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ECCFC" w14:textId="77777777" w:rsidR="004550E7" w:rsidRDefault="00000000">
            <w:pPr>
              <w:jc w:val="center"/>
            </w:pPr>
            <w:r>
              <w:rPr>
                <w:sz w:val="15"/>
              </w:rPr>
              <w:t>12.9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EAA42E" w14:textId="77777777" w:rsidR="004550E7" w:rsidRDefault="00000000">
            <w:pPr>
              <w:jc w:val="center"/>
            </w:pPr>
            <w:r>
              <w:rPr>
                <w:sz w:val="15"/>
              </w:rPr>
              <w:t>0.326</w:t>
            </w:r>
          </w:p>
        </w:tc>
      </w:tr>
      <w:tr w:rsidR="004550E7" w14:paraId="256D4ED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0423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D7690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E4D22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E6315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0BD25A" w14:textId="77777777" w:rsidR="004550E7" w:rsidRDefault="00000000">
            <w:pPr>
              <w:jc w:val="center"/>
            </w:pPr>
            <w:r>
              <w:rPr>
                <w:sz w:val="15"/>
              </w:rPr>
              <w:t>13.0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91A99A" w14:textId="77777777" w:rsidR="004550E7" w:rsidRDefault="00000000">
            <w:pPr>
              <w:jc w:val="center"/>
            </w:pPr>
            <w:r>
              <w:rPr>
                <w:sz w:val="15"/>
              </w:rPr>
              <w:t>10.0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449CB" w14:textId="77777777" w:rsidR="004550E7" w:rsidRDefault="00000000">
            <w:pPr>
              <w:jc w:val="center"/>
            </w:pPr>
            <w:r>
              <w:rPr>
                <w:sz w:val="15"/>
              </w:rPr>
              <w:t>11.4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2FCA36" w14:textId="77777777" w:rsidR="004550E7" w:rsidRDefault="00000000">
            <w:pPr>
              <w:jc w:val="center"/>
            </w:pPr>
            <w:r>
              <w:rPr>
                <w:sz w:val="15"/>
              </w:rPr>
              <w:t>1.207</w:t>
            </w:r>
          </w:p>
        </w:tc>
      </w:tr>
      <w:tr w:rsidR="004550E7" w14:paraId="71F2561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75493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85CF8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76D86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583B36" w14:textId="77777777" w:rsidR="004550E7" w:rsidRDefault="00000000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45A2A" w14:textId="77777777" w:rsidR="004550E7" w:rsidRDefault="00000000">
            <w:pPr>
              <w:jc w:val="center"/>
            </w:pPr>
            <w:r>
              <w:rPr>
                <w:sz w:val="15"/>
              </w:rPr>
              <w:t>14.2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63C509" w14:textId="77777777" w:rsidR="004550E7" w:rsidRDefault="00000000">
            <w:pPr>
              <w:jc w:val="center"/>
            </w:pPr>
            <w:r>
              <w:rPr>
                <w:sz w:val="15"/>
              </w:rPr>
              <w:t>12.5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AEAEC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334ED" w14:textId="77777777" w:rsidR="004550E7" w:rsidRDefault="00000000">
            <w:pPr>
              <w:jc w:val="center"/>
            </w:pPr>
            <w:r>
              <w:rPr>
                <w:sz w:val="15"/>
              </w:rPr>
              <w:t>0.395</w:t>
            </w:r>
          </w:p>
        </w:tc>
      </w:tr>
      <w:tr w:rsidR="004550E7" w14:paraId="55F966D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DDA31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C5C6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6F2BC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F4BA8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36481F" w14:textId="77777777" w:rsidR="004550E7" w:rsidRDefault="00000000">
            <w:pPr>
              <w:jc w:val="center"/>
            </w:pPr>
            <w:r>
              <w:rPr>
                <w:sz w:val="15"/>
              </w:rPr>
              <w:t>13.8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7989CF" w14:textId="77777777" w:rsidR="004550E7" w:rsidRDefault="00000000">
            <w:pPr>
              <w:jc w:val="center"/>
            </w:pPr>
            <w:r>
              <w:rPr>
                <w:sz w:val="15"/>
              </w:rPr>
              <w:t>13.0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A874B0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1370A" w14:textId="77777777" w:rsidR="004550E7" w:rsidRDefault="00000000">
            <w:pPr>
              <w:jc w:val="center"/>
            </w:pPr>
            <w:r>
              <w:rPr>
                <w:sz w:val="15"/>
              </w:rPr>
              <w:t>0.088</w:t>
            </w:r>
          </w:p>
        </w:tc>
      </w:tr>
      <w:tr w:rsidR="004550E7" w14:paraId="13B6AC6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A5BE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D5AAE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0A39E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C58E4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AF3FA" w14:textId="77777777" w:rsidR="004550E7" w:rsidRDefault="00000000">
            <w:pPr>
              <w:jc w:val="center"/>
            </w:pPr>
            <w:r>
              <w:rPr>
                <w:sz w:val="15"/>
              </w:rPr>
              <w:t>14.1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FE8CCB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C32D1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66B7F" w14:textId="77777777" w:rsidR="004550E7" w:rsidRDefault="00000000">
            <w:pPr>
              <w:jc w:val="center"/>
            </w:pPr>
            <w:r>
              <w:rPr>
                <w:sz w:val="15"/>
              </w:rPr>
              <w:t>0.457</w:t>
            </w:r>
          </w:p>
        </w:tc>
      </w:tr>
      <w:tr w:rsidR="004550E7" w14:paraId="7C10580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F8C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ACE33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9628B9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A5165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56552E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E962F" w14:textId="77777777" w:rsidR="004550E7" w:rsidRDefault="00000000">
            <w:pPr>
              <w:jc w:val="center"/>
            </w:pPr>
            <w:r>
              <w:rPr>
                <w:sz w:val="15"/>
              </w:rPr>
              <w:t>11.6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4660F" w14:textId="77777777" w:rsidR="004550E7" w:rsidRDefault="00000000">
            <w:pPr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EC3740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63930E5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0D22B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88B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081973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C52B5E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D7FC7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BBCBD6" w14:textId="77777777" w:rsidR="004550E7" w:rsidRDefault="00000000">
            <w:pPr>
              <w:jc w:val="center"/>
            </w:pPr>
            <w:r>
              <w:rPr>
                <w:sz w:val="15"/>
              </w:rPr>
              <w:t>10.7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87A2B7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7A1562" w14:textId="77777777" w:rsidR="004550E7" w:rsidRDefault="00000000">
            <w:pPr>
              <w:jc w:val="center"/>
            </w:pPr>
            <w:r>
              <w:rPr>
                <w:sz w:val="15"/>
              </w:rPr>
              <w:t>0.301</w:t>
            </w:r>
          </w:p>
        </w:tc>
      </w:tr>
      <w:tr w:rsidR="004550E7" w14:paraId="714232A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9A133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E02F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EDBC5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91F095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C74535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B6BF82" w14:textId="77777777" w:rsidR="004550E7" w:rsidRDefault="00000000">
            <w:pPr>
              <w:jc w:val="center"/>
            </w:pPr>
            <w:r>
              <w:rPr>
                <w:sz w:val="15"/>
              </w:rPr>
              <w:t>12.0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DDB7BA" w14:textId="77777777" w:rsidR="004550E7" w:rsidRDefault="00000000">
            <w:pPr>
              <w:jc w:val="center"/>
            </w:pPr>
            <w:r>
              <w:rPr>
                <w:sz w:val="15"/>
              </w:rPr>
              <w:t>12.8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E4678" w14:textId="77777777" w:rsidR="004550E7" w:rsidRDefault="00000000">
            <w:pPr>
              <w:jc w:val="center"/>
            </w:pPr>
            <w:r>
              <w:rPr>
                <w:sz w:val="15"/>
              </w:rPr>
              <w:t>0.431</w:t>
            </w:r>
          </w:p>
        </w:tc>
      </w:tr>
      <w:tr w:rsidR="004550E7" w14:paraId="395499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9DE7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D8CAA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E3D717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F6672" w14:textId="77777777" w:rsidR="004550E7" w:rsidRDefault="00000000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9FC22" w14:textId="77777777" w:rsidR="004550E7" w:rsidRDefault="00000000">
            <w:pPr>
              <w:jc w:val="center"/>
            </w:pPr>
            <w:r>
              <w:rPr>
                <w:sz w:val="15"/>
              </w:rPr>
              <w:t>13.3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DA5A39" w14:textId="77777777" w:rsidR="004550E7" w:rsidRDefault="00000000">
            <w:pPr>
              <w:jc w:val="center"/>
            </w:pPr>
            <w:r>
              <w:rPr>
                <w:sz w:val="15"/>
              </w:rPr>
              <w:t>12.1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C42D8C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1442D5" w14:textId="77777777" w:rsidR="004550E7" w:rsidRDefault="00000000">
            <w:pPr>
              <w:jc w:val="center"/>
            </w:pPr>
            <w:r>
              <w:rPr>
                <w:sz w:val="15"/>
              </w:rPr>
              <w:t>0.36</w:t>
            </w:r>
          </w:p>
        </w:tc>
      </w:tr>
      <w:tr w:rsidR="004550E7" w14:paraId="32138A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8A1A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5BB2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A312B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8D2294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44715" w14:textId="77777777" w:rsidR="004550E7" w:rsidRDefault="00000000">
            <w:pPr>
              <w:jc w:val="center"/>
            </w:pPr>
            <w:r>
              <w:rPr>
                <w:sz w:val="15"/>
              </w:rPr>
              <w:t>14.0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7B6C3" w14:textId="77777777" w:rsidR="004550E7" w:rsidRDefault="00000000">
            <w:pPr>
              <w:jc w:val="center"/>
            </w:pPr>
            <w:r>
              <w:rPr>
                <w:sz w:val="15"/>
              </w:rPr>
              <w:t>10.8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8B3147" w14:textId="77777777" w:rsidR="004550E7" w:rsidRDefault="00000000">
            <w:pPr>
              <w:jc w:val="center"/>
            </w:pPr>
            <w:r>
              <w:rPr>
                <w:sz w:val="15"/>
              </w:rPr>
              <w:t>12.5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E53D9" w14:textId="77777777" w:rsidR="004550E7" w:rsidRDefault="00000000">
            <w:pPr>
              <w:jc w:val="center"/>
            </w:pPr>
            <w:r>
              <w:rPr>
                <w:sz w:val="15"/>
              </w:rPr>
              <w:t>0.456</w:t>
            </w:r>
          </w:p>
        </w:tc>
      </w:tr>
      <w:tr w:rsidR="004550E7" w14:paraId="0ACB09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BF605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E09D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0685C0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45D936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AACAE0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35E08C" w14:textId="77777777" w:rsidR="004550E7" w:rsidRDefault="00000000">
            <w:pPr>
              <w:jc w:val="center"/>
            </w:pPr>
            <w:r>
              <w:rPr>
                <w:sz w:val="15"/>
              </w:rPr>
              <w:t>11.9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F42749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3FFDA" w14:textId="77777777" w:rsidR="004550E7" w:rsidRDefault="00000000">
            <w:pPr>
              <w:jc w:val="center"/>
            </w:pPr>
            <w:r>
              <w:rPr>
                <w:sz w:val="15"/>
              </w:rPr>
              <w:t>0.312</w:t>
            </w:r>
          </w:p>
        </w:tc>
      </w:tr>
      <w:tr w:rsidR="004550E7" w14:paraId="27F0CE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4B06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50C2C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D6A7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A421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C5D3DB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D432F" w14:textId="77777777" w:rsidR="004550E7" w:rsidRDefault="00000000">
            <w:pPr>
              <w:jc w:val="center"/>
            </w:pPr>
            <w:r>
              <w:rPr>
                <w:sz w:val="15"/>
              </w:rPr>
              <w:t>11.7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E75EFB" w14:textId="77777777" w:rsidR="004550E7" w:rsidRDefault="00000000">
            <w:pPr>
              <w:jc w:val="center"/>
            </w:pPr>
            <w:r>
              <w:rPr>
                <w:sz w:val="15"/>
              </w:rPr>
              <w:t>12.5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3953A" w14:textId="77777777" w:rsidR="004550E7" w:rsidRDefault="00000000">
            <w:pPr>
              <w:jc w:val="center"/>
            </w:pPr>
            <w:r>
              <w:rPr>
                <w:sz w:val="15"/>
              </w:rPr>
              <w:t>0.372</w:t>
            </w:r>
          </w:p>
        </w:tc>
      </w:tr>
      <w:tr w:rsidR="004550E7" w14:paraId="1FD5DB0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740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D3275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A400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962DB2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63DC81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F2EB5" w14:textId="77777777" w:rsidR="004550E7" w:rsidRDefault="00000000">
            <w:pPr>
              <w:jc w:val="center"/>
            </w:pPr>
            <w:r>
              <w:rPr>
                <w:sz w:val="15"/>
              </w:rPr>
              <w:t>11.6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7FBAAF" w14:textId="77777777" w:rsidR="004550E7" w:rsidRDefault="00000000">
            <w:pPr>
              <w:jc w:val="center"/>
            </w:pPr>
            <w:r>
              <w:rPr>
                <w:sz w:val="15"/>
              </w:rPr>
              <w:t>12.5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998C0" w14:textId="77777777" w:rsidR="004550E7" w:rsidRDefault="00000000">
            <w:pPr>
              <w:jc w:val="center"/>
            </w:pPr>
            <w:r>
              <w:rPr>
                <w:sz w:val="15"/>
              </w:rPr>
              <w:t>0.278</w:t>
            </w:r>
          </w:p>
        </w:tc>
      </w:tr>
      <w:tr w:rsidR="004550E7" w14:paraId="36CBBF18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40C79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WBC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55467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3D2E0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EDC4F3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9757E" w14:textId="77777777" w:rsidR="004550E7" w:rsidRDefault="00000000">
            <w:pPr>
              <w:jc w:val="center"/>
            </w:pPr>
            <w:r>
              <w:rPr>
                <w:sz w:val="15"/>
              </w:rPr>
              <w:t>782.0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0D4D18" w14:textId="77777777" w:rsidR="004550E7" w:rsidRDefault="00000000">
            <w:pPr>
              <w:jc w:val="center"/>
            </w:pPr>
            <w:r>
              <w:rPr>
                <w:sz w:val="15"/>
              </w:rPr>
              <w:t>1.8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38841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9F0D3C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78C6D5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EBEC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9C7E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80E6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6CE1C2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D7145" w14:textId="77777777" w:rsidR="004550E7" w:rsidRDefault="00000000">
            <w:pPr>
              <w:jc w:val="center"/>
            </w:pPr>
            <w:r>
              <w:rPr>
                <w:sz w:val="15"/>
              </w:rPr>
              <w:t>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8F3AD6" w14:textId="77777777" w:rsidR="004550E7" w:rsidRDefault="00000000">
            <w:pPr>
              <w:jc w:val="center"/>
            </w:pPr>
            <w:r>
              <w:rPr>
                <w:sz w:val="15"/>
              </w:rPr>
              <w:t>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0FB42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43F2CE" w14:textId="77777777" w:rsidR="004550E7" w:rsidRDefault="00000000">
            <w:pPr>
              <w:jc w:val="center"/>
            </w:pPr>
            <w:r>
              <w:rPr>
                <w:sz w:val="15"/>
              </w:rPr>
              <w:t>0.17</w:t>
            </w:r>
          </w:p>
        </w:tc>
      </w:tr>
      <w:tr w:rsidR="004550E7" w14:paraId="10DE92D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EFE15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A5F3B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3BD9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0C812C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46DD7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6D0DB" w14:textId="77777777" w:rsidR="004550E7" w:rsidRDefault="00000000">
            <w:pPr>
              <w:jc w:val="center"/>
            </w:pPr>
            <w:r>
              <w:rPr>
                <w:sz w:val="15"/>
              </w:rPr>
              <w:t>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775639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39B6F" w14:textId="77777777" w:rsidR="004550E7" w:rsidRDefault="00000000">
            <w:pPr>
              <w:jc w:val="center"/>
            </w:pPr>
            <w:r>
              <w:rPr>
                <w:sz w:val="15"/>
              </w:rPr>
              <w:t>0.177</w:t>
            </w:r>
          </w:p>
        </w:tc>
      </w:tr>
      <w:tr w:rsidR="004550E7" w14:paraId="633BE0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B33D2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3F1C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4E33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E68F0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7C87A5" w14:textId="77777777" w:rsidR="004550E7" w:rsidRDefault="00000000">
            <w:pPr>
              <w:jc w:val="center"/>
            </w:pPr>
            <w:r>
              <w:rPr>
                <w:sz w:val="15"/>
              </w:rPr>
              <w:t>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C9138" w14:textId="77777777" w:rsidR="004550E7" w:rsidRDefault="00000000">
            <w:pPr>
              <w:jc w:val="center"/>
            </w:pPr>
            <w:r>
              <w:rPr>
                <w:sz w:val="15"/>
              </w:rPr>
              <w:t>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BE7BC" w14:textId="77777777" w:rsidR="004550E7" w:rsidRDefault="00000000">
            <w:pPr>
              <w:jc w:val="center"/>
            </w:pPr>
            <w:r>
              <w:rPr>
                <w:sz w:val="15"/>
              </w:rPr>
              <w:t>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601B2" w14:textId="77777777" w:rsidR="004550E7" w:rsidRDefault="00000000">
            <w:pPr>
              <w:jc w:val="center"/>
            </w:pPr>
            <w:r>
              <w:rPr>
                <w:sz w:val="15"/>
              </w:rPr>
              <w:t>0.161</w:t>
            </w:r>
          </w:p>
        </w:tc>
      </w:tr>
      <w:tr w:rsidR="004550E7" w14:paraId="3519AB7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2C223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28861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AD2DD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3A8BC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2CE6CC" w14:textId="77777777" w:rsidR="004550E7" w:rsidRDefault="00000000">
            <w:pPr>
              <w:jc w:val="center"/>
            </w:pPr>
            <w:r>
              <w:rPr>
                <w:sz w:val="15"/>
              </w:rPr>
              <w:t>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F0A49" w14:textId="77777777" w:rsidR="004550E7" w:rsidRDefault="00000000">
            <w:pPr>
              <w:jc w:val="center"/>
            </w:pPr>
            <w:r>
              <w:rPr>
                <w:sz w:val="15"/>
              </w:rPr>
              <w:t>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A54D5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753FB4" w14:textId="77777777" w:rsidR="004550E7" w:rsidRDefault="00000000">
            <w:pPr>
              <w:jc w:val="center"/>
            </w:pPr>
            <w:r>
              <w:rPr>
                <w:sz w:val="15"/>
              </w:rPr>
              <w:t>0.238</w:t>
            </w:r>
          </w:p>
        </w:tc>
      </w:tr>
      <w:tr w:rsidR="004550E7" w14:paraId="5805531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2D9B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F79FF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FC58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0AACBC" w14:textId="77777777" w:rsidR="004550E7" w:rsidRDefault="00000000">
            <w:pPr>
              <w:jc w:val="center"/>
            </w:pPr>
            <w:r>
              <w:rPr>
                <w:sz w:val="15"/>
              </w:rPr>
              <w:t>256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915B1A" w14:textId="77777777" w:rsidR="004550E7" w:rsidRDefault="00000000">
            <w:pPr>
              <w:jc w:val="center"/>
            </w:pPr>
            <w:r>
              <w:rPr>
                <w:sz w:val="15"/>
              </w:rPr>
              <w:t>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60ADC4" w14:textId="77777777" w:rsidR="004550E7" w:rsidRDefault="00000000">
            <w:pPr>
              <w:jc w:val="center"/>
            </w:pPr>
            <w:r>
              <w:rPr>
                <w:sz w:val="15"/>
              </w:rPr>
              <w:t>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71051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39E4A4" w14:textId="77777777" w:rsidR="004550E7" w:rsidRDefault="00000000">
            <w:pPr>
              <w:jc w:val="center"/>
            </w:pPr>
            <w:r>
              <w:rPr>
                <w:sz w:val="15"/>
              </w:rPr>
              <w:t>0.222</w:t>
            </w:r>
          </w:p>
        </w:tc>
      </w:tr>
      <w:tr w:rsidR="004550E7" w14:paraId="09004E1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51D90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F871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EE0A8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174F23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43C6FC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358026" w14:textId="77777777" w:rsidR="004550E7" w:rsidRDefault="00000000">
            <w:pPr>
              <w:jc w:val="center"/>
            </w:pPr>
            <w:r>
              <w:rPr>
                <w:sz w:val="15"/>
              </w:rPr>
              <w:t>1.8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81FA09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20901" w14:textId="77777777" w:rsidR="004550E7" w:rsidRDefault="00000000">
            <w:pPr>
              <w:jc w:val="center"/>
            </w:pPr>
            <w:r>
              <w:rPr>
                <w:sz w:val="15"/>
              </w:rPr>
              <w:t>0.17</w:t>
            </w:r>
          </w:p>
        </w:tc>
      </w:tr>
      <w:tr w:rsidR="004550E7" w14:paraId="4EA151E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C1BE2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A97FB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947DB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A8D710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4F6704" w14:textId="77777777" w:rsidR="004550E7" w:rsidRDefault="00000000">
            <w:pPr>
              <w:jc w:val="center"/>
            </w:pPr>
            <w:r>
              <w:rPr>
                <w:sz w:val="15"/>
              </w:rPr>
              <w:t>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2FD500" w14:textId="77777777" w:rsidR="004550E7" w:rsidRDefault="00000000">
            <w:pPr>
              <w:jc w:val="center"/>
            </w:pPr>
            <w:r>
              <w:rPr>
                <w:sz w:val="15"/>
              </w:rPr>
              <w:t>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0B44F4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612A51" w14:textId="77777777" w:rsidR="004550E7" w:rsidRDefault="00000000">
            <w:pPr>
              <w:jc w:val="center"/>
            </w:pPr>
            <w:r>
              <w:rPr>
                <w:sz w:val="15"/>
              </w:rPr>
              <w:t>0.172</w:t>
            </w:r>
          </w:p>
        </w:tc>
      </w:tr>
      <w:tr w:rsidR="004550E7" w14:paraId="00207B4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D0A52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5D6C0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69A6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ECC1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C88AA9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7C5C59" w14:textId="77777777" w:rsidR="004550E7" w:rsidRDefault="00000000">
            <w:pPr>
              <w:jc w:val="center"/>
            </w:pPr>
            <w:r>
              <w:rPr>
                <w:sz w:val="15"/>
              </w:rPr>
              <w:t>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EF8BD7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471D9" w14:textId="77777777" w:rsidR="004550E7" w:rsidRDefault="00000000">
            <w:pPr>
              <w:jc w:val="center"/>
            </w:pPr>
            <w:r>
              <w:rPr>
                <w:sz w:val="15"/>
              </w:rPr>
              <w:t>0.312</w:t>
            </w:r>
          </w:p>
        </w:tc>
      </w:tr>
      <w:tr w:rsidR="004550E7" w14:paraId="1880085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55C4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11C2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B2EE99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82DE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624AE" w14:textId="77777777" w:rsidR="004550E7" w:rsidRDefault="00000000">
            <w:pPr>
              <w:jc w:val="center"/>
            </w:pPr>
            <w:r>
              <w:rPr>
                <w:sz w:val="15"/>
              </w:rPr>
              <w:t>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9E34F" w14:textId="77777777" w:rsidR="004550E7" w:rsidRDefault="00000000">
            <w:pPr>
              <w:jc w:val="center"/>
            </w:pPr>
            <w:r>
              <w:rPr>
                <w:sz w:val="15"/>
              </w:rPr>
              <w:t>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1F4BD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6C27E" w14:textId="77777777" w:rsidR="004550E7" w:rsidRDefault="00000000">
            <w:pPr>
              <w:jc w:val="center"/>
            </w:pPr>
            <w:r>
              <w:rPr>
                <w:sz w:val="15"/>
              </w:rPr>
              <w:t>0.141</w:t>
            </w:r>
          </w:p>
        </w:tc>
      </w:tr>
      <w:tr w:rsidR="004550E7" w14:paraId="21F4B58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CD67D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14C3B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A3F15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EB138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91973E" w14:textId="77777777" w:rsidR="004550E7" w:rsidRDefault="00000000">
            <w:pPr>
              <w:jc w:val="center"/>
            </w:pPr>
            <w:r>
              <w:rPr>
                <w:sz w:val="15"/>
              </w:rPr>
              <w:t>9.3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426EE" w14:textId="77777777" w:rsidR="004550E7" w:rsidRDefault="00000000">
            <w:pPr>
              <w:jc w:val="center"/>
            </w:pPr>
            <w:r>
              <w:rPr>
                <w:sz w:val="15"/>
              </w:rPr>
              <w:t>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36203F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7FFC09" w14:textId="77777777" w:rsidR="004550E7" w:rsidRDefault="00000000">
            <w:pPr>
              <w:jc w:val="center"/>
            </w:pPr>
            <w:r>
              <w:rPr>
                <w:sz w:val="15"/>
              </w:rPr>
              <w:t>0.249</w:t>
            </w:r>
          </w:p>
        </w:tc>
      </w:tr>
      <w:tr w:rsidR="004550E7" w14:paraId="6D6608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E477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C553D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2EBD3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1CE954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2FFDE7" w14:textId="77777777" w:rsidR="004550E7" w:rsidRDefault="00000000">
            <w:pPr>
              <w:jc w:val="center"/>
            </w:pPr>
            <w:r>
              <w:rPr>
                <w:sz w:val="15"/>
              </w:rPr>
              <w:t>9.3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C5E35" w14:textId="77777777" w:rsidR="004550E7" w:rsidRDefault="00000000">
            <w:pPr>
              <w:jc w:val="center"/>
            </w:pPr>
            <w:r>
              <w:rPr>
                <w:sz w:val="15"/>
              </w:rPr>
              <w:t>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7088C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FAEE9" w14:textId="77777777" w:rsidR="004550E7" w:rsidRDefault="00000000">
            <w:pPr>
              <w:jc w:val="center"/>
            </w:pPr>
            <w:r>
              <w:rPr>
                <w:sz w:val="15"/>
              </w:rPr>
              <w:t>0.344</w:t>
            </w:r>
          </w:p>
        </w:tc>
      </w:tr>
      <w:tr w:rsidR="004550E7" w14:paraId="0DB029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60C0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CCDD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E49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3CEE19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873224" w14:textId="77777777" w:rsidR="004550E7" w:rsidRDefault="00000000">
            <w:pPr>
              <w:jc w:val="center"/>
            </w:pPr>
            <w:r>
              <w:rPr>
                <w:sz w:val="15"/>
              </w:rPr>
              <w:t>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9B48B3" w14:textId="77777777" w:rsidR="004550E7" w:rsidRDefault="00000000">
            <w:pPr>
              <w:jc w:val="center"/>
            </w:pPr>
            <w:r>
              <w:rPr>
                <w:sz w:val="15"/>
              </w:rPr>
              <w:t>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40C8A6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5E8F66" w14:textId="77777777" w:rsidR="004550E7" w:rsidRDefault="00000000">
            <w:pPr>
              <w:jc w:val="center"/>
            </w:pPr>
            <w:r>
              <w:rPr>
                <w:sz w:val="15"/>
              </w:rPr>
              <w:t>0.258</w:t>
            </w:r>
          </w:p>
        </w:tc>
      </w:tr>
      <w:tr w:rsidR="004550E7" w14:paraId="3B25AD4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4A2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7928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0E2EE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9005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FE256D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EA621" w14:textId="77777777" w:rsidR="004550E7" w:rsidRDefault="00000000">
            <w:pPr>
              <w:jc w:val="center"/>
            </w:pPr>
            <w:r>
              <w:rPr>
                <w:sz w:val="15"/>
              </w:rPr>
              <w:t>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83087" w14:textId="77777777" w:rsidR="004550E7" w:rsidRDefault="00000000">
            <w:pPr>
              <w:jc w:val="center"/>
            </w:pPr>
            <w:r>
              <w:rPr>
                <w:sz w:val="15"/>
              </w:rPr>
              <w:t>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1AA481" w14:textId="77777777" w:rsidR="004550E7" w:rsidRDefault="00000000">
            <w:pPr>
              <w:jc w:val="center"/>
            </w:pPr>
            <w:r>
              <w:rPr>
                <w:sz w:val="15"/>
              </w:rPr>
              <w:t>0.577</w:t>
            </w:r>
          </w:p>
        </w:tc>
      </w:tr>
      <w:tr w:rsidR="004550E7" w14:paraId="67C94E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752A0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DB037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210F2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4E141E" w14:textId="77777777" w:rsidR="004550E7" w:rsidRDefault="00000000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66A668" w14:textId="77777777" w:rsidR="004550E7" w:rsidRDefault="00000000">
            <w:pPr>
              <w:jc w:val="center"/>
            </w:pPr>
            <w:r>
              <w:rPr>
                <w:sz w:val="15"/>
              </w:rPr>
              <w:t>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0A9FA6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9B822B" w14:textId="77777777" w:rsidR="004550E7" w:rsidRDefault="00000000">
            <w:pPr>
              <w:jc w:val="center"/>
            </w:pPr>
            <w:r>
              <w:rPr>
                <w:sz w:val="15"/>
              </w:rPr>
              <w:t>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DD7474" w14:textId="77777777" w:rsidR="004550E7" w:rsidRDefault="00000000">
            <w:pPr>
              <w:jc w:val="center"/>
            </w:pPr>
            <w:r>
              <w:rPr>
                <w:sz w:val="15"/>
              </w:rPr>
              <w:t>0.283</w:t>
            </w:r>
          </w:p>
        </w:tc>
      </w:tr>
      <w:tr w:rsidR="004550E7" w14:paraId="024EBE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E48F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BE8E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01C54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9D77B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CC8DB5" w14:textId="77777777" w:rsidR="004550E7" w:rsidRDefault="00000000">
            <w:pPr>
              <w:jc w:val="center"/>
            </w:pPr>
            <w:r>
              <w:rPr>
                <w:sz w:val="15"/>
              </w:rPr>
              <w:t>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534B1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33F45" w14:textId="77777777" w:rsidR="004550E7" w:rsidRDefault="00000000">
            <w:pPr>
              <w:jc w:val="center"/>
            </w:pPr>
            <w:r>
              <w:rPr>
                <w:sz w:val="15"/>
              </w:rPr>
              <w:t>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BF1329" w14:textId="77777777" w:rsidR="004550E7" w:rsidRDefault="00000000">
            <w:pPr>
              <w:jc w:val="center"/>
            </w:pPr>
            <w:r>
              <w:rPr>
                <w:sz w:val="15"/>
              </w:rPr>
              <w:t>0.154</w:t>
            </w:r>
          </w:p>
        </w:tc>
      </w:tr>
      <w:tr w:rsidR="004550E7" w14:paraId="7788A2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E553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B2BD1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0D946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039E04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D1F4CB" w14:textId="77777777" w:rsidR="004550E7" w:rsidRDefault="00000000">
            <w:pPr>
              <w:jc w:val="center"/>
            </w:pPr>
            <w:r>
              <w:rPr>
                <w:sz w:val="15"/>
              </w:rPr>
              <w:t>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8D475" w14:textId="77777777" w:rsidR="004550E7" w:rsidRDefault="00000000">
            <w:pPr>
              <w:jc w:val="center"/>
            </w:pPr>
            <w:r>
              <w:rPr>
                <w:sz w:val="15"/>
              </w:rPr>
              <w:t>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EB55A2" w14:textId="77777777" w:rsidR="004550E7" w:rsidRDefault="00000000">
            <w:pPr>
              <w:jc w:val="center"/>
            </w:pPr>
            <w:r>
              <w:rPr>
                <w:sz w:val="15"/>
              </w:rPr>
              <w:t>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410C7B" w14:textId="77777777" w:rsidR="004550E7" w:rsidRDefault="00000000">
            <w:pPr>
              <w:jc w:val="center"/>
            </w:pPr>
            <w:r>
              <w:rPr>
                <w:sz w:val="15"/>
              </w:rPr>
              <w:t>0.26</w:t>
            </w:r>
          </w:p>
        </w:tc>
      </w:tr>
      <w:tr w:rsidR="004550E7" w14:paraId="3B9294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C91E1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94A95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0EC35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28E4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79690E" w14:textId="77777777" w:rsidR="004550E7" w:rsidRDefault="00000000">
            <w:pPr>
              <w:jc w:val="center"/>
            </w:pPr>
            <w:r>
              <w:rPr>
                <w:sz w:val="15"/>
              </w:rPr>
              <w:t>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BFEC18" w14:textId="77777777" w:rsidR="004550E7" w:rsidRDefault="00000000">
            <w:pPr>
              <w:jc w:val="center"/>
            </w:pPr>
            <w:r>
              <w:rPr>
                <w:sz w:val="15"/>
              </w:rPr>
              <w:t>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D11C6D" w14:textId="77777777" w:rsidR="004550E7" w:rsidRDefault="00000000">
            <w:pPr>
              <w:jc w:val="center"/>
            </w:pPr>
            <w:r>
              <w:rPr>
                <w:sz w:val="15"/>
              </w:rPr>
              <w:t>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3C54EC" w14:textId="77777777" w:rsidR="004550E7" w:rsidRDefault="00000000">
            <w:pPr>
              <w:jc w:val="center"/>
            </w:pPr>
            <w:r>
              <w:rPr>
                <w:sz w:val="15"/>
              </w:rPr>
              <w:t>0.147</w:t>
            </w:r>
          </w:p>
        </w:tc>
      </w:tr>
      <w:tr w:rsidR="004550E7" w14:paraId="4B5AD8E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C0B5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2B43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BBD408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22A4B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DD74F6" w14:textId="77777777" w:rsidR="004550E7" w:rsidRDefault="00000000">
            <w:pPr>
              <w:jc w:val="center"/>
            </w:pPr>
            <w:r>
              <w:rPr>
                <w:sz w:val="15"/>
              </w:rPr>
              <w:t>82.0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DCC28E" w14:textId="77777777" w:rsidR="004550E7" w:rsidRDefault="00000000">
            <w:pPr>
              <w:jc w:val="center"/>
            </w:pPr>
            <w:r>
              <w:rPr>
                <w:sz w:val="15"/>
              </w:rPr>
              <w:t>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09C79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1FB476" w14:textId="77777777" w:rsidR="004550E7" w:rsidRDefault="00000000">
            <w:pPr>
              <w:jc w:val="center"/>
            </w:pPr>
            <w:r>
              <w:rPr>
                <w:sz w:val="15"/>
              </w:rPr>
              <w:t>0.164</w:t>
            </w:r>
          </w:p>
        </w:tc>
      </w:tr>
      <w:tr w:rsidR="004550E7" w14:paraId="7A72BBF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40CF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67D4D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5D8DAF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127EC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56F2A" w14:textId="77777777" w:rsidR="004550E7" w:rsidRDefault="00000000">
            <w:pPr>
              <w:jc w:val="center"/>
            </w:pPr>
            <w:r>
              <w:rPr>
                <w:sz w:val="15"/>
              </w:rPr>
              <w:t>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65D59" w14:textId="77777777" w:rsidR="004550E7" w:rsidRDefault="00000000">
            <w:pPr>
              <w:jc w:val="center"/>
            </w:pPr>
            <w:r>
              <w:rPr>
                <w:sz w:val="15"/>
              </w:rPr>
              <w:t>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67F6EE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8B989" w14:textId="77777777" w:rsidR="004550E7" w:rsidRDefault="00000000">
            <w:pPr>
              <w:jc w:val="center"/>
            </w:pPr>
            <w:r>
              <w:rPr>
                <w:sz w:val="15"/>
              </w:rPr>
              <w:t>0.178</w:t>
            </w:r>
          </w:p>
        </w:tc>
      </w:tr>
      <w:tr w:rsidR="004550E7" w14:paraId="49F826E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30FD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260D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B41B3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43F14" w14:textId="77777777" w:rsidR="004550E7" w:rsidRDefault="00000000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B4ADF1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81E1EC" w14:textId="77777777" w:rsidR="004550E7" w:rsidRDefault="00000000">
            <w:pPr>
              <w:jc w:val="center"/>
            </w:pPr>
            <w:r>
              <w:rPr>
                <w:sz w:val="15"/>
              </w:rPr>
              <w:t>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C4FFD1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6A9AD" w14:textId="77777777" w:rsidR="004550E7" w:rsidRDefault="00000000">
            <w:pPr>
              <w:jc w:val="center"/>
            </w:pPr>
            <w:r>
              <w:rPr>
                <w:sz w:val="15"/>
              </w:rPr>
              <w:t>0.181</w:t>
            </w:r>
          </w:p>
        </w:tc>
      </w:tr>
      <w:tr w:rsidR="004550E7" w14:paraId="424A079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F8D8E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5511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238910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DF1C6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0ECEE" w14:textId="77777777" w:rsidR="004550E7" w:rsidRDefault="00000000">
            <w:pPr>
              <w:jc w:val="center"/>
            </w:pPr>
            <w:r>
              <w:rPr>
                <w:sz w:val="15"/>
              </w:rPr>
              <w:t>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CE428D" w14:textId="77777777" w:rsidR="004550E7" w:rsidRDefault="00000000">
            <w:pPr>
              <w:jc w:val="center"/>
            </w:pPr>
            <w:r>
              <w:rPr>
                <w:sz w:val="15"/>
              </w:rPr>
              <w:t>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DBEEC5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63C359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53967F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1333E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BA25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7A0AE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EBE9D5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767A2D" w14:textId="77777777" w:rsidR="004550E7" w:rsidRDefault="00000000">
            <w:pPr>
              <w:jc w:val="center"/>
            </w:pPr>
            <w:r>
              <w:rPr>
                <w:sz w:val="15"/>
              </w:rPr>
              <w:t>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39FC77" w14:textId="77777777" w:rsidR="004550E7" w:rsidRDefault="00000000">
            <w:pPr>
              <w:jc w:val="center"/>
            </w:pPr>
            <w:r>
              <w:rPr>
                <w:sz w:val="15"/>
              </w:rPr>
              <w:t>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97658F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1FCA08" w14:textId="77777777" w:rsidR="004550E7" w:rsidRDefault="00000000">
            <w:pPr>
              <w:jc w:val="center"/>
            </w:pPr>
            <w:r>
              <w:rPr>
                <w:sz w:val="15"/>
              </w:rPr>
              <w:t>0.243</w:t>
            </w:r>
          </w:p>
        </w:tc>
      </w:tr>
      <w:tr w:rsidR="004550E7" w14:paraId="19ED25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AFE9D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AB28C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78F25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4B2AC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B5C255" w14:textId="77777777" w:rsidR="004550E7" w:rsidRDefault="00000000">
            <w:pPr>
              <w:jc w:val="center"/>
            </w:pPr>
            <w:r>
              <w:rPr>
                <w:sz w:val="15"/>
              </w:rPr>
              <w:t>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ED08C8" w14:textId="77777777" w:rsidR="004550E7" w:rsidRDefault="00000000">
            <w:pPr>
              <w:jc w:val="center"/>
            </w:pPr>
            <w:r>
              <w:rPr>
                <w:sz w:val="15"/>
              </w:rPr>
              <w:t>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76823A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EACEE" w14:textId="77777777" w:rsidR="004550E7" w:rsidRDefault="00000000">
            <w:pPr>
              <w:jc w:val="center"/>
            </w:pPr>
            <w:r>
              <w:rPr>
                <w:sz w:val="15"/>
              </w:rPr>
              <w:t>0.228</w:t>
            </w:r>
          </w:p>
        </w:tc>
      </w:tr>
      <w:tr w:rsidR="004550E7" w14:paraId="399D857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B90B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0DC9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F4E5E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2505E5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FEB65" w14:textId="77777777" w:rsidR="004550E7" w:rsidRDefault="00000000">
            <w:pPr>
              <w:jc w:val="center"/>
            </w:pPr>
            <w:r>
              <w:rPr>
                <w:sz w:val="15"/>
              </w:rPr>
              <w:t>782.0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66D4A" w14:textId="77777777" w:rsidR="004550E7" w:rsidRDefault="00000000">
            <w:pPr>
              <w:jc w:val="center"/>
            </w:pPr>
            <w:r>
              <w:rPr>
                <w:sz w:val="15"/>
              </w:rPr>
              <w:t>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2B836D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5DDABE" w14:textId="77777777" w:rsidR="004550E7" w:rsidRDefault="00000000">
            <w:pPr>
              <w:jc w:val="center"/>
            </w:pPr>
            <w:r>
              <w:rPr>
                <w:sz w:val="15"/>
              </w:rPr>
              <w:t>0.146</w:t>
            </w:r>
          </w:p>
        </w:tc>
      </w:tr>
      <w:tr w:rsidR="004550E7" w14:paraId="577943B4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5E2E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WBC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AF568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96FD9C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C4CF3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70C2BE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EBE344" w14:textId="77777777" w:rsidR="004550E7" w:rsidRDefault="00000000">
            <w:pPr>
              <w:jc w:val="center"/>
            </w:pPr>
            <w:r>
              <w:rPr>
                <w:sz w:val="15"/>
              </w:rPr>
              <w:t>4.3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7A90D3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12E8CA" w14:textId="77777777" w:rsidR="004550E7" w:rsidRDefault="00000000">
            <w:pPr>
              <w:jc w:val="center"/>
            </w:pPr>
            <w:r>
              <w:rPr>
                <w:sz w:val="15"/>
              </w:rPr>
              <w:t>0.272</w:t>
            </w:r>
          </w:p>
        </w:tc>
      </w:tr>
      <w:tr w:rsidR="004550E7" w14:paraId="1FEA112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2744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829D7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DF479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CABE53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F47F20" w14:textId="77777777" w:rsidR="004550E7" w:rsidRDefault="00000000">
            <w:pPr>
              <w:jc w:val="center"/>
            </w:pPr>
            <w:r>
              <w:rPr>
                <w:sz w:val="15"/>
              </w:rPr>
              <w:t>6.8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BDA39A" w14:textId="77777777" w:rsidR="004550E7" w:rsidRDefault="00000000">
            <w:pPr>
              <w:jc w:val="center"/>
            </w:pPr>
            <w:r>
              <w:rPr>
                <w:sz w:val="15"/>
              </w:rPr>
              <w:t>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3A0E88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C4B1B" w14:textId="77777777" w:rsidR="004550E7" w:rsidRDefault="00000000">
            <w:pPr>
              <w:jc w:val="center"/>
            </w:pPr>
            <w:r>
              <w:rPr>
                <w:sz w:val="15"/>
              </w:rPr>
              <w:t>0.156</w:t>
            </w:r>
          </w:p>
        </w:tc>
      </w:tr>
      <w:tr w:rsidR="004550E7" w14:paraId="5EAFDE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A1679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1055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B22E3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32828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4840E6" w14:textId="77777777" w:rsidR="004550E7" w:rsidRDefault="00000000">
            <w:pPr>
              <w:jc w:val="center"/>
            </w:pPr>
            <w:r>
              <w:rPr>
                <w:sz w:val="15"/>
              </w:rPr>
              <w:t>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EA480" w14:textId="77777777" w:rsidR="004550E7" w:rsidRDefault="00000000">
            <w:pPr>
              <w:jc w:val="center"/>
            </w:pPr>
            <w:r>
              <w:rPr>
                <w:sz w:val="15"/>
              </w:rPr>
              <w:t>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29A062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FAC04B" w14:textId="77777777" w:rsidR="004550E7" w:rsidRDefault="00000000">
            <w:pPr>
              <w:jc w:val="center"/>
            </w:pPr>
            <w:r>
              <w:rPr>
                <w:sz w:val="15"/>
              </w:rPr>
              <w:t>0.156</w:t>
            </w:r>
          </w:p>
        </w:tc>
      </w:tr>
      <w:tr w:rsidR="004550E7" w14:paraId="50EB0C3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EF2C5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84408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AC1C6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C9D549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082AC3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5D3B22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B234FC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A772C7" w14:textId="77777777" w:rsidR="004550E7" w:rsidRDefault="00000000">
            <w:pPr>
              <w:jc w:val="center"/>
            </w:pPr>
            <w:r>
              <w:rPr>
                <w:sz w:val="15"/>
              </w:rPr>
              <w:t>0.122</w:t>
            </w:r>
          </w:p>
        </w:tc>
      </w:tr>
      <w:tr w:rsidR="004550E7" w14:paraId="44CD2AD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0C12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3E8B8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A65E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4DFF5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308FF3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0F1DDD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F99728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289447" w14:textId="77777777" w:rsidR="004550E7" w:rsidRDefault="00000000">
            <w:pPr>
              <w:jc w:val="center"/>
            </w:pPr>
            <w:r>
              <w:rPr>
                <w:sz w:val="15"/>
              </w:rPr>
              <w:t>0.16</w:t>
            </w:r>
          </w:p>
        </w:tc>
      </w:tr>
      <w:tr w:rsidR="004550E7" w14:paraId="2DC2C05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F1DC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1F05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5CD61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F51C8" w14:textId="77777777" w:rsidR="004550E7" w:rsidRDefault="00000000">
            <w:pPr>
              <w:jc w:val="center"/>
            </w:pPr>
            <w:r>
              <w:rPr>
                <w:sz w:val="15"/>
              </w:rPr>
              <w:t>256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13C6D" w14:textId="77777777" w:rsidR="004550E7" w:rsidRDefault="00000000">
            <w:pPr>
              <w:jc w:val="center"/>
            </w:pPr>
            <w:r>
              <w:rPr>
                <w:sz w:val="15"/>
              </w:rPr>
              <w:t>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7E21D" w14:textId="77777777" w:rsidR="004550E7" w:rsidRDefault="00000000">
            <w:pPr>
              <w:jc w:val="center"/>
            </w:pPr>
            <w:r>
              <w:rPr>
                <w:sz w:val="15"/>
              </w:rPr>
              <w:t>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6A3512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82D8C4" w14:textId="77777777" w:rsidR="004550E7" w:rsidRDefault="00000000">
            <w:pPr>
              <w:jc w:val="center"/>
            </w:pPr>
            <w:r>
              <w:rPr>
                <w:sz w:val="15"/>
              </w:rPr>
              <w:t>0.163</w:t>
            </w:r>
          </w:p>
        </w:tc>
      </w:tr>
      <w:tr w:rsidR="004550E7" w14:paraId="092D400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92A4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80F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2C322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DE4F4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95411B" w14:textId="77777777" w:rsidR="004550E7" w:rsidRDefault="00000000">
            <w:pPr>
              <w:jc w:val="center"/>
            </w:pPr>
            <w:r>
              <w:rPr>
                <w:sz w:val="15"/>
              </w:rPr>
              <w:t>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EF61D5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8E49F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B78319" w14:textId="77777777" w:rsidR="004550E7" w:rsidRDefault="00000000">
            <w:pPr>
              <w:jc w:val="center"/>
            </w:pPr>
            <w:r>
              <w:rPr>
                <w:sz w:val="15"/>
              </w:rPr>
              <w:t>0.136</w:t>
            </w:r>
          </w:p>
        </w:tc>
      </w:tr>
      <w:tr w:rsidR="004550E7" w14:paraId="2AABE55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FE46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757A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AE6C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1542B3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ACD35F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35D794" w14:textId="77777777" w:rsidR="004550E7" w:rsidRDefault="00000000">
            <w:pPr>
              <w:jc w:val="center"/>
            </w:pPr>
            <w:r>
              <w:rPr>
                <w:sz w:val="15"/>
              </w:rPr>
              <w:t>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C0A1A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3C7044" w14:textId="77777777" w:rsidR="004550E7" w:rsidRDefault="00000000">
            <w:pPr>
              <w:jc w:val="center"/>
            </w:pPr>
            <w:r>
              <w:rPr>
                <w:sz w:val="15"/>
              </w:rPr>
              <w:t>0.131</w:t>
            </w:r>
          </w:p>
        </w:tc>
      </w:tr>
      <w:tr w:rsidR="004550E7" w14:paraId="4E5514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898E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B92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92FE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CE875A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B85E1" w14:textId="77777777" w:rsidR="004550E7" w:rsidRDefault="00000000">
            <w:pPr>
              <w:jc w:val="center"/>
            </w:pPr>
            <w:r>
              <w:rPr>
                <w:sz w:val="15"/>
              </w:rPr>
              <w:t>7.9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BB7B9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3E369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B81D9E" w14:textId="77777777" w:rsidR="004550E7" w:rsidRDefault="00000000">
            <w:pPr>
              <w:jc w:val="center"/>
            </w:pPr>
            <w:r>
              <w:rPr>
                <w:sz w:val="15"/>
              </w:rPr>
              <w:t>0.183</w:t>
            </w:r>
          </w:p>
        </w:tc>
      </w:tr>
      <w:tr w:rsidR="004550E7" w14:paraId="1747AE5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009E7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BE98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B1059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3F0F9C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468F03" w14:textId="77777777" w:rsidR="004550E7" w:rsidRDefault="00000000">
            <w:pPr>
              <w:jc w:val="center"/>
            </w:pPr>
            <w:r>
              <w:rPr>
                <w:sz w:val="15"/>
              </w:rPr>
              <w:t>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E960E6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7264E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C55480" w14:textId="77777777" w:rsidR="004550E7" w:rsidRDefault="00000000">
            <w:pPr>
              <w:jc w:val="center"/>
            </w:pPr>
            <w:r>
              <w:rPr>
                <w:sz w:val="15"/>
              </w:rPr>
              <w:t>0.156</w:t>
            </w:r>
          </w:p>
        </w:tc>
      </w:tr>
      <w:tr w:rsidR="004550E7" w14:paraId="5F8808C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8BC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69A2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8973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1F2475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64470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3C75C5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7EF4CA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81A447" w14:textId="77777777" w:rsidR="004550E7" w:rsidRDefault="00000000">
            <w:pPr>
              <w:jc w:val="center"/>
            </w:pPr>
            <w:r>
              <w:rPr>
                <w:sz w:val="15"/>
              </w:rPr>
              <w:t>0.164</w:t>
            </w:r>
          </w:p>
        </w:tc>
      </w:tr>
      <w:tr w:rsidR="004550E7" w14:paraId="694DBD3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614C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82F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F52BD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FA7E2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8353B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F181C" w14:textId="77777777" w:rsidR="004550E7" w:rsidRDefault="00000000">
            <w:pPr>
              <w:jc w:val="center"/>
            </w:pPr>
            <w:r>
              <w:rPr>
                <w:sz w:val="15"/>
              </w:rPr>
              <w:t>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ECD7CB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1F56B2" w14:textId="77777777" w:rsidR="004550E7" w:rsidRDefault="00000000">
            <w:pPr>
              <w:jc w:val="center"/>
            </w:pPr>
            <w:r>
              <w:rPr>
                <w:sz w:val="15"/>
              </w:rPr>
              <w:t>0.235</w:t>
            </w:r>
          </w:p>
        </w:tc>
      </w:tr>
      <w:tr w:rsidR="004550E7" w14:paraId="3AC665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61871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7F3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9F767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900839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84281" w14:textId="77777777" w:rsidR="004550E7" w:rsidRDefault="00000000">
            <w:pPr>
              <w:jc w:val="center"/>
            </w:pPr>
            <w:r>
              <w:rPr>
                <w:sz w:val="15"/>
              </w:rPr>
              <w:t>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3C39DC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49572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61F29" w14:textId="77777777" w:rsidR="004550E7" w:rsidRDefault="00000000">
            <w:pPr>
              <w:jc w:val="center"/>
            </w:pPr>
            <w:r>
              <w:rPr>
                <w:sz w:val="15"/>
              </w:rPr>
              <w:t>0.162</w:t>
            </w:r>
          </w:p>
        </w:tc>
      </w:tr>
      <w:tr w:rsidR="004550E7" w14:paraId="6884577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85C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5360D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B82F7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02BE82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32A84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2C0A8" w14:textId="77777777" w:rsidR="004550E7" w:rsidRDefault="00000000">
            <w:pPr>
              <w:jc w:val="center"/>
            </w:pPr>
            <w:r>
              <w:rPr>
                <w:sz w:val="15"/>
              </w:rPr>
              <w:t>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59113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CB478A" w14:textId="77777777" w:rsidR="004550E7" w:rsidRDefault="00000000">
            <w:pPr>
              <w:jc w:val="center"/>
            </w:pPr>
            <w:r>
              <w:rPr>
                <w:sz w:val="15"/>
              </w:rPr>
              <w:t>0.437</w:t>
            </w:r>
          </w:p>
        </w:tc>
      </w:tr>
      <w:tr w:rsidR="004550E7" w14:paraId="728E3D2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1C645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358D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B32EA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0B51F" w14:textId="77777777" w:rsidR="004550E7" w:rsidRDefault="00000000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14FE9" w14:textId="77777777" w:rsidR="004550E7" w:rsidRDefault="00000000">
            <w:pPr>
              <w:jc w:val="center"/>
            </w:pPr>
            <w:r>
              <w:rPr>
                <w:sz w:val="15"/>
              </w:rPr>
              <w:t>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637BFB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9819F6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28BAAC" w14:textId="77777777" w:rsidR="004550E7" w:rsidRDefault="00000000">
            <w:pPr>
              <w:jc w:val="center"/>
            </w:pPr>
            <w:r>
              <w:rPr>
                <w:sz w:val="15"/>
              </w:rPr>
              <w:t>0.174</w:t>
            </w:r>
          </w:p>
        </w:tc>
      </w:tr>
      <w:tr w:rsidR="004550E7" w14:paraId="08D36C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CE39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0514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A5C7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B2FDB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97B57C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A101D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E91FF8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C5B9D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6035358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1DB5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48CE3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C92A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334672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25038" w14:textId="77777777" w:rsidR="004550E7" w:rsidRDefault="00000000">
            <w:pPr>
              <w:jc w:val="center"/>
            </w:pPr>
            <w:r>
              <w:rPr>
                <w:sz w:val="15"/>
              </w:rPr>
              <w:t>6.6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C2ECA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4BC8F0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85296" w14:textId="77777777" w:rsidR="004550E7" w:rsidRDefault="00000000">
            <w:pPr>
              <w:jc w:val="center"/>
            </w:pPr>
            <w:r>
              <w:rPr>
                <w:sz w:val="15"/>
              </w:rPr>
              <w:t>0.145</w:t>
            </w:r>
          </w:p>
        </w:tc>
      </w:tr>
      <w:tr w:rsidR="004550E7" w14:paraId="6F6F19C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48C8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A0389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7C403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761B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0B5210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580157" w14:textId="77777777" w:rsidR="004550E7" w:rsidRDefault="00000000">
            <w:pPr>
              <w:jc w:val="center"/>
            </w:pPr>
            <w:r>
              <w:rPr>
                <w:sz w:val="15"/>
              </w:rPr>
              <w:t>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3822B3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97FA6D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2387C8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D2D5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00CC5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AC748E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005FF4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6DCA7C" w14:textId="77777777" w:rsidR="004550E7" w:rsidRDefault="00000000">
            <w:pPr>
              <w:jc w:val="center"/>
            </w:pPr>
            <w:r>
              <w:rPr>
                <w:sz w:val="15"/>
              </w:rPr>
              <w:t>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DF5C2" w14:textId="77777777" w:rsidR="004550E7" w:rsidRDefault="00000000">
            <w:pPr>
              <w:jc w:val="center"/>
            </w:pPr>
            <w:r>
              <w:rPr>
                <w:sz w:val="15"/>
              </w:rPr>
              <w:t>5.2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C9BD82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78209C" w14:textId="77777777" w:rsidR="004550E7" w:rsidRDefault="00000000">
            <w:pPr>
              <w:jc w:val="center"/>
            </w:pPr>
            <w:r>
              <w:rPr>
                <w:sz w:val="15"/>
              </w:rPr>
              <w:t>0.137</w:t>
            </w:r>
          </w:p>
        </w:tc>
      </w:tr>
      <w:tr w:rsidR="004550E7" w14:paraId="7493EA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1944D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71E7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C766AF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B229C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BAF1C" w14:textId="77777777" w:rsidR="004550E7" w:rsidRDefault="00000000">
            <w:pPr>
              <w:jc w:val="center"/>
            </w:pPr>
            <w:r>
              <w:rPr>
                <w:sz w:val="15"/>
              </w:rPr>
              <w:t>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E9A95A" w14:textId="77777777" w:rsidR="004550E7" w:rsidRDefault="00000000">
            <w:pPr>
              <w:jc w:val="center"/>
            </w:pPr>
            <w:r>
              <w:rPr>
                <w:sz w:val="15"/>
              </w:rPr>
              <w:t>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2B5EA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D9B225" w14:textId="77777777" w:rsidR="004550E7" w:rsidRDefault="00000000">
            <w:pPr>
              <w:jc w:val="center"/>
            </w:pPr>
            <w:r>
              <w:rPr>
                <w:sz w:val="15"/>
              </w:rPr>
              <w:t>0.169</w:t>
            </w:r>
          </w:p>
        </w:tc>
      </w:tr>
      <w:tr w:rsidR="004550E7" w14:paraId="35282D1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9D6E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486D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070D26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905979" w14:textId="77777777" w:rsidR="004550E7" w:rsidRDefault="00000000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55BBC" w14:textId="77777777" w:rsidR="004550E7" w:rsidRDefault="00000000">
            <w:pPr>
              <w:jc w:val="center"/>
            </w:pPr>
            <w:r>
              <w:rPr>
                <w:sz w:val="15"/>
              </w:rPr>
              <w:t>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5D20E7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C3FD16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0ED30" w14:textId="77777777" w:rsidR="004550E7" w:rsidRDefault="00000000">
            <w:pPr>
              <w:jc w:val="center"/>
            </w:pPr>
            <w:r>
              <w:rPr>
                <w:sz w:val="15"/>
              </w:rPr>
              <w:t>0.167</w:t>
            </w:r>
          </w:p>
        </w:tc>
      </w:tr>
      <w:tr w:rsidR="004550E7" w14:paraId="2A4FB0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57BA3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8F42B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F60E9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35C35B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944584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3B890E" w14:textId="77777777" w:rsidR="004550E7" w:rsidRDefault="00000000">
            <w:pPr>
              <w:jc w:val="center"/>
            </w:pPr>
            <w:r>
              <w:rPr>
                <w:sz w:val="15"/>
              </w:rPr>
              <w:t>5.0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5CF74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F4683D" w14:textId="77777777" w:rsidR="004550E7" w:rsidRDefault="00000000">
            <w:pPr>
              <w:jc w:val="center"/>
            </w:pPr>
            <w:r>
              <w:rPr>
                <w:sz w:val="15"/>
              </w:rPr>
              <w:t>0.269</w:t>
            </w:r>
          </w:p>
        </w:tc>
      </w:tr>
      <w:tr w:rsidR="004550E7" w14:paraId="0337D4A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32C4C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B44C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E2F67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D81CD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F940DC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39F1EC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28E7A" w14:textId="77777777" w:rsidR="004550E7" w:rsidRDefault="00000000">
            <w:pPr>
              <w:jc w:val="center"/>
            </w:pPr>
            <w:r>
              <w:rPr>
                <w:sz w:val="15"/>
              </w:rPr>
              <w:t>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20AA73" w14:textId="77777777" w:rsidR="004550E7" w:rsidRDefault="00000000">
            <w:pPr>
              <w:jc w:val="center"/>
            </w:pPr>
            <w:r>
              <w:rPr>
                <w:sz w:val="15"/>
              </w:rPr>
              <w:t>0.154</w:t>
            </w:r>
          </w:p>
        </w:tc>
      </w:tr>
      <w:tr w:rsidR="004550E7" w14:paraId="103D00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49F3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BDF2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057095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BCBA3A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412273" w14:textId="77777777" w:rsidR="004550E7" w:rsidRDefault="00000000">
            <w:pPr>
              <w:jc w:val="center"/>
            </w:pPr>
            <w:r>
              <w:rPr>
                <w:sz w:val="15"/>
              </w:rPr>
              <w:t>12.9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39EC0" w14:textId="77777777" w:rsidR="004550E7" w:rsidRDefault="00000000">
            <w:pPr>
              <w:jc w:val="center"/>
            </w:pPr>
            <w:r>
              <w:rPr>
                <w:sz w:val="15"/>
              </w:rPr>
              <w:t>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7DE0BA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230329" w14:textId="77777777" w:rsidR="004550E7" w:rsidRDefault="00000000">
            <w:pPr>
              <w:jc w:val="center"/>
            </w:pPr>
            <w:r>
              <w:rPr>
                <w:sz w:val="15"/>
              </w:rPr>
              <w:t>0.241</w:t>
            </w:r>
          </w:p>
        </w:tc>
      </w:tr>
      <w:tr w:rsidR="004550E7" w14:paraId="0DEF57A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3EA41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9B2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F9E13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203E5B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0501C7" w14:textId="77777777" w:rsidR="004550E7" w:rsidRDefault="00000000">
            <w:pPr>
              <w:jc w:val="center"/>
            </w:pPr>
            <w:r>
              <w:rPr>
                <w:sz w:val="15"/>
              </w:rPr>
              <w:t>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1E52A" w14:textId="77777777" w:rsidR="004550E7" w:rsidRDefault="00000000">
            <w:pPr>
              <w:jc w:val="center"/>
            </w:pPr>
            <w:r>
              <w:rPr>
                <w:sz w:val="15"/>
              </w:rPr>
              <w:t>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616D19" w14:textId="77777777" w:rsidR="004550E7" w:rsidRDefault="00000000">
            <w:pPr>
              <w:jc w:val="center"/>
            </w:pPr>
            <w:r>
              <w:rPr>
                <w:sz w:val="15"/>
              </w:rPr>
              <w:t>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34734" w14:textId="77777777" w:rsidR="004550E7" w:rsidRDefault="00000000">
            <w:pPr>
              <w:jc w:val="center"/>
            </w:pPr>
            <w:r>
              <w:rPr>
                <w:sz w:val="15"/>
              </w:rPr>
              <w:t>0.148</w:t>
            </w:r>
          </w:p>
        </w:tc>
      </w:tr>
      <w:tr w:rsidR="004550E7" w14:paraId="6C0C8660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3741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RBC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8A8ECB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4F12A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4B5EB" w14:textId="77777777" w:rsidR="004550E7" w:rsidRDefault="00000000">
            <w:pPr>
              <w:jc w:val="center"/>
            </w:pPr>
            <w:r>
              <w:rPr>
                <w:sz w:val="15"/>
              </w:rPr>
              <w:t>1830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3D429" w14:textId="77777777" w:rsidR="004550E7" w:rsidRDefault="00000000">
            <w:pPr>
              <w:jc w:val="center"/>
            </w:pPr>
            <w:r>
              <w:rPr>
                <w:sz w:val="15"/>
              </w:rPr>
              <w:t>8.30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EEFED" w14:textId="77777777" w:rsidR="004550E7" w:rsidRDefault="00000000">
            <w:pPr>
              <w:jc w:val="center"/>
            </w:pPr>
            <w:r>
              <w:rPr>
                <w:sz w:val="15"/>
              </w:rPr>
              <w:t>3.04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E7386F" w14:textId="77777777" w:rsidR="004550E7" w:rsidRDefault="00000000">
            <w:pPr>
              <w:jc w:val="center"/>
            </w:pPr>
            <w:r>
              <w:rPr>
                <w:sz w:val="15"/>
              </w:rPr>
              <w:t>7.1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6CABEE" w14:textId="77777777" w:rsidR="004550E7" w:rsidRDefault="00000000">
            <w:pPr>
              <w:jc w:val="center"/>
            </w:pPr>
            <w:r>
              <w:rPr>
                <w:sz w:val="15"/>
              </w:rPr>
              <w:t>0.167</w:t>
            </w:r>
          </w:p>
        </w:tc>
      </w:tr>
      <w:tr w:rsidR="004550E7" w14:paraId="02E479D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C04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97F38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66A5D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4DF21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0CD68" w14:textId="77777777" w:rsidR="004550E7" w:rsidRDefault="00000000">
            <w:pPr>
              <w:jc w:val="center"/>
            </w:pPr>
            <w:r>
              <w:rPr>
                <w:sz w:val="15"/>
              </w:rPr>
              <w:t>7.46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74CF26" w14:textId="77777777" w:rsidR="004550E7" w:rsidRDefault="00000000">
            <w:pPr>
              <w:jc w:val="center"/>
            </w:pPr>
            <w:r>
              <w:rPr>
                <w:sz w:val="15"/>
              </w:rPr>
              <w:t>3.87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B9967" w14:textId="77777777" w:rsidR="004550E7" w:rsidRDefault="00000000">
            <w:pPr>
              <w:jc w:val="center"/>
            </w:pPr>
            <w:r>
              <w:rPr>
                <w:sz w:val="15"/>
              </w:rPr>
              <w:t>7.06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8F1E3" w14:textId="77777777" w:rsidR="004550E7" w:rsidRDefault="00000000">
            <w:pPr>
              <w:jc w:val="center"/>
            </w:pPr>
            <w:r>
              <w:rPr>
                <w:sz w:val="15"/>
              </w:rPr>
              <w:t>0.111</w:t>
            </w:r>
          </w:p>
        </w:tc>
      </w:tr>
      <w:tr w:rsidR="004550E7" w14:paraId="72AA6D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2307E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F3A1E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97227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1F942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944480" w14:textId="77777777" w:rsidR="004550E7" w:rsidRDefault="00000000">
            <w:pPr>
              <w:jc w:val="center"/>
            </w:pPr>
            <w:r>
              <w:rPr>
                <w:sz w:val="15"/>
              </w:rPr>
              <w:t>7.42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14AF14" w14:textId="77777777" w:rsidR="004550E7" w:rsidRDefault="00000000">
            <w:pPr>
              <w:jc w:val="center"/>
            </w:pPr>
            <w:r>
              <w:rPr>
                <w:sz w:val="15"/>
              </w:rPr>
              <w:t>3.04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8D5E2C" w14:textId="77777777" w:rsidR="004550E7" w:rsidRDefault="00000000">
            <w:pPr>
              <w:jc w:val="center"/>
            </w:pPr>
            <w:r>
              <w:rPr>
                <w:sz w:val="15"/>
              </w:rPr>
              <w:t>7.06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2718A" w14:textId="77777777" w:rsidR="004550E7" w:rsidRDefault="00000000">
            <w:pPr>
              <w:jc w:val="center"/>
            </w:pPr>
            <w:r>
              <w:rPr>
                <w:sz w:val="15"/>
              </w:rPr>
              <w:t>0.125</w:t>
            </w:r>
          </w:p>
        </w:tc>
      </w:tr>
      <w:tr w:rsidR="004550E7" w14:paraId="2DBD40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342A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4BF3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0012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F8BDF0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B5D67" w14:textId="77777777" w:rsidR="004550E7" w:rsidRDefault="00000000">
            <w:pPr>
              <w:jc w:val="center"/>
            </w:pPr>
            <w:r>
              <w:rPr>
                <w:sz w:val="15"/>
              </w:rPr>
              <w:t>7.50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5B219D" w14:textId="77777777" w:rsidR="004550E7" w:rsidRDefault="00000000">
            <w:pPr>
              <w:jc w:val="center"/>
            </w:pPr>
            <w:r>
              <w:rPr>
                <w:sz w:val="15"/>
              </w:rPr>
              <w:t>6.83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58522" w14:textId="77777777" w:rsidR="004550E7" w:rsidRDefault="00000000">
            <w:pPr>
              <w:jc w:val="center"/>
            </w:pPr>
            <w:r>
              <w:rPr>
                <w:sz w:val="15"/>
              </w:rPr>
              <w:t>7.23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1685B" w14:textId="77777777" w:rsidR="004550E7" w:rsidRDefault="00000000">
            <w:pPr>
              <w:jc w:val="center"/>
            </w:pPr>
            <w:r>
              <w:rPr>
                <w:sz w:val="15"/>
              </w:rPr>
              <w:t>0.094</w:t>
            </w:r>
          </w:p>
        </w:tc>
      </w:tr>
      <w:tr w:rsidR="004550E7" w14:paraId="439606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5C84F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66A20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277E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9F9E55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89F78B" w14:textId="77777777" w:rsidR="004550E7" w:rsidRDefault="00000000">
            <w:pPr>
              <w:jc w:val="center"/>
            </w:pPr>
            <w:r>
              <w:rPr>
                <w:sz w:val="15"/>
              </w:rPr>
              <w:t>7.37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A9971" w14:textId="77777777" w:rsidR="004550E7" w:rsidRDefault="00000000">
            <w:pPr>
              <w:jc w:val="center"/>
            </w:pPr>
            <w:r>
              <w:rPr>
                <w:sz w:val="15"/>
              </w:rPr>
              <w:t>6.64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0D46F6" w14:textId="77777777" w:rsidR="004550E7" w:rsidRDefault="00000000">
            <w:pPr>
              <w:jc w:val="center"/>
            </w:pPr>
            <w:r>
              <w:rPr>
                <w:sz w:val="15"/>
              </w:rPr>
              <w:t>7.02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682D12" w14:textId="77777777" w:rsidR="004550E7" w:rsidRDefault="00000000">
            <w:pPr>
              <w:jc w:val="center"/>
            </w:pPr>
            <w:r>
              <w:rPr>
                <w:sz w:val="15"/>
              </w:rPr>
              <w:t>0.146</w:t>
            </w:r>
          </w:p>
        </w:tc>
      </w:tr>
      <w:tr w:rsidR="004550E7" w14:paraId="6C47C34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7E531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4622C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B1C1C0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62D430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335F0" w14:textId="77777777" w:rsidR="004550E7" w:rsidRDefault="00000000">
            <w:pPr>
              <w:jc w:val="center"/>
            </w:pPr>
            <w:r>
              <w:rPr>
                <w:sz w:val="15"/>
              </w:rPr>
              <w:t>7.45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E925CE" w14:textId="77777777" w:rsidR="004550E7" w:rsidRDefault="00000000">
            <w:pPr>
              <w:jc w:val="center"/>
            </w:pPr>
            <w:r>
              <w:rPr>
                <w:sz w:val="15"/>
              </w:rPr>
              <w:t>5.93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5C4613" w14:textId="77777777" w:rsidR="004550E7" w:rsidRDefault="00000000">
            <w:pPr>
              <w:jc w:val="center"/>
            </w:pPr>
            <w:r>
              <w:rPr>
                <w:sz w:val="15"/>
              </w:rPr>
              <w:t>7.11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91282" w14:textId="77777777" w:rsidR="004550E7" w:rsidRDefault="00000000">
            <w:pPr>
              <w:jc w:val="center"/>
            </w:pPr>
            <w:r>
              <w:rPr>
                <w:sz w:val="15"/>
              </w:rPr>
              <w:t>0.162</w:t>
            </w:r>
          </w:p>
        </w:tc>
      </w:tr>
      <w:tr w:rsidR="004550E7" w14:paraId="3F4A87E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1AF0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95C8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7839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8F8E92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5D4DBB" w14:textId="77777777" w:rsidR="004550E7" w:rsidRDefault="00000000">
            <w:pPr>
              <w:jc w:val="center"/>
            </w:pPr>
            <w:r>
              <w:rPr>
                <w:sz w:val="15"/>
              </w:rPr>
              <w:t>7.50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BDED8" w14:textId="77777777" w:rsidR="004550E7" w:rsidRDefault="00000000">
            <w:pPr>
              <w:jc w:val="center"/>
            </w:pPr>
            <w:r>
              <w:rPr>
                <w:sz w:val="15"/>
              </w:rPr>
              <w:t>6.25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0CB21" w14:textId="77777777" w:rsidR="004550E7" w:rsidRDefault="00000000">
            <w:pPr>
              <w:jc w:val="center"/>
            </w:pPr>
            <w:r>
              <w:rPr>
                <w:sz w:val="15"/>
              </w:rPr>
              <w:t>7.06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1D6F7A" w14:textId="77777777" w:rsidR="004550E7" w:rsidRDefault="00000000">
            <w:pPr>
              <w:jc w:val="center"/>
            </w:pPr>
            <w:r>
              <w:rPr>
                <w:sz w:val="15"/>
              </w:rPr>
              <w:t>0.184</w:t>
            </w:r>
          </w:p>
        </w:tc>
      </w:tr>
      <w:tr w:rsidR="004550E7" w14:paraId="708F76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4C175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717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C149F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40169F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0B5F0" w14:textId="77777777" w:rsidR="004550E7" w:rsidRDefault="00000000">
            <w:pPr>
              <w:jc w:val="center"/>
            </w:pPr>
            <w:r>
              <w:rPr>
                <w:sz w:val="15"/>
              </w:rPr>
              <w:t>7.45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40B2C5" w14:textId="77777777" w:rsidR="004550E7" w:rsidRDefault="00000000">
            <w:pPr>
              <w:jc w:val="center"/>
            </w:pPr>
            <w:r>
              <w:rPr>
                <w:sz w:val="15"/>
              </w:rPr>
              <w:t>6.95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70FB2" w14:textId="77777777" w:rsidR="004550E7" w:rsidRDefault="00000000">
            <w:pPr>
              <w:jc w:val="center"/>
            </w:pPr>
            <w:r>
              <w:rPr>
                <w:sz w:val="15"/>
              </w:rPr>
              <w:t>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22197" w14:textId="77777777" w:rsidR="004550E7" w:rsidRDefault="00000000">
            <w:pPr>
              <w:jc w:val="center"/>
            </w:pPr>
            <w:r>
              <w:rPr>
                <w:sz w:val="15"/>
              </w:rPr>
              <w:t>0.106</w:t>
            </w:r>
          </w:p>
        </w:tc>
      </w:tr>
      <w:tr w:rsidR="004550E7" w14:paraId="260C72B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C1BB6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3F538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745E9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D02E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44EEB1" w14:textId="77777777" w:rsidR="004550E7" w:rsidRDefault="00000000">
            <w:pPr>
              <w:jc w:val="center"/>
            </w:pPr>
            <w:r>
              <w:rPr>
                <w:sz w:val="15"/>
              </w:rPr>
              <w:t>7.40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604E6" w14:textId="77777777" w:rsidR="004550E7" w:rsidRDefault="00000000">
            <w:pPr>
              <w:jc w:val="center"/>
            </w:pPr>
            <w:r>
              <w:rPr>
                <w:sz w:val="15"/>
              </w:rPr>
              <w:t>6.60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6A421" w14:textId="77777777" w:rsidR="004550E7" w:rsidRDefault="00000000">
            <w:pPr>
              <w:jc w:val="center"/>
            </w:pPr>
            <w:r>
              <w:rPr>
                <w:sz w:val="15"/>
              </w:rPr>
              <w:t>7.04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33EC8" w14:textId="77777777" w:rsidR="004550E7" w:rsidRDefault="00000000">
            <w:pPr>
              <w:jc w:val="center"/>
            </w:pPr>
            <w:r>
              <w:rPr>
                <w:sz w:val="15"/>
              </w:rPr>
              <w:t>0.231</w:t>
            </w:r>
          </w:p>
        </w:tc>
      </w:tr>
      <w:tr w:rsidR="004550E7" w14:paraId="10E781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99E4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1915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90D50D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4A1A8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89FD6" w14:textId="77777777" w:rsidR="004550E7" w:rsidRDefault="00000000">
            <w:pPr>
              <w:jc w:val="center"/>
            </w:pPr>
            <w:r>
              <w:rPr>
                <w:sz w:val="15"/>
              </w:rPr>
              <w:t>7.45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4892B5" w14:textId="77777777" w:rsidR="004550E7" w:rsidRDefault="00000000">
            <w:pPr>
              <w:jc w:val="center"/>
            </w:pPr>
            <w:r>
              <w:rPr>
                <w:sz w:val="15"/>
              </w:rPr>
              <w:t>6.50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310BE8" w14:textId="77777777" w:rsidR="004550E7" w:rsidRDefault="00000000">
            <w:pPr>
              <w:jc w:val="center"/>
            </w:pPr>
            <w:r>
              <w:rPr>
                <w:sz w:val="15"/>
              </w:rPr>
              <w:t>7.25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2C189" w14:textId="77777777" w:rsidR="004550E7" w:rsidRDefault="00000000">
            <w:pPr>
              <w:jc w:val="center"/>
            </w:pPr>
            <w:r>
              <w:rPr>
                <w:sz w:val="15"/>
              </w:rPr>
              <w:t>0.109</w:t>
            </w:r>
          </w:p>
        </w:tc>
      </w:tr>
      <w:tr w:rsidR="004550E7" w14:paraId="4738EF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52B3F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CE31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33B8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200A9B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439E3F" w14:textId="77777777" w:rsidR="004550E7" w:rsidRDefault="00000000">
            <w:pPr>
              <w:jc w:val="center"/>
            </w:pPr>
            <w:r>
              <w:rPr>
                <w:sz w:val="15"/>
              </w:rPr>
              <w:t>7.84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1AAABB" w14:textId="77777777" w:rsidR="004550E7" w:rsidRDefault="00000000">
            <w:pPr>
              <w:jc w:val="center"/>
            </w:pPr>
            <w:r>
              <w:rPr>
                <w:sz w:val="15"/>
              </w:rPr>
              <w:t>6.47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14AB96" w14:textId="77777777" w:rsidR="004550E7" w:rsidRDefault="00000000">
            <w:pPr>
              <w:jc w:val="center"/>
            </w:pPr>
            <w:r>
              <w:rPr>
                <w:sz w:val="15"/>
              </w:rPr>
              <w:t>7.08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0789AA" w14:textId="77777777" w:rsidR="004550E7" w:rsidRDefault="00000000">
            <w:pPr>
              <w:jc w:val="center"/>
            </w:pPr>
            <w:r>
              <w:rPr>
                <w:sz w:val="15"/>
              </w:rPr>
              <w:t>0.118</w:t>
            </w:r>
          </w:p>
        </w:tc>
      </w:tr>
      <w:tr w:rsidR="004550E7" w14:paraId="4F5970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38FEE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97AA9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7AE5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67C00F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3FB660" w14:textId="77777777" w:rsidR="004550E7" w:rsidRDefault="00000000">
            <w:pPr>
              <w:jc w:val="center"/>
            </w:pPr>
            <w:r>
              <w:rPr>
                <w:sz w:val="15"/>
              </w:rPr>
              <w:t>7.47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439D2" w14:textId="77777777" w:rsidR="004550E7" w:rsidRDefault="00000000">
            <w:pPr>
              <w:jc w:val="center"/>
            </w:pPr>
            <w:r>
              <w:rPr>
                <w:sz w:val="15"/>
              </w:rPr>
              <w:t>4.08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6B08ED" w14:textId="77777777" w:rsidR="004550E7" w:rsidRDefault="00000000">
            <w:pPr>
              <w:jc w:val="center"/>
            </w:pPr>
            <w:r>
              <w:rPr>
                <w:sz w:val="15"/>
              </w:rPr>
              <w:t>7.08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424B8F" w14:textId="77777777" w:rsidR="004550E7" w:rsidRDefault="00000000">
            <w:pPr>
              <w:jc w:val="center"/>
            </w:pPr>
            <w:r>
              <w:rPr>
                <w:sz w:val="15"/>
              </w:rPr>
              <w:t>0.166</w:t>
            </w:r>
          </w:p>
        </w:tc>
      </w:tr>
      <w:tr w:rsidR="004550E7" w14:paraId="1C5EACA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30AC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47987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B2105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288E2D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32846" w14:textId="77777777" w:rsidR="004550E7" w:rsidRDefault="00000000">
            <w:pPr>
              <w:jc w:val="center"/>
            </w:pPr>
            <w:r>
              <w:rPr>
                <w:sz w:val="15"/>
              </w:rPr>
              <w:t>7.43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CAECA" w14:textId="77777777" w:rsidR="004550E7" w:rsidRDefault="00000000">
            <w:pPr>
              <w:jc w:val="center"/>
            </w:pPr>
            <w:r>
              <w:rPr>
                <w:sz w:val="15"/>
              </w:rPr>
              <w:t>6.69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1A5F6A" w14:textId="77777777" w:rsidR="004550E7" w:rsidRDefault="00000000">
            <w:pPr>
              <w:jc w:val="center"/>
            </w:pPr>
            <w:r>
              <w:rPr>
                <w:sz w:val="15"/>
              </w:rPr>
              <w:t>7.09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B2BDD" w14:textId="77777777" w:rsidR="004550E7" w:rsidRDefault="00000000">
            <w:pPr>
              <w:jc w:val="center"/>
            </w:pPr>
            <w:r>
              <w:rPr>
                <w:sz w:val="15"/>
              </w:rPr>
              <w:t>0.101</w:t>
            </w:r>
          </w:p>
        </w:tc>
      </w:tr>
      <w:tr w:rsidR="004550E7" w14:paraId="24399EA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11732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7C8B9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0519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D02CD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13FA7" w14:textId="77777777" w:rsidR="004550E7" w:rsidRDefault="00000000">
            <w:pPr>
              <w:jc w:val="center"/>
            </w:pPr>
            <w:r>
              <w:rPr>
                <w:sz w:val="15"/>
              </w:rPr>
              <w:t>7.54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03A097" w14:textId="77777777" w:rsidR="004550E7" w:rsidRDefault="00000000">
            <w:pPr>
              <w:jc w:val="center"/>
            </w:pPr>
            <w:r>
              <w:rPr>
                <w:sz w:val="15"/>
              </w:rPr>
              <w:t>7.25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34A02A" w14:textId="77777777" w:rsidR="004550E7" w:rsidRDefault="00000000">
            <w:pPr>
              <w:jc w:val="center"/>
            </w:pPr>
            <w:r>
              <w:rPr>
                <w:sz w:val="15"/>
              </w:rPr>
              <w:t>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146E5" w14:textId="77777777" w:rsidR="004550E7" w:rsidRDefault="00000000">
            <w:pPr>
              <w:jc w:val="center"/>
            </w:pPr>
            <w:r>
              <w:rPr>
                <w:sz w:val="15"/>
              </w:rPr>
              <w:t>0.091</w:t>
            </w:r>
          </w:p>
        </w:tc>
      </w:tr>
      <w:tr w:rsidR="004550E7" w14:paraId="6A84620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882FE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1A1F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EF7F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B8EFB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78FB43" w14:textId="77777777" w:rsidR="004550E7" w:rsidRDefault="00000000">
            <w:pPr>
              <w:jc w:val="center"/>
            </w:pPr>
            <w:r>
              <w:rPr>
                <w:sz w:val="15"/>
              </w:rPr>
              <w:t>7.94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C2F80" w14:textId="77777777" w:rsidR="004550E7" w:rsidRDefault="00000000">
            <w:pPr>
              <w:jc w:val="center"/>
            </w:pPr>
            <w:r>
              <w:rPr>
                <w:sz w:val="15"/>
              </w:rPr>
              <w:t>6.84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C72C92" w14:textId="77777777" w:rsidR="004550E7" w:rsidRDefault="00000000">
            <w:pPr>
              <w:jc w:val="center"/>
            </w:pPr>
            <w:r>
              <w:rPr>
                <w:sz w:val="15"/>
              </w:rPr>
              <w:t>7.11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05CC89" w14:textId="77777777" w:rsidR="004550E7" w:rsidRDefault="00000000">
            <w:pPr>
              <w:jc w:val="center"/>
            </w:pPr>
            <w:r>
              <w:rPr>
                <w:sz w:val="15"/>
              </w:rPr>
              <w:t>0.098</w:t>
            </w:r>
          </w:p>
        </w:tc>
      </w:tr>
      <w:tr w:rsidR="004550E7" w14:paraId="24836B4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1CAE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C3209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C6451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55E722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10AC0" w14:textId="77777777" w:rsidR="004550E7" w:rsidRDefault="00000000">
            <w:pPr>
              <w:jc w:val="center"/>
            </w:pPr>
            <w:r>
              <w:rPr>
                <w:sz w:val="15"/>
              </w:rPr>
              <w:t>7.08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5623EA" w14:textId="77777777" w:rsidR="004550E7" w:rsidRDefault="00000000">
            <w:pPr>
              <w:jc w:val="center"/>
            </w:pPr>
            <w:r>
              <w:rPr>
                <w:sz w:val="15"/>
              </w:rPr>
              <w:t>6.54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ACC2BD" w14:textId="77777777" w:rsidR="004550E7" w:rsidRDefault="00000000">
            <w:pPr>
              <w:jc w:val="center"/>
            </w:pPr>
            <w:r>
              <w:rPr>
                <w:sz w:val="15"/>
              </w:rPr>
              <w:t>6.85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B7BABA" w14:textId="77777777" w:rsidR="004550E7" w:rsidRDefault="00000000">
            <w:pPr>
              <w:jc w:val="center"/>
            </w:pPr>
            <w:r>
              <w:rPr>
                <w:sz w:val="15"/>
              </w:rPr>
              <w:t>0.226</w:t>
            </w:r>
          </w:p>
        </w:tc>
      </w:tr>
      <w:tr w:rsidR="004550E7" w14:paraId="2C29F4F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B675D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D412D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E3E2D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1AA3E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6CF473" w14:textId="77777777" w:rsidR="004550E7" w:rsidRDefault="00000000">
            <w:pPr>
              <w:jc w:val="center"/>
            </w:pPr>
            <w:r>
              <w:rPr>
                <w:sz w:val="15"/>
              </w:rPr>
              <w:t>7.57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AB725" w14:textId="77777777" w:rsidR="004550E7" w:rsidRDefault="00000000">
            <w:pPr>
              <w:jc w:val="center"/>
            </w:pPr>
            <w:r>
              <w:rPr>
                <w:sz w:val="15"/>
              </w:rPr>
              <w:t>6.81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80D856" w14:textId="77777777" w:rsidR="004550E7" w:rsidRDefault="00000000">
            <w:pPr>
              <w:jc w:val="center"/>
            </w:pPr>
            <w:r>
              <w:rPr>
                <w:sz w:val="15"/>
              </w:rPr>
              <w:t>7.08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8498A" w14:textId="77777777" w:rsidR="004550E7" w:rsidRDefault="00000000">
            <w:pPr>
              <w:jc w:val="center"/>
            </w:pPr>
            <w:r>
              <w:rPr>
                <w:sz w:val="15"/>
              </w:rPr>
              <w:t>0.182</w:t>
            </w:r>
          </w:p>
        </w:tc>
      </w:tr>
      <w:tr w:rsidR="004550E7" w14:paraId="1E0DEA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A8A78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2F345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8C394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73DEE8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3B3177" w14:textId="77777777" w:rsidR="004550E7" w:rsidRDefault="00000000">
            <w:pPr>
              <w:jc w:val="center"/>
            </w:pPr>
            <w:r>
              <w:rPr>
                <w:sz w:val="15"/>
              </w:rPr>
              <w:t>8.30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56B22" w14:textId="77777777" w:rsidR="004550E7" w:rsidRDefault="00000000">
            <w:pPr>
              <w:jc w:val="center"/>
            </w:pPr>
            <w:r>
              <w:rPr>
                <w:sz w:val="15"/>
              </w:rPr>
              <w:t>6.63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BED6F" w14:textId="77777777" w:rsidR="004550E7" w:rsidRDefault="00000000">
            <w:pPr>
              <w:jc w:val="center"/>
            </w:pPr>
            <w:r>
              <w:rPr>
                <w:sz w:val="15"/>
              </w:rPr>
              <w:t>7.01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E0C5B7" w14:textId="77777777" w:rsidR="004550E7" w:rsidRDefault="00000000">
            <w:pPr>
              <w:jc w:val="center"/>
            </w:pPr>
            <w:r>
              <w:rPr>
                <w:sz w:val="15"/>
              </w:rPr>
              <w:t>0.068</w:t>
            </w:r>
          </w:p>
        </w:tc>
      </w:tr>
      <w:tr w:rsidR="004550E7" w14:paraId="5F1C6F8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DE95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2862B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5F734C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D717A2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26057" w14:textId="77777777" w:rsidR="004550E7" w:rsidRDefault="00000000">
            <w:pPr>
              <w:jc w:val="center"/>
            </w:pPr>
            <w:r>
              <w:rPr>
                <w:sz w:val="15"/>
              </w:rPr>
              <w:t>7.53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6D62D" w14:textId="77777777" w:rsidR="004550E7" w:rsidRDefault="00000000">
            <w:pPr>
              <w:jc w:val="center"/>
            </w:pPr>
            <w:r>
              <w:rPr>
                <w:sz w:val="15"/>
              </w:rPr>
              <w:t>7.00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F35DC1" w14:textId="77777777" w:rsidR="004550E7" w:rsidRDefault="00000000">
            <w:pPr>
              <w:jc w:val="center"/>
            </w:pPr>
            <w:r>
              <w:rPr>
                <w:sz w:val="15"/>
              </w:rPr>
              <w:t>7.27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0940C" w14:textId="77777777" w:rsidR="004550E7" w:rsidRDefault="00000000">
            <w:pPr>
              <w:jc w:val="center"/>
            </w:pPr>
            <w:r>
              <w:rPr>
                <w:sz w:val="15"/>
              </w:rPr>
              <w:t>0.065</w:t>
            </w:r>
          </w:p>
        </w:tc>
      </w:tr>
      <w:tr w:rsidR="004550E7" w14:paraId="01760D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F0F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FF4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664FE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BD4289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AE4893" w14:textId="77777777" w:rsidR="004550E7" w:rsidRDefault="00000000">
            <w:pPr>
              <w:jc w:val="center"/>
            </w:pPr>
            <w:r>
              <w:rPr>
                <w:sz w:val="15"/>
              </w:rPr>
              <w:t>7.41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232230" w14:textId="77777777" w:rsidR="004550E7" w:rsidRDefault="00000000">
            <w:pPr>
              <w:jc w:val="center"/>
            </w:pPr>
            <w:r>
              <w:rPr>
                <w:sz w:val="15"/>
              </w:rPr>
              <w:t>6.95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E39622" w14:textId="77777777" w:rsidR="004550E7" w:rsidRDefault="00000000">
            <w:pPr>
              <w:jc w:val="center"/>
            </w:pPr>
            <w:r>
              <w:rPr>
                <w:sz w:val="15"/>
              </w:rPr>
              <w:t>7.19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35239" w14:textId="77777777" w:rsidR="004550E7" w:rsidRDefault="00000000">
            <w:pPr>
              <w:jc w:val="center"/>
            </w:pPr>
            <w:r>
              <w:rPr>
                <w:sz w:val="15"/>
              </w:rPr>
              <w:t>0.083</w:t>
            </w:r>
          </w:p>
        </w:tc>
      </w:tr>
      <w:tr w:rsidR="004550E7" w14:paraId="0BE3C01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E5731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7CDB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07220A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1AE31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7453BE" w14:textId="77777777" w:rsidR="004550E7" w:rsidRDefault="00000000">
            <w:pPr>
              <w:jc w:val="center"/>
            </w:pPr>
            <w:r>
              <w:rPr>
                <w:sz w:val="15"/>
              </w:rPr>
              <w:t>7.58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DA296" w14:textId="77777777" w:rsidR="004550E7" w:rsidRDefault="00000000">
            <w:pPr>
              <w:jc w:val="center"/>
            </w:pPr>
            <w:r>
              <w:rPr>
                <w:sz w:val="15"/>
              </w:rPr>
              <w:t>7.00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132EB5" w14:textId="77777777" w:rsidR="004550E7" w:rsidRDefault="00000000">
            <w:pPr>
              <w:jc w:val="center"/>
            </w:pPr>
            <w:r>
              <w:rPr>
                <w:sz w:val="15"/>
              </w:rPr>
              <w:t>7.21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F3A3E7" w14:textId="77777777" w:rsidR="004550E7" w:rsidRDefault="00000000">
            <w:pPr>
              <w:jc w:val="center"/>
            </w:pPr>
            <w:r>
              <w:rPr>
                <w:sz w:val="15"/>
              </w:rPr>
              <w:t>0.086</w:t>
            </w:r>
          </w:p>
        </w:tc>
      </w:tr>
      <w:tr w:rsidR="004550E7" w14:paraId="03E6080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4C1C4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E589E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E9943B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E85F65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A075DD" w14:textId="77777777" w:rsidR="004550E7" w:rsidRDefault="00000000">
            <w:pPr>
              <w:jc w:val="center"/>
            </w:pPr>
            <w:r>
              <w:rPr>
                <w:sz w:val="15"/>
              </w:rPr>
              <w:t>7.30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686C3" w14:textId="77777777" w:rsidR="004550E7" w:rsidRDefault="00000000">
            <w:pPr>
              <w:jc w:val="center"/>
            </w:pPr>
            <w:r>
              <w:rPr>
                <w:sz w:val="15"/>
              </w:rPr>
              <w:t>5.93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FCBAD6" w14:textId="77777777" w:rsidR="004550E7" w:rsidRDefault="00000000">
            <w:pPr>
              <w:jc w:val="center"/>
            </w:pPr>
            <w:r>
              <w:rPr>
                <w:sz w:val="15"/>
              </w:rPr>
              <w:t>6.94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86EF8" w14:textId="77777777" w:rsidR="004550E7" w:rsidRDefault="00000000">
            <w:pPr>
              <w:jc w:val="center"/>
            </w:pPr>
            <w:r>
              <w:rPr>
                <w:sz w:val="15"/>
              </w:rPr>
              <w:t>0.175</w:t>
            </w:r>
          </w:p>
        </w:tc>
      </w:tr>
      <w:tr w:rsidR="004550E7" w14:paraId="5EBE6F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CE7F2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F1FF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5BB6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2AD30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AFDAE" w14:textId="77777777" w:rsidR="004550E7" w:rsidRDefault="00000000">
            <w:pPr>
              <w:jc w:val="center"/>
            </w:pPr>
            <w:r>
              <w:rPr>
                <w:sz w:val="15"/>
              </w:rPr>
              <w:t>7.10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2BDA0" w14:textId="77777777" w:rsidR="004550E7" w:rsidRDefault="00000000">
            <w:pPr>
              <w:jc w:val="center"/>
            </w:pPr>
            <w:r>
              <w:rPr>
                <w:sz w:val="15"/>
              </w:rPr>
              <w:t>6.25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F16C8F" w14:textId="77777777" w:rsidR="004550E7" w:rsidRDefault="00000000">
            <w:pPr>
              <w:jc w:val="center"/>
            </w:pPr>
            <w:r>
              <w:rPr>
                <w:sz w:val="15"/>
              </w:rPr>
              <w:t>6.52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DE5DBA" w14:textId="77777777" w:rsidR="004550E7" w:rsidRDefault="00000000">
            <w:pPr>
              <w:jc w:val="center"/>
            </w:pPr>
            <w:r>
              <w:rPr>
                <w:sz w:val="15"/>
              </w:rPr>
              <w:t>0.114</w:t>
            </w:r>
          </w:p>
        </w:tc>
      </w:tr>
      <w:tr w:rsidR="004550E7" w14:paraId="4A2CB8F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D21F0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FCEF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89C99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07B8F0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4EBE9B" w14:textId="77777777" w:rsidR="004550E7" w:rsidRDefault="00000000">
            <w:pPr>
              <w:jc w:val="center"/>
            </w:pPr>
            <w:r>
              <w:rPr>
                <w:sz w:val="15"/>
              </w:rPr>
              <w:t>7.36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F31E0C" w14:textId="77777777" w:rsidR="004550E7" w:rsidRDefault="00000000">
            <w:pPr>
              <w:jc w:val="center"/>
            </w:pPr>
            <w:r>
              <w:rPr>
                <w:sz w:val="15"/>
              </w:rPr>
              <w:t>6.44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46EC0" w14:textId="77777777" w:rsidR="004550E7" w:rsidRDefault="00000000">
            <w:pPr>
              <w:jc w:val="center"/>
            </w:pPr>
            <w:r>
              <w:rPr>
                <w:sz w:val="15"/>
              </w:rPr>
              <w:t>7.12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9A507" w14:textId="77777777" w:rsidR="004550E7" w:rsidRDefault="00000000">
            <w:pPr>
              <w:jc w:val="center"/>
            </w:pPr>
            <w:r>
              <w:rPr>
                <w:sz w:val="15"/>
              </w:rPr>
              <w:t>0.203</w:t>
            </w:r>
          </w:p>
        </w:tc>
      </w:tr>
      <w:tr w:rsidR="004550E7" w14:paraId="324BD0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090C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7F13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10CE3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303E6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7936B7" w14:textId="77777777" w:rsidR="004550E7" w:rsidRDefault="00000000">
            <w:pPr>
              <w:jc w:val="center"/>
            </w:pPr>
            <w:r>
              <w:rPr>
                <w:sz w:val="15"/>
              </w:rPr>
              <w:t>7.55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4F21C" w14:textId="77777777" w:rsidR="004550E7" w:rsidRDefault="00000000">
            <w:pPr>
              <w:jc w:val="center"/>
            </w:pPr>
            <w:r>
              <w:rPr>
                <w:sz w:val="15"/>
              </w:rPr>
              <w:t>7.11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38D7BE" w14:textId="77777777" w:rsidR="004550E7" w:rsidRDefault="00000000">
            <w:pPr>
              <w:jc w:val="center"/>
            </w:pPr>
            <w:r>
              <w:rPr>
                <w:sz w:val="15"/>
              </w:rPr>
              <w:t>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B95703" w14:textId="77777777" w:rsidR="004550E7" w:rsidRDefault="00000000">
            <w:pPr>
              <w:jc w:val="center"/>
            </w:pPr>
            <w:r>
              <w:rPr>
                <w:sz w:val="15"/>
              </w:rPr>
              <w:t>0.08</w:t>
            </w:r>
          </w:p>
        </w:tc>
      </w:tr>
      <w:tr w:rsidR="004550E7" w14:paraId="294E605F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86CFB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RBC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C7B1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A5394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54023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4A63B7" w14:textId="77777777" w:rsidR="004550E7" w:rsidRDefault="00000000">
            <w:pPr>
              <w:jc w:val="center"/>
            </w:pPr>
            <w:r>
              <w:rPr>
                <w:sz w:val="15"/>
              </w:rPr>
              <w:t>7.31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E05DFC" w14:textId="77777777" w:rsidR="004550E7" w:rsidRDefault="00000000">
            <w:pPr>
              <w:jc w:val="center"/>
            </w:pPr>
            <w:r>
              <w:rPr>
                <w:sz w:val="15"/>
              </w:rPr>
              <w:t>1.54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828C26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77488" w14:textId="77777777" w:rsidR="004550E7" w:rsidRDefault="00000000">
            <w:pPr>
              <w:jc w:val="center"/>
            </w:pPr>
            <w:r>
              <w:rPr>
                <w:sz w:val="15"/>
              </w:rPr>
              <w:t>0.061</w:t>
            </w:r>
          </w:p>
        </w:tc>
      </w:tr>
      <w:tr w:rsidR="004550E7" w14:paraId="09C6399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D3E3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00CB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8402E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6F08AB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C51ED" w14:textId="77777777" w:rsidR="004550E7" w:rsidRDefault="00000000">
            <w:pPr>
              <w:jc w:val="center"/>
            </w:pPr>
            <w:r>
              <w:rPr>
                <w:sz w:val="15"/>
              </w:rPr>
              <w:t>2.89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FC7B7" w14:textId="77777777" w:rsidR="004550E7" w:rsidRDefault="00000000">
            <w:pPr>
              <w:jc w:val="center"/>
            </w:pPr>
            <w:r>
              <w:rPr>
                <w:sz w:val="15"/>
              </w:rPr>
              <w:t>1.54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2D906D" w14:textId="77777777" w:rsidR="004550E7" w:rsidRDefault="00000000">
            <w:pPr>
              <w:jc w:val="center"/>
            </w:pPr>
            <w:r>
              <w:rPr>
                <w:sz w:val="15"/>
              </w:rPr>
              <w:t>2.74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0A4A04" w14:textId="77777777" w:rsidR="004550E7" w:rsidRDefault="00000000">
            <w:pPr>
              <w:jc w:val="center"/>
            </w:pPr>
            <w:r>
              <w:rPr>
                <w:sz w:val="15"/>
              </w:rPr>
              <w:t>0.046</w:t>
            </w:r>
          </w:p>
        </w:tc>
      </w:tr>
      <w:tr w:rsidR="004550E7" w14:paraId="26AF44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9B5FC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B5D83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34930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9D767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94C0D" w14:textId="77777777" w:rsidR="004550E7" w:rsidRDefault="00000000">
            <w:pPr>
              <w:jc w:val="center"/>
            </w:pPr>
            <w:r>
              <w:rPr>
                <w:sz w:val="15"/>
              </w:rPr>
              <w:t>6.53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7936B" w14:textId="77777777" w:rsidR="004550E7" w:rsidRDefault="00000000">
            <w:pPr>
              <w:jc w:val="center"/>
            </w:pPr>
            <w:r>
              <w:rPr>
                <w:sz w:val="15"/>
              </w:rPr>
              <w:t>2.04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5F6417" w14:textId="77777777" w:rsidR="004550E7" w:rsidRDefault="00000000">
            <w:pPr>
              <w:jc w:val="center"/>
            </w:pPr>
            <w:r>
              <w:rPr>
                <w:sz w:val="15"/>
              </w:rPr>
              <w:t>2.74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F6F57" w14:textId="77777777" w:rsidR="004550E7" w:rsidRDefault="00000000">
            <w:pPr>
              <w:jc w:val="center"/>
            </w:pPr>
            <w:r>
              <w:rPr>
                <w:sz w:val="15"/>
              </w:rPr>
              <w:t>0.047</w:t>
            </w:r>
          </w:p>
        </w:tc>
      </w:tr>
      <w:tr w:rsidR="004550E7" w14:paraId="7B4170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D68D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1E8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3284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1A34B4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64972A" w14:textId="77777777" w:rsidR="004550E7" w:rsidRDefault="00000000">
            <w:pPr>
              <w:jc w:val="center"/>
            </w:pPr>
            <w:r>
              <w:rPr>
                <w:sz w:val="15"/>
              </w:rPr>
              <w:t>2.88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7DB74" w14:textId="77777777" w:rsidR="004550E7" w:rsidRDefault="00000000">
            <w:pPr>
              <w:jc w:val="center"/>
            </w:pPr>
            <w:r>
              <w:rPr>
                <w:sz w:val="15"/>
              </w:rPr>
              <w:t>2.68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AEFFF" w14:textId="77777777" w:rsidR="004550E7" w:rsidRDefault="00000000">
            <w:pPr>
              <w:jc w:val="center"/>
            </w:pPr>
            <w:r>
              <w:rPr>
                <w:sz w:val="15"/>
              </w:rPr>
              <w:t>2.79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5D10B" w14:textId="77777777" w:rsidR="004550E7" w:rsidRDefault="00000000">
            <w:pPr>
              <w:jc w:val="center"/>
            </w:pPr>
            <w:r>
              <w:rPr>
                <w:sz w:val="15"/>
              </w:rPr>
              <w:t>0.047</w:t>
            </w:r>
          </w:p>
        </w:tc>
      </w:tr>
      <w:tr w:rsidR="004550E7" w14:paraId="60F84B0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9178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AEB2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AD066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B43DA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C7095D" w14:textId="77777777" w:rsidR="004550E7" w:rsidRDefault="00000000">
            <w:pPr>
              <w:jc w:val="center"/>
            </w:pPr>
            <w:r>
              <w:rPr>
                <w:sz w:val="15"/>
              </w:rPr>
              <w:t>2.82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F28B2" w14:textId="77777777" w:rsidR="004550E7" w:rsidRDefault="00000000">
            <w:pPr>
              <w:jc w:val="center"/>
            </w:pPr>
            <w:r>
              <w:rPr>
                <w:sz w:val="15"/>
              </w:rPr>
              <w:t>2.55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934CB" w14:textId="77777777" w:rsidR="004550E7" w:rsidRDefault="00000000">
            <w:pPr>
              <w:jc w:val="center"/>
            </w:pPr>
            <w:r>
              <w:rPr>
                <w:sz w:val="15"/>
              </w:rPr>
              <w:t>2.72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BB1A99" w14:textId="77777777" w:rsidR="004550E7" w:rsidRDefault="00000000">
            <w:pPr>
              <w:jc w:val="center"/>
            </w:pPr>
            <w:r>
              <w:rPr>
                <w:sz w:val="15"/>
              </w:rPr>
              <w:t>0.061</w:t>
            </w:r>
          </w:p>
        </w:tc>
      </w:tr>
      <w:tr w:rsidR="004550E7" w14:paraId="198CFDB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337A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5B52B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812E23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D3F7FD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D87BD" w14:textId="77777777" w:rsidR="004550E7" w:rsidRDefault="00000000">
            <w:pPr>
              <w:jc w:val="center"/>
            </w:pPr>
            <w:r>
              <w:rPr>
                <w:sz w:val="15"/>
              </w:rPr>
              <w:t>7.31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AD4DE7" w14:textId="77777777" w:rsidR="004550E7" w:rsidRDefault="00000000">
            <w:pPr>
              <w:jc w:val="center"/>
            </w:pPr>
            <w:r>
              <w:rPr>
                <w:sz w:val="15"/>
              </w:rPr>
              <w:t>2.31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927481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8C4DAE" w14:textId="77777777" w:rsidR="004550E7" w:rsidRDefault="00000000">
            <w:pPr>
              <w:jc w:val="center"/>
            </w:pPr>
            <w:r>
              <w:rPr>
                <w:sz w:val="15"/>
              </w:rPr>
              <w:t>0.074</w:t>
            </w:r>
          </w:p>
        </w:tc>
      </w:tr>
      <w:tr w:rsidR="004550E7" w14:paraId="6521C7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EEA98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A7B8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1E1E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9532EA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CF117B" w14:textId="77777777" w:rsidR="004550E7" w:rsidRDefault="00000000">
            <w:pPr>
              <w:jc w:val="center"/>
            </w:pPr>
            <w:r>
              <w:rPr>
                <w:sz w:val="15"/>
              </w:rPr>
              <w:t>2.94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DE4052" w14:textId="77777777" w:rsidR="004550E7" w:rsidRDefault="00000000">
            <w:pPr>
              <w:jc w:val="center"/>
            </w:pPr>
            <w:r>
              <w:rPr>
                <w:sz w:val="15"/>
              </w:rPr>
              <w:t>2.53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6832D" w14:textId="77777777" w:rsidR="004550E7" w:rsidRDefault="00000000">
            <w:pPr>
              <w:jc w:val="center"/>
            </w:pPr>
            <w:r>
              <w:rPr>
                <w:sz w:val="15"/>
              </w:rPr>
              <w:t>2.74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F312B8" w14:textId="77777777" w:rsidR="004550E7" w:rsidRDefault="00000000">
            <w:pPr>
              <w:jc w:val="center"/>
            </w:pPr>
            <w:r>
              <w:rPr>
                <w:sz w:val="15"/>
              </w:rPr>
              <w:t>0.063</w:t>
            </w:r>
          </w:p>
        </w:tc>
      </w:tr>
      <w:tr w:rsidR="004550E7" w14:paraId="1586E07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5DB1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13B17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8CECF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6B906E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0977C" w14:textId="77777777" w:rsidR="004550E7" w:rsidRDefault="00000000">
            <w:pPr>
              <w:jc w:val="center"/>
            </w:pPr>
            <w:r>
              <w:rPr>
                <w:sz w:val="15"/>
              </w:rPr>
              <w:t>2.86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073D8" w14:textId="77777777" w:rsidR="004550E7" w:rsidRDefault="00000000">
            <w:pPr>
              <w:jc w:val="center"/>
            </w:pPr>
            <w:r>
              <w:rPr>
                <w:sz w:val="15"/>
              </w:rPr>
              <w:t>2.68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3912CA" w14:textId="77777777" w:rsidR="004550E7" w:rsidRDefault="00000000">
            <w:pPr>
              <w:jc w:val="center"/>
            </w:pPr>
            <w:r>
              <w:rPr>
                <w:sz w:val="15"/>
              </w:rPr>
              <w:t>2.77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92A9C0" w14:textId="77777777" w:rsidR="004550E7" w:rsidRDefault="00000000">
            <w:pPr>
              <w:jc w:val="center"/>
            </w:pPr>
            <w:r>
              <w:rPr>
                <w:sz w:val="15"/>
              </w:rPr>
              <w:t>0.047</w:t>
            </w:r>
          </w:p>
        </w:tc>
      </w:tr>
      <w:tr w:rsidR="004550E7" w14:paraId="15308D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5E64D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504E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E5851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2F1D2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7DD5DA" w14:textId="77777777" w:rsidR="004550E7" w:rsidRDefault="00000000">
            <w:pPr>
              <w:jc w:val="center"/>
            </w:pPr>
            <w:r>
              <w:rPr>
                <w:sz w:val="15"/>
              </w:rPr>
              <w:t>2.90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81FBFD" w14:textId="77777777" w:rsidR="004550E7" w:rsidRDefault="00000000">
            <w:pPr>
              <w:jc w:val="center"/>
            </w:pPr>
            <w:r>
              <w:rPr>
                <w:sz w:val="15"/>
              </w:rPr>
              <w:t>2.60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ACF30C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F500E8" w14:textId="77777777" w:rsidR="004550E7" w:rsidRDefault="00000000">
            <w:pPr>
              <w:jc w:val="center"/>
            </w:pPr>
            <w:r>
              <w:rPr>
                <w:sz w:val="15"/>
              </w:rPr>
              <w:t>0.089</w:t>
            </w:r>
          </w:p>
        </w:tc>
      </w:tr>
      <w:tr w:rsidR="004550E7" w14:paraId="58EAAAA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A53A2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B51AE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6BC6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05D49D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BA8326" w14:textId="77777777" w:rsidR="004550E7" w:rsidRDefault="00000000">
            <w:pPr>
              <w:jc w:val="center"/>
            </w:pPr>
            <w:r>
              <w:rPr>
                <w:sz w:val="15"/>
              </w:rPr>
              <w:t>2.89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4602CD" w14:textId="77777777" w:rsidR="004550E7" w:rsidRDefault="00000000">
            <w:pPr>
              <w:jc w:val="center"/>
            </w:pPr>
            <w:r>
              <w:rPr>
                <w:sz w:val="15"/>
              </w:rPr>
              <w:t>2.60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E63C93" w14:textId="77777777" w:rsidR="004550E7" w:rsidRDefault="00000000">
            <w:pPr>
              <w:jc w:val="center"/>
            </w:pPr>
            <w:r>
              <w:rPr>
                <w:sz w:val="15"/>
              </w:rPr>
              <w:t>2.73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AEC5E4" w14:textId="77777777" w:rsidR="004550E7" w:rsidRDefault="00000000">
            <w:pPr>
              <w:jc w:val="center"/>
            </w:pPr>
            <w:r>
              <w:rPr>
                <w:sz w:val="15"/>
              </w:rPr>
              <w:t>0.056</w:t>
            </w:r>
          </w:p>
        </w:tc>
      </w:tr>
      <w:tr w:rsidR="004550E7" w14:paraId="3C4ABE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16EA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F006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5EE29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82BE6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28FD5B" w14:textId="77777777" w:rsidR="004550E7" w:rsidRDefault="00000000">
            <w:pPr>
              <w:jc w:val="center"/>
            </w:pPr>
            <w:r>
              <w:rPr>
                <w:sz w:val="15"/>
              </w:rPr>
              <w:t>2.98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8C6DFD" w14:textId="77777777" w:rsidR="004550E7" w:rsidRDefault="00000000">
            <w:pPr>
              <w:jc w:val="center"/>
            </w:pPr>
            <w:r>
              <w:rPr>
                <w:sz w:val="15"/>
              </w:rPr>
              <w:t>2.07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46C42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A08A6" w14:textId="77777777" w:rsidR="004550E7" w:rsidRDefault="00000000">
            <w:pPr>
              <w:jc w:val="center"/>
            </w:pPr>
            <w:r>
              <w:rPr>
                <w:sz w:val="15"/>
              </w:rPr>
              <w:t>0.049</w:t>
            </w:r>
          </w:p>
        </w:tc>
      </w:tr>
      <w:tr w:rsidR="004550E7" w14:paraId="0947CF8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8DE55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A36C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92EC6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8376F8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7DC3C" w14:textId="77777777" w:rsidR="004550E7" w:rsidRDefault="00000000">
            <w:pPr>
              <w:jc w:val="center"/>
            </w:pPr>
            <w:r>
              <w:rPr>
                <w:sz w:val="15"/>
              </w:rPr>
              <w:t>6.50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48E954" w14:textId="77777777" w:rsidR="004550E7" w:rsidRDefault="00000000">
            <w:pPr>
              <w:jc w:val="center"/>
            </w:pPr>
            <w:r>
              <w:rPr>
                <w:sz w:val="15"/>
              </w:rPr>
              <w:t>2.58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BF4FD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24D99" w14:textId="77777777" w:rsidR="004550E7" w:rsidRDefault="00000000">
            <w:pPr>
              <w:jc w:val="center"/>
            </w:pPr>
            <w:r>
              <w:rPr>
                <w:sz w:val="15"/>
              </w:rPr>
              <w:t>0.069</w:t>
            </w:r>
          </w:p>
        </w:tc>
      </w:tr>
      <w:tr w:rsidR="004550E7" w14:paraId="2BC12B7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266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5DEB9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23A6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BDCB68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313416" w14:textId="77777777" w:rsidR="004550E7" w:rsidRDefault="00000000">
            <w:pPr>
              <w:jc w:val="center"/>
            </w:pPr>
            <w:r>
              <w:rPr>
                <w:sz w:val="15"/>
              </w:rPr>
              <w:t>3.25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831FF" w14:textId="77777777" w:rsidR="004550E7" w:rsidRDefault="00000000">
            <w:pPr>
              <w:jc w:val="center"/>
            </w:pPr>
            <w:r>
              <w:rPr>
                <w:sz w:val="15"/>
              </w:rPr>
              <w:t>2.57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2BCCE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621B62" w14:textId="77777777" w:rsidR="004550E7" w:rsidRDefault="00000000">
            <w:pPr>
              <w:jc w:val="center"/>
            </w:pPr>
            <w:r>
              <w:rPr>
                <w:sz w:val="15"/>
              </w:rPr>
              <w:t>0.056</w:t>
            </w:r>
          </w:p>
        </w:tc>
      </w:tr>
      <w:tr w:rsidR="004550E7" w14:paraId="5CB3F9F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AE065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3547B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C804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2B2C6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B118EB" w14:textId="77777777" w:rsidR="004550E7" w:rsidRDefault="00000000">
            <w:pPr>
              <w:jc w:val="center"/>
            </w:pPr>
            <w:r>
              <w:rPr>
                <w:sz w:val="15"/>
              </w:rPr>
              <w:t>2.96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15B1B0" w14:textId="77777777" w:rsidR="004550E7" w:rsidRDefault="00000000">
            <w:pPr>
              <w:jc w:val="center"/>
            </w:pPr>
            <w:r>
              <w:rPr>
                <w:sz w:val="15"/>
              </w:rPr>
              <w:t>2.74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4E56E6" w14:textId="77777777" w:rsidR="004550E7" w:rsidRDefault="00000000">
            <w:pPr>
              <w:jc w:val="center"/>
            </w:pPr>
            <w:r>
              <w:rPr>
                <w:sz w:val="15"/>
              </w:rPr>
              <w:t>2.85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8849A" w14:textId="77777777" w:rsidR="004550E7" w:rsidRDefault="00000000">
            <w:pPr>
              <w:jc w:val="center"/>
            </w:pPr>
            <w:r>
              <w:rPr>
                <w:sz w:val="15"/>
              </w:rPr>
              <w:t>0.047</w:t>
            </w:r>
          </w:p>
        </w:tc>
      </w:tr>
      <w:tr w:rsidR="004550E7" w14:paraId="3902783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8A241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9693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96B1F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359F35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296543" w14:textId="77777777" w:rsidR="004550E7" w:rsidRDefault="00000000">
            <w:pPr>
              <w:jc w:val="center"/>
            </w:pPr>
            <w:r>
              <w:rPr>
                <w:sz w:val="15"/>
              </w:rPr>
              <w:t>3.08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1E66E0" w14:textId="77777777" w:rsidR="004550E7" w:rsidRDefault="00000000">
            <w:pPr>
              <w:jc w:val="center"/>
            </w:pPr>
            <w:r>
              <w:rPr>
                <w:sz w:val="15"/>
              </w:rPr>
              <w:t>2.64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5D674E" w14:textId="77777777" w:rsidR="004550E7" w:rsidRDefault="00000000">
            <w:pPr>
              <w:jc w:val="center"/>
            </w:pPr>
            <w:r>
              <w:rPr>
                <w:sz w:val="15"/>
              </w:rPr>
              <w:t>2.73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510390" w14:textId="77777777" w:rsidR="004550E7" w:rsidRDefault="00000000">
            <w:pPr>
              <w:jc w:val="center"/>
            </w:pPr>
            <w:r>
              <w:rPr>
                <w:sz w:val="15"/>
              </w:rPr>
              <w:t>0.05</w:t>
            </w:r>
          </w:p>
        </w:tc>
      </w:tr>
      <w:tr w:rsidR="004550E7" w14:paraId="0CCC527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C9B13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0546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D31A4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A429B4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E0A74B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EDE55" w14:textId="77777777" w:rsidR="004550E7" w:rsidRDefault="00000000">
            <w:pPr>
              <w:jc w:val="center"/>
            </w:pPr>
            <w:r>
              <w:rPr>
                <w:sz w:val="15"/>
              </w:rPr>
              <w:t>2.61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446E8" w14:textId="77777777" w:rsidR="004550E7" w:rsidRDefault="00000000">
            <w:pPr>
              <w:jc w:val="center"/>
            </w:pPr>
            <w:r>
              <w:rPr>
                <w:sz w:val="15"/>
              </w:rPr>
              <w:t>2.69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C11EED" w14:textId="77777777" w:rsidR="004550E7" w:rsidRDefault="00000000">
            <w:pPr>
              <w:jc w:val="center"/>
            </w:pPr>
            <w:r>
              <w:rPr>
                <w:sz w:val="15"/>
              </w:rPr>
              <w:t>0.06</w:t>
            </w:r>
          </w:p>
        </w:tc>
      </w:tr>
      <w:tr w:rsidR="004550E7" w14:paraId="4A72BA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4C6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CD32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29408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9CDB6C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9AA569" w14:textId="77777777" w:rsidR="004550E7" w:rsidRDefault="00000000">
            <w:pPr>
              <w:jc w:val="center"/>
            </w:pPr>
            <w:r>
              <w:rPr>
                <w:sz w:val="15"/>
              </w:rPr>
              <w:t>2.84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C88B8D" w14:textId="77777777" w:rsidR="004550E7" w:rsidRDefault="00000000">
            <w:pPr>
              <w:jc w:val="center"/>
            </w:pPr>
            <w:r>
              <w:rPr>
                <w:sz w:val="15"/>
              </w:rPr>
              <w:t>2.64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E9B55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B9D024" w14:textId="77777777" w:rsidR="004550E7" w:rsidRDefault="00000000">
            <w:pPr>
              <w:jc w:val="center"/>
            </w:pPr>
            <w:r>
              <w:rPr>
                <w:sz w:val="15"/>
              </w:rPr>
              <w:t>0.051</w:t>
            </w:r>
          </w:p>
        </w:tc>
      </w:tr>
      <w:tr w:rsidR="004550E7" w14:paraId="6FB859B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73A1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143D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9397A6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2D7B4A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FCABB" w14:textId="77777777" w:rsidR="004550E7" w:rsidRDefault="00000000">
            <w:pPr>
              <w:jc w:val="center"/>
            </w:pPr>
            <w:r>
              <w:rPr>
                <w:sz w:val="15"/>
              </w:rPr>
              <w:t>3.08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7143B9" w14:textId="77777777" w:rsidR="004550E7" w:rsidRDefault="00000000">
            <w:pPr>
              <w:jc w:val="center"/>
            </w:pPr>
            <w:r>
              <w:rPr>
                <w:sz w:val="15"/>
              </w:rPr>
              <w:t>2.60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3FD73E" w14:textId="77777777" w:rsidR="004550E7" w:rsidRDefault="00000000">
            <w:pPr>
              <w:jc w:val="center"/>
            </w:pPr>
            <w:r>
              <w:rPr>
                <w:sz w:val="15"/>
              </w:rPr>
              <w:t>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31207E" w14:textId="77777777" w:rsidR="004550E7" w:rsidRDefault="00000000">
            <w:pPr>
              <w:jc w:val="center"/>
            </w:pPr>
            <w:r>
              <w:rPr>
                <w:sz w:val="15"/>
              </w:rPr>
              <w:t>0.024</w:t>
            </w:r>
          </w:p>
        </w:tc>
      </w:tr>
      <w:tr w:rsidR="004550E7" w14:paraId="169FFD6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78AF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7A0C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FB879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64A68A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55D8E5" w14:textId="77777777" w:rsidR="004550E7" w:rsidRDefault="00000000">
            <w:pPr>
              <w:jc w:val="center"/>
            </w:pPr>
            <w:r>
              <w:rPr>
                <w:sz w:val="15"/>
              </w:rPr>
              <w:t>2.85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6E9E17" w14:textId="77777777" w:rsidR="004550E7" w:rsidRDefault="00000000">
            <w:pPr>
              <w:jc w:val="center"/>
            </w:pPr>
            <w:r>
              <w:rPr>
                <w:sz w:val="15"/>
              </w:rPr>
              <w:t>2.69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B3841D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0295F" w14:textId="77777777" w:rsidR="004550E7" w:rsidRDefault="00000000">
            <w:pPr>
              <w:jc w:val="center"/>
            </w:pPr>
            <w:r>
              <w:rPr>
                <w:sz w:val="15"/>
              </w:rPr>
              <w:t>0.042</w:t>
            </w:r>
          </w:p>
        </w:tc>
      </w:tr>
      <w:tr w:rsidR="004550E7" w14:paraId="6747BF3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819E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95839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E5E9D4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87023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02CDF3" w14:textId="77777777" w:rsidR="004550E7" w:rsidRDefault="00000000">
            <w:pPr>
              <w:jc w:val="center"/>
            </w:pPr>
            <w:r>
              <w:rPr>
                <w:sz w:val="15"/>
              </w:rPr>
              <w:t>2.82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A3B7F3" w14:textId="77777777" w:rsidR="004550E7" w:rsidRDefault="00000000">
            <w:pPr>
              <w:jc w:val="center"/>
            </w:pPr>
            <w:r>
              <w:rPr>
                <w:sz w:val="15"/>
              </w:rPr>
              <w:t>2.65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D4A27E" w14:textId="77777777" w:rsidR="004550E7" w:rsidRDefault="00000000">
            <w:pPr>
              <w:jc w:val="center"/>
            </w:pPr>
            <w:r>
              <w:rPr>
                <w:sz w:val="15"/>
              </w:rPr>
              <w:t>2.75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AA4FA" w14:textId="77777777" w:rsidR="004550E7" w:rsidRDefault="00000000">
            <w:pPr>
              <w:jc w:val="center"/>
            </w:pPr>
            <w:r>
              <w:rPr>
                <w:sz w:val="15"/>
              </w:rPr>
              <w:t>0.039</w:t>
            </w:r>
          </w:p>
        </w:tc>
      </w:tr>
      <w:tr w:rsidR="004550E7" w14:paraId="3C55CCD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7EB9B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8093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771584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81572D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A1451" w14:textId="77777777" w:rsidR="004550E7" w:rsidRDefault="00000000">
            <w:pPr>
              <w:jc w:val="center"/>
            </w:pPr>
            <w:r>
              <w:rPr>
                <w:sz w:val="15"/>
              </w:rPr>
              <w:t>2.87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EA3F64" w14:textId="77777777" w:rsidR="004550E7" w:rsidRDefault="00000000">
            <w:pPr>
              <w:jc w:val="center"/>
            </w:pPr>
            <w:r>
              <w:rPr>
                <w:sz w:val="15"/>
              </w:rPr>
              <w:t>2.69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8EC29C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CCA7FF" w14:textId="77777777" w:rsidR="004550E7" w:rsidRDefault="00000000">
            <w:pPr>
              <w:jc w:val="center"/>
            </w:pPr>
            <w:r>
              <w:rPr>
                <w:sz w:val="15"/>
              </w:rPr>
              <w:t>0.031</w:t>
            </w:r>
          </w:p>
        </w:tc>
      </w:tr>
      <w:tr w:rsidR="004550E7" w14:paraId="35087F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0EB1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66A82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4E4DEB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0FF11D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1969D" w14:textId="77777777" w:rsidR="004550E7" w:rsidRDefault="00000000">
            <w:pPr>
              <w:jc w:val="center"/>
            </w:pPr>
            <w:r>
              <w:rPr>
                <w:sz w:val="15"/>
              </w:rPr>
              <w:t>2.80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1BDDE7" w14:textId="77777777" w:rsidR="004550E7" w:rsidRDefault="00000000">
            <w:pPr>
              <w:jc w:val="center"/>
            </w:pPr>
            <w:r>
              <w:rPr>
                <w:sz w:val="15"/>
              </w:rPr>
              <w:t>2.28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1CC1BC" w14:textId="77777777" w:rsidR="004550E7" w:rsidRDefault="00000000">
            <w:pPr>
              <w:jc w:val="center"/>
            </w:pPr>
            <w:r>
              <w:rPr>
                <w:sz w:val="15"/>
              </w:rPr>
              <w:t>2.69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410278" w14:textId="77777777" w:rsidR="004550E7" w:rsidRDefault="00000000">
            <w:pPr>
              <w:jc w:val="center"/>
            </w:pPr>
            <w:r>
              <w:rPr>
                <w:sz w:val="15"/>
              </w:rPr>
              <w:t>0.064</w:t>
            </w:r>
          </w:p>
        </w:tc>
      </w:tr>
      <w:tr w:rsidR="004550E7" w14:paraId="5CE095D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1AA20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C6AAE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96466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73D47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68331" w14:textId="77777777" w:rsidR="004550E7" w:rsidRDefault="00000000">
            <w:pPr>
              <w:jc w:val="center"/>
            </w:pPr>
            <w:r>
              <w:rPr>
                <w:sz w:val="15"/>
              </w:rPr>
              <w:t>2.86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33C3B3" w14:textId="77777777" w:rsidR="004550E7" w:rsidRDefault="00000000">
            <w:pPr>
              <w:jc w:val="center"/>
            </w:pPr>
            <w:r>
              <w:rPr>
                <w:sz w:val="15"/>
              </w:rPr>
              <w:t>2.52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E76CCB" w14:textId="77777777" w:rsidR="004550E7" w:rsidRDefault="00000000">
            <w:pPr>
              <w:jc w:val="center"/>
            </w:pPr>
            <w:r>
              <w:rPr>
                <w:sz w:val="15"/>
              </w:rPr>
              <w:t>2.67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455526" w14:textId="77777777" w:rsidR="004550E7" w:rsidRDefault="00000000">
            <w:pPr>
              <w:jc w:val="center"/>
            </w:pPr>
            <w:r>
              <w:rPr>
                <w:sz w:val="15"/>
              </w:rPr>
              <w:t>0.051</w:t>
            </w:r>
          </w:p>
        </w:tc>
      </w:tr>
      <w:tr w:rsidR="004550E7" w14:paraId="4EA28C8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1C08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A50B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A9FC3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E698E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44BAB" w14:textId="77777777" w:rsidR="004550E7" w:rsidRDefault="00000000">
            <w:pPr>
              <w:jc w:val="center"/>
            </w:pPr>
            <w:r>
              <w:rPr>
                <w:sz w:val="15"/>
              </w:rPr>
              <w:t>2.92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B7CC38" w14:textId="77777777" w:rsidR="004550E7" w:rsidRDefault="00000000">
            <w:pPr>
              <w:jc w:val="center"/>
            </w:pPr>
            <w:r>
              <w:rPr>
                <w:sz w:val="15"/>
              </w:rPr>
              <w:t>2.57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245CE" w14:textId="77777777" w:rsidR="004550E7" w:rsidRDefault="00000000">
            <w:pPr>
              <w:jc w:val="center"/>
            </w:pPr>
            <w:r>
              <w:rPr>
                <w:sz w:val="15"/>
              </w:rPr>
              <w:t>2.82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DCB1ED" w14:textId="77777777" w:rsidR="004550E7" w:rsidRDefault="00000000">
            <w:pPr>
              <w:jc w:val="center"/>
            </w:pPr>
            <w:r>
              <w:rPr>
                <w:sz w:val="15"/>
              </w:rPr>
              <w:t>0.09</w:t>
            </w:r>
          </w:p>
        </w:tc>
      </w:tr>
      <w:tr w:rsidR="004550E7" w14:paraId="3CE4BA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F57F5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2403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AEDFF7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D2DCD4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E64A4" w14:textId="77777777" w:rsidR="004550E7" w:rsidRDefault="00000000">
            <w:pPr>
              <w:jc w:val="center"/>
            </w:pPr>
            <w:r>
              <w:rPr>
                <w:sz w:val="15"/>
              </w:rPr>
              <w:t>3.00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7C72F" w14:textId="77777777" w:rsidR="004550E7" w:rsidRDefault="00000000">
            <w:pPr>
              <w:jc w:val="center"/>
            </w:pPr>
            <w:r>
              <w:rPr>
                <w:sz w:val="15"/>
              </w:rPr>
              <w:t>2.81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14D96" w14:textId="77777777" w:rsidR="004550E7" w:rsidRDefault="00000000">
            <w:pPr>
              <w:jc w:val="center"/>
            </w:pPr>
            <w:r>
              <w:rPr>
                <w:sz w:val="15"/>
              </w:rPr>
              <w:t>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4A4277" w14:textId="77777777" w:rsidR="004550E7" w:rsidRDefault="00000000">
            <w:pPr>
              <w:jc w:val="center"/>
            </w:pPr>
            <w:r>
              <w:rPr>
                <w:sz w:val="15"/>
              </w:rPr>
              <w:t>0.044</w:t>
            </w:r>
          </w:p>
        </w:tc>
      </w:tr>
      <w:tr w:rsidR="004550E7" w14:paraId="11470D7B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CC0B8B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RBC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E398B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7117B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166377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F2A685" w14:textId="77777777" w:rsidR="004550E7" w:rsidRDefault="00000000">
            <w:pPr>
              <w:jc w:val="center"/>
            </w:pPr>
            <w:r>
              <w:rPr>
                <w:sz w:val="15"/>
              </w:rPr>
              <w:t>127.00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EB116F" w14:textId="77777777" w:rsidR="004550E7" w:rsidRDefault="00000000">
            <w:pPr>
              <w:jc w:val="center"/>
            </w:pPr>
            <w:r>
              <w:rPr>
                <w:sz w:val="15"/>
              </w:rPr>
              <w:t>2.84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08B65A" w14:textId="77777777" w:rsidR="004550E7" w:rsidRDefault="00000000">
            <w:pPr>
              <w:jc w:val="center"/>
            </w:pPr>
            <w:r>
              <w:rPr>
                <w:sz w:val="15"/>
              </w:rPr>
              <w:t>6.77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486B3E" w14:textId="77777777" w:rsidR="004550E7" w:rsidRDefault="00000000">
            <w:pPr>
              <w:jc w:val="center"/>
            </w:pPr>
            <w:r>
              <w:rPr>
                <w:sz w:val="15"/>
              </w:rPr>
              <w:t>0.171</w:t>
            </w:r>
          </w:p>
        </w:tc>
      </w:tr>
      <w:tr w:rsidR="004550E7" w14:paraId="1072054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CE6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6B12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63FC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A0B71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B5A67A" w14:textId="77777777" w:rsidR="004550E7" w:rsidRDefault="00000000">
            <w:pPr>
              <w:jc w:val="center"/>
            </w:pPr>
            <w:r>
              <w:rPr>
                <w:sz w:val="15"/>
              </w:rPr>
              <w:t>127.00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C0412E" w14:textId="77777777" w:rsidR="004550E7" w:rsidRDefault="00000000">
            <w:pPr>
              <w:jc w:val="center"/>
            </w:pPr>
            <w:r>
              <w:rPr>
                <w:sz w:val="15"/>
              </w:rPr>
              <w:t>3.56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157A7" w14:textId="77777777" w:rsidR="004550E7" w:rsidRDefault="00000000">
            <w:pPr>
              <w:jc w:val="center"/>
            </w:pPr>
            <w:r>
              <w:rPr>
                <w:sz w:val="15"/>
              </w:rPr>
              <w:t>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DC889E" w14:textId="77777777" w:rsidR="004550E7" w:rsidRDefault="00000000">
            <w:pPr>
              <w:jc w:val="center"/>
            </w:pPr>
            <w:r>
              <w:rPr>
                <w:sz w:val="15"/>
              </w:rPr>
              <w:t>0.11</w:t>
            </w:r>
          </w:p>
        </w:tc>
      </w:tr>
      <w:tr w:rsidR="004550E7" w14:paraId="5996AC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40E2E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4CE87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80154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DDCB0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C82688" w14:textId="77777777" w:rsidR="004550E7" w:rsidRDefault="00000000">
            <w:pPr>
              <w:jc w:val="center"/>
            </w:pPr>
            <w:r>
              <w:rPr>
                <w:sz w:val="15"/>
              </w:rPr>
              <w:t>7.07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7AD3AD" w14:textId="77777777" w:rsidR="004550E7" w:rsidRDefault="00000000">
            <w:pPr>
              <w:jc w:val="center"/>
            </w:pPr>
            <w:r>
              <w:rPr>
                <w:sz w:val="15"/>
              </w:rPr>
              <w:t>2.84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74406" w14:textId="77777777" w:rsidR="004550E7" w:rsidRDefault="00000000">
            <w:pPr>
              <w:jc w:val="center"/>
            </w:pPr>
            <w:r>
              <w:rPr>
                <w:sz w:val="15"/>
              </w:rPr>
              <w:t>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99283" w14:textId="77777777" w:rsidR="004550E7" w:rsidRDefault="00000000">
            <w:pPr>
              <w:jc w:val="center"/>
            </w:pPr>
            <w:r>
              <w:rPr>
                <w:sz w:val="15"/>
              </w:rPr>
              <w:t>0.123</w:t>
            </w:r>
          </w:p>
        </w:tc>
      </w:tr>
      <w:tr w:rsidR="004550E7" w14:paraId="7EB271E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D7BA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5DF33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4933C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53C06A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099705" w14:textId="77777777" w:rsidR="004550E7" w:rsidRDefault="00000000">
            <w:pPr>
              <w:jc w:val="center"/>
            </w:pPr>
            <w:r>
              <w:rPr>
                <w:sz w:val="15"/>
              </w:rPr>
              <w:t>7.17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F3860A" w14:textId="77777777" w:rsidR="004550E7" w:rsidRDefault="00000000">
            <w:pPr>
              <w:jc w:val="center"/>
            </w:pPr>
            <w:r>
              <w:rPr>
                <w:sz w:val="15"/>
              </w:rPr>
              <w:t>6.66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6A04B4" w14:textId="77777777" w:rsidR="004550E7" w:rsidRDefault="00000000">
            <w:pPr>
              <w:jc w:val="center"/>
            </w:pPr>
            <w:r>
              <w:rPr>
                <w:sz w:val="15"/>
              </w:rPr>
              <w:t>6.91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32369" w14:textId="77777777" w:rsidR="004550E7" w:rsidRDefault="00000000">
            <w:pPr>
              <w:jc w:val="center"/>
            </w:pPr>
            <w:r>
              <w:rPr>
                <w:sz w:val="15"/>
              </w:rPr>
              <w:t>0.09</w:t>
            </w:r>
          </w:p>
        </w:tc>
      </w:tr>
      <w:tr w:rsidR="004550E7" w14:paraId="6A0FFF1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C9517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46F6E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7AF05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3B73D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797361" w14:textId="77777777" w:rsidR="004550E7" w:rsidRDefault="00000000">
            <w:pPr>
              <w:jc w:val="center"/>
            </w:pPr>
            <w:r>
              <w:rPr>
                <w:sz w:val="15"/>
              </w:rPr>
              <w:t>7.02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4C305F" w14:textId="77777777" w:rsidR="004550E7" w:rsidRDefault="00000000">
            <w:pPr>
              <w:jc w:val="center"/>
            </w:pPr>
            <w:r>
              <w:rPr>
                <w:sz w:val="15"/>
              </w:rPr>
              <w:t>6.27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88812" w14:textId="77777777" w:rsidR="004550E7" w:rsidRDefault="00000000">
            <w:pPr>
              <w:jc w:val="center"/>
            </w:pPr>
            <w:r>
              <w:rPr>
                <w:sz w:val="15"/>
              </w:rPr>
              <w:t>6.68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B91965" w14:textId="77777777" w:rsidR="004550E7" w:rsidRDefault="00000000">
            <w:pPr>
              <w:jc w:val="center"/>
            </w:pPr>
            <w:r>
              <w:rPr>
                <w:sz w:val="15"/>
              </w:rPr>
              <w:t>0.153</w:t>
            </w:r>
          </w:p>
        </w:tc>
      </w:tr>
      <w:tr w:rsidR="004550E7" w14:paraId="0EA3636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BA3FE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1F78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F2C161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178F7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BA3D39" w14:textId="77777777" w:rsidR="004550E7" w:rsidRDefault="00000000">
            <w:pPr>
              <w:jc w:val="center"/>
            </w:pPr>
            <w:r>
              <w:rPr>
                <w:sz w:val="15"/>
              </w:rPr>
              <w:t>7.12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CB94F8" w14:textId="77777777" w:rsidR="004550E7" w:rsidRDefault="00000000">
            <w:pPr>
              <w:jc w:val="center"/>
            </w:pPr>
            <w:r>
              <w:rPr>
                <w:sz w:val="15"/>
              </w:rPr>
              <w:t>5.28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E98BA" w14:textId="77777777" w:rsidR="004550E7" w:rsidRDefault="00000000">
            <w:pPr>
              <w:jc w:val="center"/>
            </w:pPr>
            <w:r>
              <w:rPr>
                <w:sz w:val="15"/>
              </w:rPr>
              <w:t>6.77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D5FEF9" w14:textId="77777777" w:rsidR="004550E7" w:rsidRDefault="00000000">
            <w:pPr>
              <w:jc w:val="center"/>
            </w:pPr>
            <w:r>
              <w:rPr>
                <w:sz w:val="15"/>
              </w:rPr>
              <w:t>0.167</w:t>
            </w:r>
          </w:p>
        </w:tc>
      </w:tr>
      <w:tr w:rsidR="004550E7" w14:paraId="2D7651E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297B8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74AF5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77EA3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60DD47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15C774" w14:textId="77777777" w:rsidR="004550E7" w:rsidRDefault="00000000">
            <w:pPr>
              <w:jc w:val="center"/>
            </w:pPr>
            <w:r>
              <w:rPr>
                <w:sz w:val="15"/>
              </w:rPr>
              <w:t>7.20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91A51A" w14:textId="77777777" w:rsidR="004550E7" w:rsidRDefault="00000000">
            <w:pPr>
              <w:jc w:val="center"/>
            </w:pPr>
            <w:r>
              <w:rPr>
                <w:sz w:val="15"/>
              </w:rPr>
              <w:t>6.09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7A8F1" w14:textId="77777777" w:rsidR="004550E7" w:rsidRDefault="00000000">
            <w:pPr>
              <w:jc w:val="center"/>
            </w:pPr>
            <w:r>
              <w:rPr>
                <w:sz w:val="15"/>
              </w:rPr>
              <w:t>6.71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98FEDD" w14:textId="77777777" w:rsidR="004550E7" w:rsidRDefault="00000000">
            <w:pPr>
              <w:jc w:val="center"/>
            </w:pPr>
            <w:r>
              <w:rPr>
                <w:sz w:val="15"/>
              </w:rPr>
              <w:t>0.164</w:t>
            </w:r>
          </w:p>
        </w:tc>
      </w:tr>
      <w:tr w:rsidR="004550E7" w14:paraId="7A6128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1012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06272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1827C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BA003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A7F7EE" w14:textId="77777777" w:rsidR="004550E7" w:rsidRDefault="00000000">
            <w:pPr>
              <w:jc w:val="center"/>
            </w:pPr>
            <w:r>
              <w:rPr>
                <w:sz w:val="15"/>
              </w:rPr>
              <w:t>7.14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F424C" w14:textId="77777777" w:rsidR="004550E7" w:rsidRDefault="00000000">
            <w:pPr>
              <w:jc w:val="center"/>
            </w:pPr>
            <w:r>
              <w:rPr>
                <w:sz w:val="15"/>
              </w:rPr>
              <w:t>6.60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F3979" w14:textId="77777777" w:rsidR="004550E7" w:rsidRDefault="00000000">
            <w:pPr>
              <w:jc w:val="center"/>
            </w:pPr>
            <w:r>
              <w:rPr>
                <w:sz w:val="15"/>
              </w:rPr>
              <w:t>6.85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CA4F5" w14:textId="77777777" w:rsidR="004550E7" w:rsidRDefault="00000000">
            <w:pPr>
              <w:jc w:val="center"/>
            </w:pPr>
            <w:r>
              <w:rPr>
                <w:sz w:val="15"/>
              </w:rPr>
              <w:t>0.107</w:t>
            </w:r>
          </w:p>
        </w:tc>
      </w:tr>
      <w:tr w:rsidR="004550E7" w14:paraId="03C940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509E5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68F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50ACE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05706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62DDC" w14:textId="77777777" w:rsidR="004550E7" w:rsidRDefault="00000000">
            <w:pPr>
              <w:jc w:val="center"/>
            </w:pPr>
            <w:r>
              <w:rPr>
                <w:sz w:val="15"/>
              </w:rPr>
              <w:t>6.98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0A0FEF" w14:textId="77777777" w:rsidR="004550E7" w:rsidRDefault="00000000">
            <w:pPr>
              <w:jc w:val="center"/>
            </w:pPr>
            <w:r>
              <w:rPr>
                <w:sz w:val="15"/>
              </w:rPr>
              <w:t>6.30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23ACF" w14:textId="77777777" w:rsidR="004550E7" w:rsidRDefault="00000000">
            <w:pPr>
              <w:jc w:val="center"/>
            </w:pPr>
            <w:r>
              <w:rPr>
                <w:sz w:val="15"/>
              </w:rPr>
              <w:t>6.71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7021F" w14:textId="77777777" w:rsidR="004550E7" w:rsidRDefault="00000000">
            <w:pPr>
              <w:jc w:val="center"/>
            </w:pPr>
            <w:r>
              <w:rPr>
                <w:sz w:val="15"/>
              </w:rPr>
              <w:t>0.141</w:t>
            </w:r>
          </w:p>
        </w:tc>
      </w:tr>
      <w:tr w:rsidR="004550E7" w14:paraId="03A03B8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87EC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B52F0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D9EDFE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8C09EE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5D571" w14:textId="77777777" w:rsidR="004550E7" w:rsidRDefault="00000000">
            <w:pPr>
              <w:jc w:val="center"/>
            </w:pPr>
            <w:r>
              <w:rPr>
                <w:sz w:val="15"/>
              </w:rPr>
              <w:t>7.22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BA0BC4" w14:textId="77777777" w:rsidR="004550E7" w:rsidRDefault="00000000">
            <w:pPr>
              <w:jc w:val="center"/>
            </w:pPr>
            <w:r>
              <w:rPr>
                <w:sz w:val="15"/>
              </w:rPr>
              <w:t>6.25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62557E" w14:textId="77777777" w:rsidR="004550E7" w:rsidRDefault="00000000">
            <w:pPr>
              <w:jc w:val="center"/>
            </w:pPr>
            <w:r>
              <w:rPr>
                <w:sz w:val="15"/>
              </w:rPr>
              <w:t>6.86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767CD8" w14:textId="77777777" w:rsidR="004550E7" w:rsidRDefault="00000000">
            <w:pPr>
              <w:jc w:val="center"/>
            </w:pPr>
            <w:r>
              <w:rPr>
                <w:sz w:val="15"/>
              </w:rPr>
              <w:t>0.155</w:t>
            </w:r>
          </w:p>
        </w:tc>
      </w:tr>
      <w:tr w:rsidR="004550E7" w14:paraId="7A2203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190B8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DB1CB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E8A1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856E06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DAA216" w14:textId="77777777" w:rsidR="004550E7" w:rsidRDefault="00000000">
            <w:pPr>
              <w:jc w:val="center"/>
            </w:pPr>
            <w:r>
              <w:rPr>
                <w:sz w:val="15"/>
              </w:rPr>
              <w:t>7.33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8911E3" w14:textId="77777777" w:rsidR="004550E7" w:rsidRDefault="00000000">
            <w:pPr>
              <w:jc w:val="center"/>
            </w:pPr>
            <w:r>
              <w:rPr>
                <w:sz w:val="15"/>
              </w:rPr>
              <w:t>5.97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020E3" w14:textId="77777777" w:rsidR="004550E7" w:rsidRDefault="00000000">
            <w:pPr>
              <w:jc w:val="center"/>
            </w:pPr>
            <w:r>
              <w:rPr>
                <w:sz w:val="15"/>
              </w:rPr>
              <w:t>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7A5BD7" w14:textId="77777777" w:rsidR="004550E7" w:rsidRDefault="00000000">
            <w:pPr>
              <w:jc w:val="center"/>
            </w:pPr>
            <w:r>
              <w:rPr>
                <w:sz w:val="15"/>
              </w:rPr>
              <w:t>0.132</w:t>
            </w:r>
          </w:p>
        </w:tc>
      </w:tr>
      <w:tr w:rsidR="004550E7" w14:paraId="54E0E0E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ED086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6885E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E6B08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0E5C25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1C704" w14:textId="77777777" w:rsidR="004550E7" w:rsidRDefault="00000000">
            <w:pPr>
              <w:jc w:val="center"/>
            </w:pPr>
            <w:r>
              <w:rPr>
                <w:sz w:val="15"/>
              </w:rPr>
              <w:t>7.31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6CBA8B" w14:textId="77777777" w:rsidR="004550E7" w:rsidRDefault="00000000">
            <w:pPr>
              <w:jc w:val="center"/>
            </w:pPr>
            <w:r>
              <w:rPr>
                <w:sz w:val="15"/>
              </w:rPr>
              <w:t>6.33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D5B63" w14:textId="77777777" w:rsidR="004550E7" w:rsidRDefault="00000000">
            <w:pPr>
              <w:jc w:val="center"/>
            </w:pPr>
            <w:r>
              <w:rPr>
                <w:sz w:val="15"/>
              </w:rPr>
              <w:t>6.82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E7A63A" w14:textId="77777777" w:rsidR="004550E7" w:rsidRDefault="00000000">
            <w:pPr>
              <w:jc w:val="center"/>
            </w:pPr>
            <w:r>
              <w:rPr>
                <w:sz w:val="15"/>
              </w:rPr>
              <w:t>0.19</w:t>
            </w:r>
          </w:p>
        </w:tc>
      </w:tr>
      <w:tr w:rsidR="004550E7" w14:paraId="3600BA1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1C6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C823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805D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05287B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EEB792" w14:textId="77777777" w:rsidR="004550E7" w:rsidRDefault="00000000">
            <w:pPr>
              <w:jc w:val="center"/>
            </w:pPr>
            <w:r>
              <w:rPr>
                <w:sz w:val="15"/>
              </w:rPr>
              <w:t>7.14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5416A" w14:textId="77777777" w:rsidR="004550E7" w:rsidRDefault="00000000">
            <w:pPr>
              <w:jc w:val="center"/>
            </w:pPr>
            <w:r>
              <w:rPr>
                <w:sz w:val="15"/>
              </w:rPr>
              <w:t>6.41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AB7691" w14:textId="77777777" w:rsidR="004550E7" w:rsidRDefault="00000000">
            <w:pPr>
              <w:jc w:val="center"/>
            </w:pPr>
            <w:r>
              <w:rPr>
                <w:sz w:val="15"/>
              </w:rPr>
              <w:t>6.76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08A91" w14:textId="77777777" w:rsidR="004550E7" w:rsidRDefault="00000000">
            <w:pPr>
              <w:jc w:val="center"/>
            </w:pPr>
            <w:r>
              <w:rPr>
                <w:sz w:val="15"/>
              </w:rPr>
              <w:t>0.098</w:t>
            </w:r>
          </w:p>
        </w:tc>
      </w:tr>
      <w:tr w:rsidR="004550E7" w14:paraId="50B82A0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F0B1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D3294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E2F5E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00CE2D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268B9" w14:textId="77777777" w:rsidR="004550E7" w:rsidRDefault="00000000">
            <w:pPr>
              <w:jc w:val="center"/>
            </w:pPr>
            <w:r>
              <w:rPr>
                <w:sz w:val="15"/>
              </w:rPr>
              <w:t>7.24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A8228D" w14:textId="77777777" w:rsidR="004550E7" w:rsidRDefault="00000000">
            <w:pPr>
              <w:jc w:val="center"/>
            </w:pPr>
            <w:r>
              <w:rPr>
                <w:sz w:val="15"/>
              </w:rPr>
              <w:t>6.58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24E8A" w14:textId="77777777" w:rsidR="004550E7" w:rsidRDefault="00000000">
            <w:pPr>
              <w:jc w:val="center"/>
            </w:pPr>
            <w:r>
              <w:rPr>
                <w:sz w:val="15"/>
              </w:rPr>
              <w:t>7.05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C03BB" w14:textId="77777777" w:rsidR="004550E7" w:rsidRDefault="00000000">
            <w:pPr>
              <w:jc w:val="center"/>
            </w:pPr>
            <w:r>
              <w:rPr>
                <w:sz w:val="15"/>
              </w:rPr>
              <w:t>0.095</w:t>
            </w:r>
          </w:p>
        </w:tc>
      </w:tr>
      <w:tr w:rsidR="004550E7" w14:paraId="7F1C9E5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3103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549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EE720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9A30F2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46DAF" w14:textId="77777777" w:rsidR="004550E7" w:rsidRDefault="00000000">
            <w:pPr>
              <w:jc w:val="center"/>
            </w:pPr>
            <w:r>
              <w:rPr>
                <w:sz w:val="15"/>
              </w:rPr>
              <w:t>7.45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00AE23" w14:textId="77777777" w:rsidR="004550E7" w:rsidRDefault="00000000">
            <w:pPr>
              <w:jc w:val="center"/>
            </w:pPr>
            <w:r>
              <w:rPr>
                <w:sz w:val="15"/>
              </w:rPr>
              <w:t>6.60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254D34" w14:textId="77777777" w:rsidR="004550E7" w:rsidRDefault="00000000">
            <w:pPr>
              <w:jc w:val="center"/>
            </w:pPr>
            <w:r>
              <w:rPr>
                <w:sz w:val="15"/>
              </w:rPr>
              <w:t>6.78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0FB197" w14:textId="77777777" w:rsidR="004550E7" w:rsidRDefault="00000000">
            <w:pPr>
              <w:jc w:val="center"/>
            </w:pPr>
            <w:r>
              <w:rPr>
                <w:sz w:val="15"/>
              </w:rPr>
              <w:t>0.129</w:t>
            </w:r>
          </w:p>
        </w:tc>
      </w:tr>
      <w:tr w:rsidR="004550E7" w14:paraId="1611FA0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F310B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56E2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F01E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28651E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BBE8D9" w14:textId="77777777" w:rsidR="004550E7" w:rsidRDefault="00000000">
            <w:pPr>
              <w:jc w:val="center"/>
            </w:pPr>
            <w:r>
              <w:rPr>
                <w:sz w:val="15"/>
              </w:rPr>
              <w:t>6.85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E0821B" w14:textId="77777777" w:rsidR="004550E7" w:rsidRDefault="00000000">
            <w:pPr>
              <w:jc w:val="center"/>
            </w:pPr>
            <w:r>
              <w:rPr>
                <w:sz w:val="15"/>
              </w:rPr>
              <w:t>6.15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C2545" w14:textId="77777777" w:rsidR="004550E7" w:rsidRDefault="00000000">
            <w:pPr>
              <w:jc w:val="center"/>
            </w:pPr>
            <w:r>
              <w:rPr>
                <w:sz w:val="15"/>
              </w:rPr>
              <w:t>6.56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5E8B48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7EDF9EC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1090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B507E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CC3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EB4B0B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AA941" w14:textId="77777777" w:rsidR="004550E7" w:rsidRDefault="00000000">
            <w:pPr>
              <w:jc w:val="center"/>
            </w:pPr>
            <w:r>
              <w:rPr>
                <w:sz w:val="15"/>
              </w:rPr>
              <w:t>7.19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2C0EA8" w14:textId="77777777" w:rsidR="004550E7" w:rsidRDefault="00000000">
            <w:pPr>
              <w:jc w:val="center"/>
            </w:pPr>
            <w:r>
              <w:rPr>
                <w:sz w:val="15"/>
              </w:rPr>
              <w:t>6.42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3B4089" w14:textId="77777777" w:rsidR="004550E7" w:rsidRDefault="00000000">
            <w:pPr>
              <w:jc w:val="center"/>
            </w:pPr>
            <w:r>
              <w:rPr>
                <w:sz w:val="15"/>
              </w:rPr>
              <w:t>6.74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7AB34" w14:textId="77777777" w:rsidR="004550E7" w:rsidRDefault="00000000">
            <w:pPr>
              <w:jc w:val="center"/>
            </w:pPr>
            <w:r>
              <w:rPr>
                <w:sz w:val="15"/>
              </w:rPr>
              <w:t>0.161</w:t>
            </w:r>
          </w:p>
        </w:tc>
      </w:tr>
      <w:tr w:rsidR="004550E7" w14:paraId="12A7D5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B8E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F15DA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39228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2B005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8F474" w14:textId="77777777" w:rsidR="004550E7" w:rsidRDefault="00000000">
            <w:pPr>
              <w:jc w:val="center"/>
            </w:pPr>
            <w:r>
              <w:rPr>
                <w:sz w:val="15"/>
              </w:rPr>
              <w:t>7.31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86E0BB" w14:textId="77777777" w:rsidR="004550E7" w:rsidRDefault="00000000">
            <w:pPr>
              <w:jc w:val="center"/>
            </w:pPr>
            <w:r>
              <w:rPr>
                <w:sz w:val="15"/>
              </w:rPr>
              <w:t>6.23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683090" w14:textId="77777777" w:rsidR="004550E7" w:rsidRDefault="00000000">
            <w:pPr>
              <w:jc w:val="center"/>
            </w:pPr>
            <w:r>
              <w:rPr>
                <w:sz w:val="15"/>
              </w:rPr>
              <w:t>6.58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1BDADB" w14:textId="77777777" w:rsidR="004550E7" w:rsidRDefault="00000000">
            <w:pPr>
              <w:jc w:val="center"/>
            </w:pPr>
            <w:r>
              <w:rPr>
                <w:sz w:val="15"/>
              </w:rPr>
              <w:t>0.047</w:t>
            </w:r>
          </w:p>
        </w:tc>
      </w:tr>
      <w:tr w:rsidR="004550E7" w14:paraId="064521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B7914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4E417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31594D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3BC33B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BD6343" w14:textId="77777777" w:rsidR="004550E7" w:rsidRDefault="00000000">
            <w:pPr>
              <w:jc w:val="center"/>
            </w:pPr>
            <w:r>
              <w:rPr>
                <w:sz w:val="15"/>
              </w:rPr>
              <w:t>7.21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5B6FD" w14:textId="77777777" w:rsidR="004550E7" w:rsidRDefault="00000000">
            <w:pPr>
              <w:jc w:val="center"/>
            </w:pPr>
            <w:r>
              <w:rPr>
                <w:sz w:val="15"/>
              </w:rPr>
              <w:t>6.73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99E3D8" w14:textId="77777777" w:rsidR="004550E7" w:rsidRDefault="00000000">
            <w:pPr>
              <w:jc w:val="center"/>
            </w:pPr>
            <w:r>
              <w:rPr>
                <w:sz w:val="15"/>
              </w:rPr>
              <w:t>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C6D0CE" w14:textId="77777777" w:rsidR="004550E7" w:rsidRDefault="00000000">
            <w:pPr>
              <w:jc w:val="center"/>
            </w:pPr>
            <w:r>
              <w:rPr>
                <w:sz w:val="15"/>
              </w:rPr>
              <w:t>0.052</w:t>
            </w:r>
          </w:p>
        </w:tc>
      </w:tr>
      <w:tr w:rsidR="004550E7" w14:paraId="30D131F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2B29C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EE3E9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E2E58A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8CC70F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BD61D1" w14:textId="77777777" w:rsidR="004550E7" w:rsidRDefault="00000000">
            <w:pPr>
              <w:jc w:val="center"/>
            </w:pPr>
            <w:r>
              <w:rPr>
                <w:sz w:val="15"/>
              </w:rPr>
              <w:t>7.04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E60D3" w14:textId="77777777" w:rsidR="004550E7" w:rsidRDefault="00000000">
            <w:pPr>
              <w:jc w:val="center"/>
            </w:pPr>
            <w:r>
              <w:rPr>
                <w:sz w:val="15"/>
              </w:rPr>
              <w:t>6.63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54695" w14:textId="77777777" w:rsidR="004550E7" w:rsidRDefault="00000000">
            <w:pPr>
              <w:jc w:val="center"/>
            </w:pPr>
            <w:r>
              <w:rPr>
                <w:sz w:val="15"/>
              </w:rPr>
              <w:t>6.83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1AA5C" w14:textId="77777777" w:rsidR="004550E7" w:rsidRDefault="00000000">
            <w:pPr>
              <w:jc w:val="center"/>
            </w:pPr>
            <w:r>
              <w:rPr>
                <w:sz w:val="15"/>
              </w:rPr>
              <w:t>0.088</w:t>
            </w:r>
          </w:p>
        </w:tc>
      </w:tr>
      <w:tr w:rsidR="004550E7" w14:paraId="1C7B6C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75859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32E6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66F304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5A7A3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7CE11E" w14:textId="77777777" w:rsidR="004550E7" w:rsidRDefault="00000000">
            <w:pPr>
              <w:jc w:val="center"/>
            </w:pPr>
            <w:r>
              <w:rPr>
                <w:sz w:val="15"/>
              </w:rPr>
              <w:t>7.14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531FC" w14:textId="77777777" w:rsidR="004550E7" w:rsidRDefault="00000000">
            <w:pPr>
              <w:jc w:val="center"/>
            </w:pPr>
            <w:r>
              <w:rPr>
                <w:sz w:val="15"/>
              </w:rPr>
              <w:t>6.70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EB7493" w14:textId="77777777" w:rsidR="004550E7" w:rsidRDefault="00000000">
            <w:pPr>
              <w:jc w:val="center"/>
            </w:pPr>
            <w:r>
              <w:rPr>
                <w:sz w:val="15"/>
              </w:rPr>
              <w:t>6.86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E4180C" w14:textId="77777777" w:rsidR="004550E7" w:rsidRDefault="00000000">
            <w:pPr>
              <w:jc w:val="center"/>
            </w:pPr>
            <w:r>
              <w:rPr>
                <w:sz w:val="15"/>
              </w:rPr>
              <w:t>0.094</w:t>
            </w:r>
          </w:p>
        </w:tc>
      </w:tr>
      <w:tr w:rsidR="004550E7" w14:paraId="38C651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0D02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361C5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ABC3B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43EFF0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88F1F" w14:textId="77777777" w:rsidR="004550E7" w:rsidRDefault="00000000">
            <w:pPr>
              <w:jc w:val="center"/>
            </w:pPr>
            <w:r>
              <w:rPr>
                <w:sz w:val="15"/>
              </w:rPr>
              <w:t>6.90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77764C" w14:textId="77777777" w:rsidR="004550E7" w:rsidRDefault="00000000">
            <w:pPr>
              <w:jc w:val="center"/>
            </w:pPr>
            <w:r>
              <w:rPr>
                <w:sz w:val="15"/>
              </w:rPr>
              <w:t>5.46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219DF" w14:textId="77777777" w:rsidR="004550E7" w:rsidRDefault="00000000">
            <w:pPr>
              <w:jc w:val="center"/>
            </w:pPr>
            <w:r>
              <w:rPr>
                <w:sz w:val="15"/>
              </w:rPr>
              <w:t>6.57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A77F2A" w14:textId="77777777" w:rsidR="004550E7" w:rsidRDefault="00000000">
            <w:pPr>
              <w:jc w:val="center"/>
            </w:pPr>
            <w:r>
              <w:rPr>
                <w:sz w:val="15"/>
              </w:rPr>
              <w:t>0.173</w:t>
            </w:r>
          </w:p>
        </w:tc>
      </w:tr>
      <w:tr w:rsidR="004550E7" w14:paraId="04C004C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32E87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0CBBB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8AA5A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013A99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31FE5D" w14:textId="77777777" w:rsidR="004550E7" w:rsidRDefault="00000000">
            <w:pPr>
              <w:jc w:val="center"/>
            </w:pPr>
            <w:r>
              <w:rPr>
                <w:sz w:val="15"/>
              </w:rPr>
              <w:t>6.75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F7F626" w14:textId="77777777" w:rsidR="004550E7" w:rsidRDefault="00000000">
            <w:pPr>
              <w:jc w:val="center"/>
            </w:pPr>
            <w:r>
              <w:rPr>
                <w:sz w:val="15"/>
              </w:rPr>
              <w:t>6.02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AAEAC5" w14:textId="77777777" w:rsidR="004550E7" w:rsidRDefault="00000000">
            <w:pPr>
              <w:jc w:val="center"/>
            </w:pPr>
            <w:r>
              <w:rPr>
                <w:sz w:val="15"/>
              </w:rPr>
              <w:t>6.24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D4EAD" w14:textId="77777777" w:rsidR="004550E7" w:rsidRDefault="00000000">
            <w:pPr>
              <w:jc w:val="center"/>
            </w:pPr>
            <w:r>
              <w:rPr>
                <w:sz w:val="15"/>
              </w:rPr>
              <w:t>0.098</w:t>
            </w:r>
          </w:p>
        </w:tc>
      </w:tr>
      <w:tr w:rsidR="004550E7" w14:paraId="54ED72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466D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B0FF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4F5A5B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4A2BA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7A64C9" w14:textId="77777777" w:rsidR="004550E7" w:rsidRDefault="00000000">
            <w:pPr>
              <w:jc w:val="center"/>
            </w:pPr>
            <w:r>
              <w:rPr>
                <w:sz w:val="15"/>
              </w:rPr>
              <w:t>7.02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79643E" w14:textId="77777777" w:rsidR="004550E7" w:rsidRDefault="00000000">
            <w:pPr>
              <w:jc w:val="center"/>
            </w:pPr>
            <w:r>
              <w:rPr>
                <w:sz w:val="15"/>
              </w:rPr>
              <w:t>6.16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073D3F" w14:textId="77777777" w:rsidR="004550E7" w:rsidRDefault="00000000">
            <w:pPr>
              <w:jc w:val="center"/>
            </w:pPr>
            <w:r>
              <w:rPr>
                <w:sz w:val="15"/>
              </w:rPr>
              <w:t>6.78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C55F7F" w14:textId="77777777" w:rsidR="004550E7" w:rsidRDefault="00000000">
            <w:pPr>
              <w:jc w:val="center"/>
            </w:pPr>
            <w:r>
              <w:rPr>
                <w:sz w:val="15"/>
              </w:rPr>
              <w:t>0.201</w:t>
            </w:r>
          </w:p>
        </w:tc>
      </w:tr>
      <w:tr w:rsidR="004550E7" w14:paraId="1FB956B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129B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A52B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74B670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7ACBF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FAEEDB" w14:textId="77777777" w:rsidR="004550E7" w:rsidRDefault="00000000">
            <w:pPr>
              <w:jc w:val="center"/>
            </w:pPr>
            <w:r>
              <w:rPr>
                <w:sz w:val="15"/>
              </w:rPr>
              <w:t>7.20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A2EBC" w14:textId="77777777" w:rsidR="004550E7" w:rsidRDefault="00000000">
            <w:pPr>
              <w:jc w:val="center"/>
            </w:pPr>
            <w:r>
              <w:rPr>
                <w:sz w:val="15"/>
              </w:rPr>
              <w:t>6.76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FC0B5" w14:textId="77777777" w:rsidR="004550E7" w:rsidRDefault="00000000">
            <w:pPr>
              <w:jc w:val="center"/>
            </w:pPr>
            <w:r>
              <w:rPr>
                <w:sz w:val="15"/>
              </w:rPr>
              <w:t>6.97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0B480" w14:textId="77777777" w:rsidR="004550E7" w:rsidRDefault="00000000">
            <w:pPr>
              <w:jc w:val="center"/>
            </w:pPr>
            <w:r>
              <w:rPr>
                <w:sz w:val="15"/>
              </w:rPr>
              <w:t>0.052</w:t>
            </w:r>
          </w:p>
        </w:tc>
      </w:tr>
      <w:tr w:rsidR="004550E7" w14:paraId="1E18BC81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F5CA8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RBC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D24DC8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FEC6B2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19A117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59DBC" w14:textId="77777777" w:rsidR="004550E7" w:rsidRDefault="00000000">
            <w:pPr>
              <w:jc w:val="center"/>
            </w:pPr>
            <w:r>
              <w:rPr>
                <w:sz w:val="15"/>
              </w:rPr>
              <w:t>619.00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11FD9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F868C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0983FA" w14:textId="77777777" w:rsidR="004550E7" w:rsidRDefault="00000000">
            <w:pPr>
              <w:jc w:val="center"/>
            </w:pPr>
            <w:r>
              <w:rPr>
                <w:sz w:val="15"/>
              </w:rPr>
              <w:t>0.151</w:t>
            </w:r>
          </w:p>
        </w:tc>
      </w:tr>
      <w:tr w:rsidR="004550E7" w14:paraId="442CA28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45A8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2F48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C551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99DA20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51FE59" w14:textId="77777777" w:rsidR="004550E7" w:rsidRDefault="00000000">
            <w:pPr>
              <w:jc w:val="center"/>
            </w:pPr>
            <w:r>
              <w:rPr>
                <w:sz w:val="15"/>
              </w:rPr>
              <w:t>6.59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979EEE" w14:textId="77777777" w:rsidR="004550E7" w:rsidRDefault="00000000">
            <w:pPr>
              <w:jc w:val="center"/>
            </w:pPr>
            <w:r>
              <w:rPr>
                <w:sz w:val="15"/>
              </w:rPr>
              <w:t>3.49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B90162" w14:textId="77777777" w:rsidR="004550E7" w:rsidRDefault="00000000">
            <w:pPr>
              <w:jc w:val="center"/>
            </w:pPr>
            <w:r>
              <w:rPr>
                <w:sz w:val="15"/>
              </w:rPr>
              <w:t>6.24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76B5E2" w14:textId="77777777" w:rsidR="004550E7" w:rsidRDefault="00000000">
            <w:pPr>
              <w:jc w:val="center"/>
            </w:pPr>
            <w:r>
              <w:rPr>
                <w:sz w:val="15"/>
              </w:rPr>
              <w:t>0.097</w:t>
            </w:r>
          </w:p>
        </w:tc>
      </w:tr>
      <w:tr w:rsidR="004550E7" w14:paraId="5427124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3DF9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5C02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994C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3D4C64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877B6" w14:textId="77777777" w:rsidR="004550E7" w:rsidRDefault="00000000">
            <w:pPr>
              <w:jc w:val="center"/>
            </w:pPr>
            <w:r>
              <w:rPr>
                <w:sz w:val="15"/>
              </w:rPr>
              <w:t>619.00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0563B9" w14:textId="77777777" w:rsidR="004550E7" w:rsidRDefault="00000000">
            <w:pPr>
              <w:jc w:val="center"/>
            </w:pPr>
            <w:r>
              <w:rPr>
                <w:sz w:val="15"/>
              </w:rPr>
              <w:t>3.95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CF8B8B" w14:textId="77777777" w:rsidR="004550E7" w:rsidRDefault="00000000">
            <w:pPr>
              <w:jc w:val="center"/>
            </w:pPr>
            <w:r>
              <w:rPr>
                <w:sz w:val="15"/>
              </w:rPr>
              <w:t>6.25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293D73" w14:textId="77777777" w:rsidR="004550E7" w:rsidRDefault="00000000">
            <w:pPr>
              <w:jc w:val="center"/>
            </w:pPr>
            <w:r>
              <w:rPr>
                <w:sz w:val="15"/>
              </w:rPr>
              <w:t>0.108</w:t>
            </w:r>
          </w:p>
        </w:tc>
      </w:tr>
      <w:tr w:rsidR="004550E7" w14:paraId="768B9E8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F451A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EC7DA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D6CB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60D51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CA68E" w14:textId="77777777" w:rsidR="004550E7" w:rsidRDefault="00000000">
            <w:pPr>
              <w:jc w:val="center"/>
            </w:pPr>
            <w:r>
              <w:rPr>
                <w:sz w:val="15"/>
              </w:rPr>
              <w:t>6.67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E7A71" w14:textId="77777777" w:rsidR="004550E7" w:rsidRDefault="00000000">
            <w:pPr>
              <w:jc w:val="center"/>
            </w:pPr>
            <w:r>
              <w:rPr>
                <w:sz w:val="15"/>
              </w:rPr>
              <w:t>6.19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DC0742" w14:textId="77777777" w:rsidR="004550E7" w:rsidRDefault="00000000">
            <w:pPr>
              <w:jc w:val="center"/>
            </w:pPr>
            <w:r>
              <w:rPr>
                <w:sz w:val="15"/>
              </w:rPr>
              <w:t>6.41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0F5062" w14:textId="77777777" w:rsidR="004550E7" w:rsidRDefault="00000000">
            <w:pPr>
              <w:jc w:val="center"/>
            </w:pPr>
            <w:r>
              <w:rPr>
                <w:sz w:val="15"/>
              </w:rPr>
              <w:t>0.088</w:t>
            </w:r>
          </w:p>
        </w:tc>
      </w:tr>
      <w:tr w:rsidR="004550E7" w14:paraId="764C88D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4DCC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BB944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5905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EF13FA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DE2467" w14:textId="77777777" w:rsidR="004550E7" w:rsidRDefault="00000000">
            <w:pPr>
              <w:jc w:val="center"/>
            </w:pPr>
            <w:r>
              <w:rPr>
                <w:sz w:val="15"/>
              </w:rPr>
              <w:t>6.55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27614F" w14:textId="77777777" w:rsidR="004550E7" w:rsidRDefault="00000000">
            <w:pPr>
              <w:jc w:val="center"/>
            </w:pPr>
            <w:r>
              <w:rPr>
                <w:sz w:val="15"/>
              </w:rPr>
              <w:t>5.83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CB7AB" w14:textId="77777777" w:rsidR="004550E7" w:rsidRDefault="00000000">
            <w:pPr>
              <w:jc w:val="center"/>
            </w:pPr>
            <w:r>
              <w:rPr>
                <w:sz w:val="15"/>
              </w:rPr>
              <w:t>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AED5CA" w14:textId="77777777" w:rsidR="004550E7" w:rsidRDefault="00000000">
            <w:pPr>
              <w:jc w:val="center"/>
            </w:pPr>
            <w:r>
              <w:rPr>
                <w:sz w:val="15"/>
              </w:rPr>
              <w:t>0.138</w:t>
            </w:r>
          </w:p>
        </w:tc>
      </w:tr>
      <w:tr w:rsidR="004550E7" w14:paraId="7844143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A78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FAC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36551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C4E58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655C5" w14:textId="77777777" w:rsidR="004550E7" w:rsidRDefault="00000000">
            <w:pPr>
              <w:jc w:val="center"/>
            </w:pPr>
            <w:r>
              <w:rPr>
                <w:sz w:val="15"/>
              </w:rPr>
              <w:t>6.75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152B34" w14:textId="77777777" w:rsidR="004550E7" w:rsidRDefault="00000000">
            <w:pPr>
              <w:jc w:val="center"/>
            </w:pPr>
            <w:r>
              <w:rPr>
                <w:sz w:val="15"/>
              </w:rPr>
              <w:t>5.39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72C0D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D1D778" w14:textId="77777777" w:rsidR="004550E7" w:rsidRDefault="00000000">
            <w:pPr>
              <w:jc w:val="center"/>
            </w:pPr>
            <w:r>
              <w:rPr>
                <w:sz w:val="15"/>
              </w:rPr>
              <w:t>0.166</w:t>
            </w:r>
          </w:p>
        </w:tc>
      </w:tr>
      <w:tr w:rsidR="004550E7" w14:paraId="11796E2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9A62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8FEC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266B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3A64B3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5FD0B" w14:textId="77777777" w:rsidR="004550E7" w:rsidRDefault="00000000">
            <w:pPr>
              <w:jc w:val="center"/>
            </w:pPr>
            <w:r>
              <w:rPr>
                <w:sz w:val="15"/>
              </w:rPr>
              <w:t>6.70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397CEA" w14:textId="77777777" w:rsidR="004550E7" w:rsidRDefault="00000000">
            <w:pPr>
              <w:jc w:val="center"/>
            </w:pPr>
            <w:r>
              <w:rPr>
                <w:sz w:val="15"/>
              </w:rPr>
              <w:t>5.75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7A08C1" w14:textId="77777777" w:rsidR="004550E7" w:rsidRDefault="00000000">
            <w:pPr>
              <w:jc w:val="center"/>
            </w:pPr>
            <w:r>
              <w:rPr>
                <w:sz w:val="15"/>
              </w:rPr>
              <w:t>6.23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AEB598" w14:textId="77777777" w:rsidR="004550E7" w:rsidRDefault="00000000">
            <w:pPr>
              <w:jc w:val="center"/>
            </w:pPr>
            <w:r>
              <w:rPr>
                <w:sz w:val="15"/>
              </w:rPr>
              <w:t>0.115</w:t>
            </w:r>
          </w:p>
        </w:tc>
      </w:tr>
      <w:tr w:rsidR="004550E7" w14:paraId="2D4C79D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8276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01360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34EB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6E982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D0887C" w14:textId="77777777" w:rsidR="004550E7" w:rsidRDefault="00000000">
            <w:pPr>
              <w:jc w:val="center"/>
            </w:pPr>
            <w:r>
              <w:rPr>
                <w:sz w:val="15"/>
              </w:rPr>
              <w:t>6.48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10AEE0" w14:textId="77777777" w:rsidR="004550E7" w:rsidRDefault="00000000">
            <w:pPr>
              <w:jc w:val="center"/>
            </w:pPr>
            <w:r>
              <w:rPr>
                <w:sz w:val="15"/>
              </w:rPr>
              <w:t>6.00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119932" w14:textId="77777777" w:rsidR="004550E7" w:rsidRDefault="00000000">
            <w:pPr>
              <w:jc w:val="center"/>
            </w:pPr>
            <w:r>
              <w:rPr>
                <w:sz w:val="15"/>
              </w:rPr>
              <w:t>6.34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2EFA7E" w14:textId="77777777" w:rsidR="004550E7" w:rsidRDefault="00000000">
            <w:pPr>
              <w:jc w:val="center"/>
            </w:pPr>
            <w:r>
              <w:rPr>
                <w:sz w:val="15"/>
              </w:rPr>
              <w:t>0.103</w:t>
            </w:r>
          </w:p>
        </w:tc>
      </w:tr>
      <w:tr w:rsidR="004550E7" w14:paraId="74AF3E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AB3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02730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02F22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0FFD7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B5C0C" w14:textId="77777777" w:rsidR="004550E7" w:rsidRDefault="00000000">
            <w:pPr>
              <w:jc w:val="center"/>
            </w:pPr>
            <w:r>
              <w:rPr>
                <w:sz w:val="15"/>
              </w:rPr>
              <w:t>6.52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8743CE" w14:textId="77777777" w:rsidR="004550E7" w:rsidRDefault="00000000">
            <w:pPr>
              <w:jc w:val="center"/>
            </w:pPr>
            <w:r>
              <w:rPr>
                <w:sz w:val="15"/>
              </w:rPr>
              <w:t>4.47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40EAA9" w14:textId="77777777" w:rsidR="004550E7" w:rsidRDefault="00000000">
            <w:pPr>
              <w:jc w:val="center"/>
            </w:pPr>
            <w:r>
              <w:rPr>
                <w:sz w:val="15"/>
              </w:rPr>
              <w:t>6.23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773169" w14:textId="77777777" w:rsidR="004550E7" w:rsidRDefault="00000000">
            <w:pPr>
              <w:jc w:val="center"/>
            </w:pPr>
            <w:r>
              <w:rPr>
                <w:sz w:val="15"/>
              </w:rPr>
              <w:t>0.136</w:t>
            </w:r>
          </w:p>
        </w:tc>
      </w:tr>
      <w:tr w:rsidR="004550E7" w14:paraId="018E49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05EDD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811DC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12820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4D3E9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8424A" w14:textId="77777777" w:rsidR="004550E7" w:rsidRDefault="00000000">
            <w:pPr>
              <w:jc w:val="center"/>
            </w:pPr>
            <w:r>
              <w:rPr>
                <w:sz w:val="15"/>
              </w:rPr>
              <w:t>6.71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3D344" w14:textId="77777777" w:rsidR="004550E7" w:rsidRDefault="00000000">
            <w:pPr>
              <w:jc w:val="center"/>
            </w:pPr>
            <w:r>
              <w:rPr>
                <w:sz w:val="15"/>
              </w:rPr>
              <w:t>5.70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CD55D" w14:textId="77777777" w:rsidR="004550E7" w:rsidRDefault="00000000">
            <w:pPr>
              <w:jc w:val="center"/>
            </w:pPr>
            <w:r>
              <w:rPr>
                <w:sz w:val="15"/>
              </w:rPr>
              <w:t>6.34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1F55A" w14:textId="77777777" w:rsidR="004550E7" w:rsidRDefault="00000000">
            <w:pPr>
              <w:jc w:val="center"/>
            </w:pPr>
            <w:r>
              <w:rPr>
                <w:sz w:val="15"/>
              </w:rPr>
              <w:t>0.179</w:t>
            </w:r>
          </w:p>
        </w:tc>
      </w:tr>
      <w:tr w:rsidR="004550E7" w14:paraId="01E574E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017B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B8C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A1DDA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26BED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B32569" w14:textId="77777777" w:rsidR="004550E7" w:rsidRDefault="00000000">
            <w:pPr>
              <w:jc w:val="center"/>
            </w:pPr>
            <w:r>
              <w:rPr>
                <w:sz w:val="15"/>
              </w:rPr>
              <w:t>6.89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AEFD78" w14:textId="77777777" w:rsidR="004550E7" w:rsidRDefault="00000000">
            <w:pPr>
              <w:jc w:val="center"/>
            </w:pPr>
            <w:r>
              <w:rPr>
                <w:sz w:val="15"/>
              </w:rPr>
              <w:t>5.62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3EB3A4" w14:textId="77777777" w:rsidR="004550E7" w:rsidRDefault="00000000">
            <w:pPr>
              <w:jc w:val="center"/>
            </w:pPr>
            <w:r>
              <w:rPr>
                <w:sz w:val="15"/>
              </w:rPr>
              <w:t>6.33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E8C9F" w14:textId="77777777" w:rsidR="004550E7" w:rsidRDefault="00000000">
            <w:pPr>
              <w:jc w:val="center"/>
            </w:pPr>
            <w:r>
              <w:rPr>
                <w:sz w:val="15"/>
              </w:rPr>
              <w:t>0.108</w:t>
            </w:r>
          </w:p>
        </w:tc>
      </w:tr>
      <w:tr w:rsidR="004550E7" w14:paraId="3EA5BD4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34E4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A01E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0DAA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0E1E1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64AD6" w14:textId="77777777" w:rsidR="004550E7" w:rsidRDefault="00000000">
            <w:pPr>
              <w:jc w:val="center"/>
            </w:pPr>
            <w:r>
              <w:rPr>
                <w:sz w:val="15"/>
              </w:rPr>
              <w:t>6.57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19BE7" w14:textId="77777777" w:rsidR="004550E7" w:rsidRDefault="00000000">
            <w:pPr>
              <w:jc w:val="center"/>
            </w:pPr>
            <w:r>
              <w:rPr>
                <w:sz w:val="15"/>
              </w:rPr>
              <w:t>2.76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36D48B" w14:textId="77777777" w:rsidR="004550E7" w:rsidRDefault="00000000">
            <w:pPr>
              <w:jc w:val="center"/>
            </w:pPr>
            <w:r>
              <w:rPr>
                <w:sz w:val="15"/>
              </w:rPr>
              <w:t>6.33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84C5D1" w14:textId="77777777" w:rsidR="004550E7" w:rsidRDefault="00000000">
            <w:pPr>
              <w:jc w:val="center"/>
            </w:pPr>
            <w:r>
              <w:rPr>
                <w:sz w:val="15"/>
              </w:rPr>
              <w:t>0.155</w:t>
            </w:r>
          </w:p>
        </w:tc>
      </w:tr>
      <w:tr w:rsidR="004550E7" w14:paraId="7EDAC7F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B9B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B5C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53CD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7C2A4B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6F7ACE" w14:textId="77777777" w:rsidR="004550E7" w:rsidRDefault="00000000">
            <w:pPr>
              <w:jc w:val="center"/>
            </w:pPr>
            <w:r>
              <w:rPr>
                <w:sz w:val="15"/>
              </w:rPr>
              <w:t>6.74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6F88C" w14:textId="77777777" w:rsidR="004550E7" w:rsidRDefault="00000000">
            <w:pPr>
              <w:jc w:val="center"/>
            </w:pPr>
            <w:r>
              <w:rPr>
                <w:sz w:val="15"/>
              </w:rPr>
              <w:t>6.01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39BFD0" w14:textId="77777777" w:rsidR="004550E7" w:rsidRDefault="00000000">
            <w:pPr>
              <w:jc w:val="center"/>
            </w:pPr>
            <w:r>
              <w:rPr>
                <w:sz w:val="15"/>
              </w:rPr>
              <w:t>6.32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08E2B" w14:textId="77777777" w:rsidR="004550E7" w:rsidRDefault="00000000">
            <w:pPr>
              <w:jc w:val="center"/>
            </w:pPr>
            <w:r>
              <w:rPr>
                <w:sz w:val="15"/>
              </w:rPr>
              <w:t>0.099</w:t>
            </w:r>
          </w:p>
        </w:tc>
      </w:tr>
      <w:tr w:rsidR="004550E7" w14:paraId="19A2438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36E98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A90DD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850DB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6BA45B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D1B77" w14:textId="77777777" w:rsidR="004550E7" w:rsidRDefault="00000000">
            <w:pPr>
              <w:jc w:val="center"/>
            </w:pPr>
            <w:r>
              <w:rPr>
                <w:sz w:val="15"/>
              </w:rPr>
              <w:t>6.65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6366FE" w14:textId="77777777" w:rsidR="004550E7" w:rsidRDefault="00000000">
            <w:pPr>
              <w:jc w:val="center"/>
            </w:pPr>
            <w:r>
              <w:rPr>
                <w:sz w:val="15"/>
              </w:rPr>
              <w:t>6.44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2F20B" w14:textId="77777777" w:rsidR="004550E7" w:rsidRDefault="00000000">
            <w:pPr>
              <w:jc w:val="center"/>
            </w:pPr>
            <w:r>
              <w:rPr>
                <w:sz w:val="15"/>
              </w:rPr>
              <w:t>6.55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BC6CAF" w14:textId="77777777" w:rsidR="004550E7" w:rsidRDefault="00000000">
            <w:pPr>
              <w:jc w:val="center"/>
            </w:pPr>
            <w:r>
              <w:rPr>
                <w:sz w:val="15"/>
              </w:rPr>
              <w:t>0.066</w:t>
            </w:r>
          </w:p>
        </w:tc>
      </w:tr>
      <w:tr w:rsidR="004550E7" w14:paraId="0A0A31F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045BB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0647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BC87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25121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33002A" w14:textId="77777777" w:rsidR="004550E7" w:rsidRDefault="00000000">
            <w:pPr>
              <w:jc w:val="center"/>
            </w:pPr>
            <w:r>
              <w:rPr>
                <w:sz w:val="15"/>
              </w:rPr>
              <w:t>6.83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9A0F4A" w14:textId="77777777" w:rsidR="004550E7" w:rsidRDefault="00000000">
            <w:pPr>
              <w:jc w:val="center"/>
            </w:pPr>
            <w:r>
              <w:rPr>
                <w:sz w:val="15"/>
              </w:rPr>
              <w:t>6.12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498763" w14:textId="77777777" w:rsidR="004550E7" w:rsidRDefault="00000000">
            <w:pPr>
              <w:jc w:val="center"/>
            </w:pPr>
            <w:r>
              <w:rPr>
                <w:sz w:val="15"/>
              </w:rPr>
              <w:t>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BC466" w14:textId="77777777" w:rsidR="004550E7" w:rsidRDefault="00000000">
            <w:pPr>
              <w:jc w:val="center"/>
            </w:pPr>
            <w:r>
              <w:rPr>
                <w:sz w:val="15"/>
              </w:rPr>
              <w:t>0.098</w:t>
            </w:r>
          </w:p>
        </w:tc>
      </w:tr>
      <w:tr w:rsidR="004550E7" w14:paraId="136CC3B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2B409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5AF7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C59E3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53B006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49C51" w14:textId="77777777" w:rsidR="004550E7" w:rsidRDefault="00000000">
            <w:pPr>
              <w:jc w:val="center"/>
            </w:pPr>
            <w:r>
              <w:rPr>
                <w:sz w:val="15"/>
              </w:rPr>
              <w:t>6.40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D8380" w14:textId="77777777" w:rsidR="004550E7" w:rsidRDefault="00000000">
            <w:pPr>
              <w:jc w:val="center"/>
            </w:pPr>
            <w:r>
              <w:rPr>
                <w:sz w:val="15"/>
              </w:rPr>
              <w:t>5.75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EAA88E" w14:textId="77777777" w:rsidR="004550E7" w:rsidRDefault="00000000">
            <w:pPr>
              <w:jc w:val="center"/>
            </w:pPr>
            <w:r>
              <w:rPr>
                <w:sz w:val="15"/>
              </w:rPr>
              <w:t>6.23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512E5F" w14:textId="77777777" w:rsidR="004550E7" w:rsidRDefault="00000000">
            <w:pPr>
              <w:jc w:val="center"/>
            </w:pPr>
            <w:r>
              <w:rPr>
                <w:sz w:val="15"/>
              </w:rPr>
              <w:t>0.152</w:t>
            </w:r>
          </w:p>
        </w:tc>
      </w:tr>
      <w:tr w:rsidR="004550E7" w14:paraId="2EC76C0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DD93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3E0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9820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E9ABD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32E15" w14:textId="77777777" w:rsidR="004550E7" w:rsidRDefault="00000000">
            <w:pPr>
              <w:jc w:val="center"/>
            </w:pPr>
            <w:r>
              <w:rPr>
                <w:sz w:val="15"/>
              </w:rPr>
              <w:t>6.65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BCB5A" w14:textId="77777777" w:rsidR="004550E7" w:rsidRDefault="00000000">
            <w:pPr>
              <w:jc w:val="center"/>
            </w:pPr>
            <w:r>
              <w:rPr>
                <w:sz w:val="15"/>
              </w:rPr>
              <w:t>6.00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E4E893" w14:textId="77777777" w:rsidR="004550E7" w:rsidRDefault="00000000">
            <w:pPr>
              <w:jc w:val="center"/>
            </w:pPr>
            <w:r>
              <w:rPr>
                <w:sz w:val="15"/>
              </w:rPr>
              <w:t>6.27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BB4809" w14:textId="77777777" w:rsidR="004550E7" w:rsidRDefault="00000000">
            <w:pPr>
              <w:jc w:val="center"/>
            </w:pPr>
            <w:r>
              <w:rPr>
                <w:sz w:val="15"/>
              </w:rPr>
              <w:t>0.206</w:t>
            </w:r>
          </w:p>
        </w:tc>
      </w:tr>
      <w:tr w:rsidR="004550E7" w14:paraId="06CCF4C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8B5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C3D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B2B0F9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3C15F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22EEC9" w14:textId="77777777" w:rsidR="004550E7" w:rsidRDefault="00000000">
            <w:pPr>
              <w:jc w:val="center"/>
            </w:pPr>
            <w:r>
              <w:rPr>
                <w:sz w:val="15"/>
              </w:rPr>
              <w:t>6.90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2F50E4" w14:textId="77777777" w:rsidR="004550E7" w:rsidRDefault="00000000">
            <w:pPr>
              <w:jc w:val="center"/>
            </w:pPr>
            <w:r>
              <w:rPr>
                <w:sz w:val="15"/>
              </w:rPr>
              <w:t>5.87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EF354" w14:textId="77777777" w:rsidR="004550E7" w:rsidRDefault="00000000">
            <w:pPr>
              <w:jc w:val="center"/>
            </w:pPr>
            <w:r>
              <w:rPr>
                <w:sz w:val="15"/>
              </w:rPr>
              <w:t>6.19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98F58" w14:textId="77777777" w:rsidR="004550E7" w:rsidRDefault="00000000">
            <w:pPr>
              <w:jc w:val="center"/>
            </w:pPr>
            <w:r>
              <w:rPr>
                <w:sz w:val="15"/>
              </w:rPr>
              <w:t>0.026</w:t>
            </w:r>
          </w:p>
        </w:tc>
      </w:tr>
      <w:tr w:rsidR="004550E7" w14:paraId="7B138AF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D7E7B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1146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85A7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130655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6BDD3" w14:textId="77777777" w:rsidR="004550E7" w:rsidRDefault="00000000">
            <w:pPr>
              <w:jc w:val="center"/>
            </w:pPr>
            <w:r>
              <w:rPr>
                <w:sz w:val="15"/>
              </w:rPr>
              <w:t>6.65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D246B" w14:textId="77777777" w:rsidR="004550E7" w:rsidRDefault="00000000">
            <w:pPr>
              <w:jc w:val="center"/>
            </w:pPr>
            <w:r>
              <w:rPr>
                <w:sz w:val="15"/>
              </w:rPr>
              <w:t>6.20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ACB66" w14:textId="77777777" w:rsidR="004550E7" w:rsidRDefault="00000000">
            <w:pPr>
              <w:jc w:val="center"/>
            </w:pPr>
            <w:r>
              <w:rPr>
                <w:sz w:val="15"/>
              </w:rPr>
              <w:t>6.41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A008A" w14:textId="77777777" w:rsidR="004550E7" w:rsidRDefault="00000000">
            <w:pPr>
              <w:jc w:val="center"/>
            </w:pPr>
            <w:r>
              <w:rPr>
                <w:sz w:val="15"/>
              </w:rPr>
              <w:t>0.072</w:t>
            </w:r>
          </w:p>
        </w:tc>
      </w:tr>
      <w:tr w:rsidR="004550E7" w14:paraId="641A63E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C727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4B0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F6B351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49FAAD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286EE" w14:textId="77777777" w:rsidR="004550E7" w:rsidRDefault="00000000">
            <w:pPr>
              <w:jc w:val="center"/>
            </w:pPr>
            <w:r>
              <w:rPr>
                <w:sz w:val="15"/>
              </w:rPr>
              <w:t>6.58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F2842" w14:textId="77777777" w:rsidR="004550E7" w:rsidRDefault="00000000">
            <w:pPr>
              <w:jc w:val="center"/>
            </w:pPr>
            <w:r>
              <w:rPr>
                <w:sz w:val="15"/>
              </w:rPr>
              <w:t>6.17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856FA" w14:textId="77777777" w:rsidR="004550E7" w:rsidRDefault="00000000">
            <w:pPr>
              <w:jc w:val="center"/>
            </w:pPr>
            <w:r>
              <w:rPr>
                <w:sz w:val="15"/>
              </w:rPr>
              <w:t>6.36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8D76FC" w14:textId="77777777" w:rsidR="004550E7" w:rsidRDefault="00000000">
            <w:pPr>
              <w:jc w:val="center"/>
            </w:pPr>
            <w:r>
              <w:rPr>
                <w:sz w:val="15"/>
              </w:rPr>
              <w:t>0.068</w:t>
            </w:r>
          </w:p>
        </w:tc>
      </w:tr>
      <w:tr w:rsidR="004550E7" w14:paraId="53163B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89F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7D0C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61ED11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D08D07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BF15F0" w14:textId="77777777" w:rsidR="004550E7" w:rsidRDefault="00000000">
            <w:pPr>
              <w:jc w:val="center"/>
            </w:pPr>
            <w:r>
              <w:rPr>
                <w:sz w:val="15"/>
              </w:rPr>
              <w:t>6.59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99491" w14:textId="77777777" w:rsidR="004550E7" w:rsidRDefault="00000000">
            <w:pPr>
              <w:jc w:val="center"/>
            </w:pPr>
            <w:r>
              <w:rPr>
                <w:sz w:val="15"/>
              </w:rPr>
              <w:t>6.25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56C9A" w14:textId="77777777" w:rsidR="004550E7" w:rsidRDefault="00000000">
            <w:pPr>
              <w:jc w:val="center"/>
            </w:pPr>
            <w:r>
              <w:rPr>
                <w:sz w:val="15"/>
              </w:rPr>
              <w:t>6.38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A3EF0A" w14:textId="77777777" w:rsidR="004550E7" w:rsidRDefault="00000000">
            <w:pPr>
              <w:jc w:val="center"/>
            </w:pPr>
            <w:r>
              <w:rPr>
                <w:sz w:val="15"/>
              </w:rPr>
              <w:t>0.074</w:t>
            </w:r>
          </w:p>
        </w:tc>
      </w:tr>
      <w:tr w:rsidR="004550E7" w14:paraId="37EDBE4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E58D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EEDD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A7B5EF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B87D7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6F9CE" w14:textId="77777777" w:rsidR="004550E7" w:rsidRDefault="00000000">
            <w:pPr>
              <w:jc w:val="center"/>
            </w:pPr>
            <w:r>
              <w:rPr>
                <w:sz w:val="15"/>
              </w:rPr>
              <w:t>6.54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FA1E3D" w14:textId="77777777" w:rsidR="004550E7" w:rsidRDefault="00000000">
            <w:pPr>
              <w:jc w:val="center"/>
            </w:pPr>
            <w:r>
              <w:rPr>
                <w:sz w:val="15"/>
              </w:rPr>
              <w:t>3.83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6F228" w14:textId="77777777" w:rsidR="004550E7" w:rsidRDefault="00000000">
            <w:pPr>
              <w:jc w:val="center"/>
            </w:pPr>
            <w:r>
              <w:rPr>
                <w:sz w:val="15"/>
              </w:rPr>
              <w:t>6.19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64ED3B" w14:textId="77777777" w:rsidR="004550E7" w:rsidRDefault="00000000">
            <w:pPr>
              <w:jc w:val="center"/>
            </w:pPr>
            <w:r>
              <w:rPr>
                <w:sz w:val="15"/>
              </w:rPr>
              <w:t>0.139</w:t>
            </w:r>
          </w:p>
        </w:tc>
      </w:tr>
      <w:tr w:rsidR="004550E7" w14:paraId="3F75DCC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A9C5C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15DD5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D8BE87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200CE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B5CEC7" w14:textId="77777777" w:rsidR="004550E7" w:rsidRDefault="00000000">
            <w:pPr>
              <w:jc w:val="center"/>
            </w:pPr>
            <w:r>
              <w:rPr>
                <w:sz w:val="15"/>
              </w:rPr>
              <w:t>6.23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A905E" w14:textId="77777777" w:rsidR="004550E7" w:rsidRDefault="00000000">
            <w:pPr>
              <w:jc w:val="center"/>
            </w:pPr>
            <w:r>
              <w:rPr>
                <w:sz w:val="15"/>
              </w:rPr>
              <w:t>5.63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114B74" w14:textId="77777777" w:rsidR="004550E7" w:rsidRDefault="00000000">
            <w:pPr>
              <w:jc w:val="center"/>
            </w:pPr>
            <w:r>
              <w:rPr>
                <w:sz w:val="15"/>
              </w:rPr>
              <w:t>5.84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886ACB" w14:textId="77777777" w:rsidR="004550E7" w:rsidRDefault="00000000">
            <w:pPr>
              <w:jc w:val="center"/>
            </w:pPr>
            <w:r>
              <w:rPr>
                <w:sz w:val="15"/>
              </w:rPr>
              <w:t>0.102</w:t>
            </w:r>
          </w:p>
        </w:tc>
      </w:tr>
      <w:tr w:rsidR="004550E7" w14:paraId="6A5B33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A412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90EB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65FAE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7AF9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7D965" w14:textId="77777777" w:rsidR="004550E7" w:rsidRDefault="00000000">
            <w:pPr>
              <w:jc w:val="center"/>
            </w:pPr>
            <w:r>
              <w:rPr>
                <w:sz w:val="15"/>
              </w:rPr>
              <w:t>6.53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5BD1AE" w14:textId="77777777" w:rsidR="004550E7" w:rsidRDefault="00000000">
            <w:pPr>
              <w:jc w:val="center"/>
            </w:pPr>
            <w:r>
              <w:rPr>
                <w:sz w:val="15"/>
              </w:rPr>
              <w:t>5.73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87DFD2" w14:textId="77777777" w:rsidR="004550E7" w:rsidRDefault="00000000">
            <w:pPr>
              <w:jc w:val="center"/>
            </w:pPr>
            <w:r>
              <w:rPr>
                <w:sz w:val="15"/>
              </w:rPr>
              <w:t>6.33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A24C70" w14:textId="77777777" w:rsidR="004550E7" w:rsidRDefault="00000000">
            <w:pPr>
              <w:jc w:val="center"/>
            </w:pPr>
            <w:r>
              <w:rPr>
                <w:sz w:val="15"/>
              </w:rPr>
              <w:t>0.185</w:t>
            </w:r>
          </w:p>
        </w:tc>
      </w:tr>
      <w:tr w:rsidR="004550E7" w14:paraId="1E5A33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9C57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7955B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DA7ED6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40AF69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96168E" w14:textId="77777777" w:rsidR="004550E7" w:rsidRDefault="00000000">
            <w:pPr>
              <w:jc w:val="center"/>
            </w:pPr>
            <w:r>
              <w:rPr>
                <w:sz w:val="15"/>
              </w:rPr>
              <w:t>6.70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BFD09" w14:textId="77777777" w:rsidR="004550E7" w:rsidRDefault="00000000">
            <w:pPr>
              <w:jc w:val="center"/>
            </w:pPr>
            <w:r>
              <w:rPr>
                <w:sz w:val="15"/>
              </w:rPr>
              <w:t>6.30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705A2" w14:textId="77777777" w:rsidR="004550E7" w:rsidRDefault="00000000">
            <w:pPr>
              <w:jc w:val="center"/>
            </w:pPr>
            <w:r>
              <w:rPr>
                <w:sz w:val="15"/>
              </w:rPr>
              <w:t>6.51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7FD6A5" w14:textId="77777777" w:rsidR="004550E7" w:rsidRDefault="00000000">
            <w:pPr>
              <w:jc w:val="center"/>
            </w:pPr>
            <w:r>
              <w:rPr>
                <w:sz w:val="15"/>
              </w:rPr>
              <w:t>0.049</w:t>
            </w:r>
          </w:p>
        </w:tc>
      </w:tr>
      <w:tr w:rsidR="004550E7" w14:paraId="217E561C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7CAB5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RBC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C522D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722FF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658A5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37AC5" w14:textId="77777777" w:rsidR="004550E7" w:rsidRDefault="00000000">
            <w:pPr>
              <w:jc w:val="center"/>
            </w:pPr>
            <w:r>
              <w:rPr>
                <w:sz w:val="15"/>
              </w:rPr>
              <w:t>7.32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69C6B0" w14:textId="77777777" w:rsidR="004550E7" w:rsidRDefault="00000000">
            <w:pPr>
              <w:jc w:val="center"/>
            </w:pPr>
            <w:r>
              <w:rPr>
                <w:sz w:val="15"/>
              </w:rPr>
              <w:t>1.14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F80FCD" w14:textId="77777777" w:rsidR="004550E7" w:rsidRDefault="00000000">
            <w:pPr>
              <w:jc w:val="center"/>
            </w:pPr>
            <w:r>
              <w:rPr>
                <w:sz w:val="15"/>
              </w:rPr>
              <w:t>4.33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2F85A" w14:textId="77777777" w:rsidR="004550E7" w:rsidRDefault="00000000">
            <w:pPr>
              <w:jc w:val="center"/>
            </w:pPr>
            <w:r>
              <w:rPr>
                <w:sz w:val="15"/>
              </w:rPr>
              <w:t>0.105</w:t>
            </w:r>
          </w:p>
        </w:tc>
      </w:tr>
      <w:tr w:rsidR="004550E7" w14:paraId="067EAC7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A399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40A3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BD4A2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D36941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9B256" w14:textId="77777777" w:rsidR="004550E7" w:rsidRDefault="00000000">
            <w:pPr>
              <w:jc w:val="center"/>
            </w:pPr>
            <w:r>
              <w:rPr>
                <w:sz w:val="15"/>
              </w:rPr>
              <w:t>4.54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BB7146" w14:textId="77777777" w:rsidR="004550E7" w:rsidRDefault="00000000">
            <w:pPr>
              <w:jc w:val="center"/>
            </w:pPr>
            <w:r>
              <w:rPr>
                <w:sz w:val="15"/>
              </w:rPr>
              <w:t>2.34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550CA" w14:textId="77777777" w:rsidR="004550E7" w:rsidRDefault="00000000">
            <w:pPr>
              <w:jc w:val="center"/>
            </w:pPr>
            <w:r>
              <w:rPr>
                <w:sz w:val="15"/>
              </w:rPr>
              <w:t>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291E5D" w14:textId="77777777" w:rsidR="004550E7" w:rsidRDefault="00000000">
            <w:pPr>
              <w:jc w:val="center"/>
            </w:pPr>
            <w:r>
              <w:rPr>
                <w:sz w:val="15"/>
              </w:rPr>
              <w:t>0.076</w:t>
            </w:r>
          </w:p>
        </w:tc>
      </w:tr>
      <w:tr w:rsidR="004550E7" w14:paraId="141189D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ABA43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C832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36813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7BAD4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71210" w14:textId="77777777" w:rsidR="004550E7" w:rsidRDefault="00000000">
            <w:pPr>
              <w:jc w:val="center"/>
            </w:pPr>
            <w:r>
              <w:rPr>
                <w:sz w:val="15"/>
              </w:rPr>
              <w:t>4.50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CA862" w14:textId="77777777" w:rsidR="004550E7" w:rsidRDefault="00000000">
            <w:pPr>
              <w:jc w:val="center"/>
            </w:pPr>
            <w:r>
              <w:rPr>
                <w:sz w:val="15"/>
              </w:rPr>
              <w:t>3.48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F496C3" w14:textId="77777777" w:rsidR="004550E7" w:rsidRDefault="00000000">
            <w:pPr>
              <w:jc w:val="center"/>
            </w:pPr>
            <w:r>
              <w:rPr>
                <w:sz w:val="15"/>
              </w:rPr>
              <w:t>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48848A" w14:textId="77777777" w:rsidR="004550E7" w:rsidRDefault="00000000">
            <w:pPr>
              <w:jc w:val="center"/>
            </w:pPr>
            <w:r>
              <w:rPr>
                <w:sz w:val="15"/>
              </w:rPr>
              <w:t>0.086</w:t>
            </w:r>
          </w:p>
        </w:tc>
      </w:tr>
      <w:tr w:rsidR="004550E7" w14:paraId="7BB6F98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E199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BF3E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0252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D16FD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7C3FF" w14:textId="77777777" w:rsidR="004550E7" w:rsidRDefault="00000000">
            <w:pPr>
              <w:jc w:val="center"/>
            </w:pPr>
            <w:r>
              <w:rPr>
                <w:sz w:val="15"/>
              </w:rPr>
              <w:t>4.56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36F08B" w14:textId="77777777" w:rsidR="004550E7" w:rsidRDefault="00000000">
            <w:pPr>
              <w:jc w:val="center"/>
            </w:pPr>
            <w:r>
              <w:rPr>
                <w:sz w:val="15"/>
              </w:rPr>
              <w:t>4.25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6D559" w14:textId="77777777" w:rsidR="004550E7" w:rsidRDefault="00000000">
            <w:pPr>
              <w:jc w:val="center"/>
            </w:pPr>
            <w:r>
              <w:rPr>
                <w:sz w:val="15"/>
              </w:rPr>
              <w:t>4.41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36A6F" w14:textId="77777777" w:rsidR="004550E7" w:rsidRDefault="00000000">
            <w:pPr>
              <w:jc w:val="center"/>
            </w:pPr>
            <w:r>
              <w:rPr>
                <w:sz w:val="15"/>
              </w:rPr>
              <w:t>0.063</w:t>
            </w:r>
          </w:p>
        </w:tc>
      </w:tr>
      <w:tr w:rsidR="004550E7" w14:paraId="7373D9B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F2AF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6F78A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395D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488C1B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33E5B1" w14:textId="77777777" w:rsidR="004550E7" w:rsidRDefault="00000000">
            <w:pPr>
              <w:jc w:val="center"/>
            </w:pPr>
            <w:r>
              <w:rPr>
                <w:sz w:val="15"/>
              </w:rPr>
              <w:t>4.42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FF70C6" w14:textId="77777777" w:rsidR="004550E7" w:rsidRDefault="00000000">
            <w:pPr>
              <w:jc w:val="center"/>
            </w:pPr>
            <w:r>
              <w:rPr>
                <w:sz w:val="15"/>
              </w:rPr>
              <w:t>4.01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961B9F" w14:textId="77777777" w:rsidR="004550E7" w:rsidRDefault="00000000">
            <w:pPr>
              <w:jc w:val="center"/>
            </w:pPr>
            <w:r>
              <w:rPr>
                <w:sz w:val="15"/>
              </w:rPr>
              <w:t>4.26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AE6560" w14:textId="77777777" w:rsidR="004550E7" w:rsidRDefault="00000000">
            <w:pPr>
              <w:jc w:val="center"/>
            </w:pPr>
            <w:r>
              <w:rPr>
                <w:sz w:val="15"/>
              </w:rPr>
              <w:t>0.114</w:t>
            </w:r>
          </w:p>
        </w:tc>
      </w:tr>
      <w:tr w:rsidR="004550E7" w14:paraId="05E2489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73D9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72DBD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6811E8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3CC9E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4DB358" w14:textId="77777777" w:rsidR="004550E7" w:rsidRDefault="00000000">
            <w:pPr>
              <w:jc w:val="center"/>
            </w:pPr>
            <w:r>
              <w:rPr>
                <w:sz w:val="15"/>
              </w:rPr>
              <w:t>4.60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63106" w14:textId="77777777" w:rsidR="004550E7" w:rsidRDefault="00000000">
            <w:pPr>
              <w:jc w:val="center"/>
            </w:pPr>
            <w:r>
              <w:rPr>
                <w:sz w:val="15"/>
              </w:rPr>
              <w:t>3.53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F3AF56" w14:textId="77777777" w:rsidR="004550E7" w:rsidRDefault="00000000">
            <w:pPr>
              <w:jc w:val="center"/>
            </w:pPr>
            <w:r>
              <w:rPr>
                <w:sz w:val="15"/>
              </w:rPr>
              <w:t>4.34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9A4F55" w14:textId="77777777" w:rsidR="004550E7" w:rsidRDefault="00000000">
            <w:pPr>
              <w:jc w:val="center"/>
            </w:pPr>
            <w:r>
              <w:rPr>
                <w:sz w:val="15"/>
              </w:rPr>
              <w:t>0.116</w:t>
            </w:r>
          </w:p>
        </w:tc>
      </w:tr>
      <w:tr w:rsidR="004550E7" w14:paraId="3C68986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07CB7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511F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FB92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EE761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F68C1" w14:textId="77777777" w:rsidR="004550E7" w:rsidRDefault="00000000">
            <w:pPr>
              <w:jc w:val="center"/>
            </w:pPr>
            <w:r>
              <w:rPr>
                <w:sz w:val="15"/>
              </w:rPr>
              <w:t>4.50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3278E6" w14:textId="77777777" w:rsidR="004550E7" w:rsidRDefault="00000000">
            <w:pPr>
              <w:jc w:val="center"/>
            </w:pPr>
            <w:r>
              <w:rPr>
                <w:sz w:val="15"/>
              </w:rPr>
              <w:t>4.01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4DFA8" w14:textId="77777777" w:rsidR="004550E7" w:rsidRDefault="00000000">
            <w:pPr>
              <w:jc w:val="center"/>
            </w:pPr>
            <w:r>
              <w:rPr>
                <w:sz w:val="15"/>
              </w:rPr>
              <w:t>4.28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14EA2E" w14:textId="77777777" w:rsidR="004550E7" w:rsidRDefault="00000000">
            <w:pPr>
              <w:jc w:val="center"/>
            </w:pPr>
            <w:r>
              <w:rPr>
                <w:sz w:val="15"/>
              </w:rPr>
              <w:t>0.121</w:t>
            </w:r>
          </w:p>
        </w:tc>
      </w:tr>
      <w:tr w:rsidR="004550E7" w14:paraId="6032F2B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AAF83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11F3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1639A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AF4F0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7ADB0" w14:textId="77777777" w:rsidR="004550E7" w:rsidRDefault="00000000">
            <w:pPr>
              <w:jc w:val="center"/>
            </w:pPr>
            <w:r>
              <w:rPr>
                <w:sz w:val="15"/>
              </w:rPr>
              <w:t>4.43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F1339" w14:textId="77777777" w:rsidR="004550E7" w:rsidRDefault="00000000">
            <w:pPr>
              <w:jc w:val="center"/>
            </w:pPr>
            <w:r>
              <w:rPr>
                <w:sz w:val="15"/>
              </w:rPr>
              <w:t>4.20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A16D30" w14:textId="77777777" w:rsidR="004550E7" w:rsidRDefault="00000000">
            <w:pPr>
              <w:jc w:val="center"/>
            </w:pPr>
            <w:r>
              <w:rPr>
                <w:sz w:val="15"/>
              </w:rPr>
              <w:t>4.34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E6B177" w14:textId="77777777" w:rsidR="004550E7" w:rsidRDefault="00000000">
            <w:pPr>
              <w:jc w:val="center"/>
            </w:pPr>
            <w:r>
              <w:rPr>
                <w:sz w:val="15"/>
              </w:rPr>
              <w:t>0.076</w:t>
            </w:r>
          </w:p>
        </w:tc>
      </w:tr>
      <w:tr w:rsidR="004550E7" w14:paraId="4EA1420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5C06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020CA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D0E9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62E4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F9DE5D" w14:textId="77777777" w:rsidR="004550E7" w:rsidRDefault="00000000">
            <w:pPr>
              <w:jc w:val="center"/>
            </w:pPr>
            <w:r>
              <w:rPr>
                <w:sz w:val="15"/>
              </w:rPr>
              <w:t>6.45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D472B3" w14:textId="77777777" w:rsidR="004550E7" w:rsidRDefault="00000000">
            <w:pPr>
              <w:jc w:val="center"/>
            </w:pPr>
            <w:r>
              <w:rPr>
                <w:sz w:val="15"/>
              </w:rPr>
              <w:t>4.00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40F97F" w14:textId="77777777" w:rsidR="004550E7" w:rsidRDefault="00000000">
            <w:pPr>
              <w:jc w:val="center"/>
            </w:pPr>
            <w:r>
              <w:rPr>
                <w:sz w:val="15"/>
              </w:rPr>
              <w:t>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04704" w14:textId="77777777" w:rsidR="004550E7" w:rsidRDefault="00000000">
            <w:pPr>
              <w:jc w:val="center"/>
            </w:pPr>
            <w:r>
              <w:rPr>
                <w:sz w:val="15"/>
              </w:rPr>
              <w:t>0.103</w:t>
            </w:r>
          </w:p>
        </w:tc>
      </w:tr>
      <w:tr w:rsidR="004550E7" w14:paraId="693D371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6F4E7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21834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B6B534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26760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4C5C3" w14:textId="77777777" w:rsidR="004550E7" w:rsidRDefault="00000000">
            <w:pPr>
              <w:jc w:val="center"/>
            </w:pPr>
            <w:r>
              <w:rPr>
                <w:sz w:val="15"/>
              </w:rPr>
              <w:t>4.56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33954C" w14:textId="77777777" w:rsidR="004550E7" w:rsidRDefault="00000000">
            <w:pPr>
              <w:jc w:val="center"/>
            </w:pPr>
            <w:r>
              <w:rPr>
                <w:sz w:val="15"/>
              </w:rPr>
              <w:t>4.00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334B6" w14:textId="77777777" w:rsidR="004550E7" w:rsidRDefault="00000000">
            <w:pPr>
              <w:jc w:val="center"/>
            </w:pPr>
            <w:r>
              <w:rPr>
                <w:sz w:val="15"/>
              </w:rPr>
              <w:t>4.33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3A1B7B" w14:textId="77777777" w:rsidR="004550E7" w:rsidRDefault="00000000">
            <w:pPr>
              <w:jc w:val="center"/>
            </w:pPr>
            <w:r>
              <w:rPr>
                <w:sz w:val="15"/>
              </w:rPr>
              <w:t>0.111</w:t>
            </w:r>
          </w:p>
        </w:tc>
      </w:tr>
      <w:tr w:rsidR="004550E7" w14:paraId="42CD259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66A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F017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B146B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F35B2F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FDFF74" w14:textId="77777777" w:rsidR="004550E7" w:rsidRDefault="00000000">
            <w:pPr>
              <w:jc w:val="center"/>
            </w:pPr>
            <w:r>
              <w:rPr>
                <w:sz w:val="15"/>
              </w:rPr>
              <w:t>7.32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3DD5C4" w14:textId="77777777" w:rsidR="004550E7" w:rsidRDefault="00000000">
            <w:pPr>
              <w:jc w:val="center"/>
            </w:pPr>
            <w:r>
              <w:rPr>
                <w:sz w:val="15"/>
              </w:rPr>
              <w:t>3.78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3E84C4" w14:textId="77777777" w:rsidR="004550E7" w:rsidRDefault="00000000">
            <w:pPr>
              <w:jc w:val="center"/>
            </w:pPr>
            <w:r>
              <w:rPr>
                <w:sz w:val="15"/>
              </w:rPr>
              <w:t>4.34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780E66" w14:textId="77777777" w:rsidR="004550E7" w:rsidRDefault="00000000">
            <w:pPr>
              <w:jc w:val="center"/>
            </w:pPr>
            <w:r>
              <w:rPr>
                <w:sz w:val="15"/>
              </w:rPr>
              <w:t>0.079</w:t>
            </w:r>
          </w:p>
        </w:tc>
      </w:tr>
      <w:tr w:rsidR="004550E7" w14:paraId="1D33C19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26DC3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DB91E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786BC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CAD775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B85F26" w14:textId="77777777" w:rsidR="004550E7" w:rsidRDefault="00000000">
            <w:pPr>
              <w:jc w:val="center"/>
            </w:pPr>
            <w:r>
              <w:rPr>
                <w:sz w:val="15"/>
              </w:rPr>
              <w:t>6.73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6FEC2" w14:textId="77777777" w:rsidR="004550E7" w:rsidRDefault="00000000">
            <w:pPr>
              <w:jc w:val="center"/>
            </w:pPr>
            <w:r>
              <w:rPr>
                <w:sz w:val="15"/>
              </w:rPr>
              <w:t>4.09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083D08" w14:textId="77777777" w:rsidR="004550E7" w:rsidRDefault="00000000">
            <w:pPr>
              <w:jc w:val="center"/>
            </w:pPr>
            <w:r>
              <w:rPr>
                <w:sz w:val="15"/>
              </w:rPr>
              <w:t>4.36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1A2CC2" w14:textId="77777777" w:rsidR="004550E7" w:rsidRDefault="00000000">
            <w:pPr>
              <w:jc w:val="center"/>
            </w:pPr>
            <w:r>
              <w:rPr>
                <w:sz w:val="15"/>
              </w:rPr>
              <w:t>0.109</w:t>
            </w:r>
          </w:p>
        </w:tc>
      </w:tr>
      <w:tr w:rsidR="004550E7" w14:paraId="18BDEA7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61F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4E80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55145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FA9E0E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E655D" w14:textId="77777777" w:rsidR="004550E7" w:rsidRDefault="00000000">
            <w:pPr>
              <w:jc w:val="center"/>
            </w:pPr>
            <w:r>
              <w:rPr>
                <w:sz w:val="15"/>
              </w:rPr>
              <w:t>4.57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D3784D" w14:textId="77777777" w:rsidR="004550E7" w:rsidRDefault="00000000">
            <w:pPr>
              <w:jc w:val="center"/>
            </w:pPr>
            <w:r>
              <w:rPr>
                <w:sz w:val="15"/>
              </w:rPr>
              <w:t>4.05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B01CE" w14:textId="77777777" w:rsidR="004550E7" w:rsidRDefault="00000000">
            <w:pPr>
              <w:jc w:val="center"/>
            </w:pPr>
            <w:r>
              <w:rPr>
                <w:sz w:val="15"/>
              </w:rPr>
              <w:t>4.39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4121E3" w14:textId="77777777" w:rsidR="004550E7" w:rsidRDefault="00000000">
            <w:pPr>
              <w:jc w:val="center"/>
            </w:pPr>
            <w:r>
              <w:rPr>
                <w:sz w:val="15"/>
              </w:rPr>
              <w:t>0.109</w:t>
            </w:r>
          </w:p>
        </w:tc>
      </w:tr>
      <w:tr w:rsidR="004550E7" w14:paraId="25AEF79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D7B6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92C0E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F26F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6FC1E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82E6B0" w14:textId="77777777" w:rsidR="004550E7" w:rsidRDefault="00000000">
            <w:pPr>
              <w:jc w:val="center"/>
            </w:pPr>
            <w:r>
              <w:rPr>
                <w:sz w:val="15"/>
              </w:rPr>
              <w:t>4.58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D8B4F8" w14:textId="77777777" w:rsidR="004550E7" w:rsidRDefault="00000000">
            <w:pPr>
              <w:jc w:val="center"/>
            </w:pPr>
            <w:r>
              <w:rPr>
                <w:sz w:val="15"/>
              </w:rPr>
              <w:t>4.39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36F6D" w14:textId="77777777" w:rsidR="004550E7" w:rsidRDefault="00000000">
            <w:pPr>
              <w:jc w:val="center"/>
            </w:pPr>
            <w:r>
              <w:rPr>
                <w:sz w:val="15"/>
              </w:rPr>
              <w:t>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68090" w14:textId="77777777" w:rsidR="004550E7" w:rsidRDefault="00000000">
            <w:pPr>
              <w:jc w:val="center"/>
            </w:pPr>
            <w:r>
              <w:rPr>
                <w:sz w:val="15"/>
              </w:rPr>
              <w:t>0.055</w:t>
            </w:r>
          </w:p>
        </w:tc>
      </w:tr>
      <w:tr w:rsidR="004550E7" w14:paraId="26AC40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5D4F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C172B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5AD3E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806E0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0A0166" w14:textId="77777777" w:rsidR="004550E7" w:rsidRDefault="00000000">
            <w:pPr>
              <w:jc w:val="center"/>
            </w:pPr>
            <w:r>
              <w:rPr>
                <w:sz w:val="15"/>
              </w:rPr>
              <w:t>4.66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E46D63" w14:textId="77777777" w:rsidR="004550E7" w:rsidRDefault="00000000">
            <w:pPr>
              <w:jc w:val="center"/>
            </w:pPr>
            <w:r>
              <w:rPr>
                <w:sz w:val="15"/>
              </w:rPr>
              <w:t>4.10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545CF" w14:textId="77777777" w:rsidR="004550E7" w:rsidRDefault="00000000">
            <w:pPr>
              <w:jc w:val="center"/>
            </w:pPr>
            <w:r>
              <w:rPr>
                <w:sz w:val="15"/>
              </w:rPr>
              <w:t>4.32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93DDAE" w14:textId="77777777" w:rsidR="004550E7" w:rsidRDefault="00000000">
            <w:pPr>
              <w:jc w:val="center"/>
            </w:pPr>
            <w:r>
              <w:rPr>
                <w:sz w:val="15"/>
              </w:rPr>
              <w:t>0.089</w:t>
            </w:r>
          </w:p>
        </w:tc>
      </w:tr>
      <w:tr w:rsidR="004550E7" w14:paraId="733C83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460F8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CDFA1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012F7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67E2F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A3B361" w14:textId="77777777" w:rsidR="004550E7" w:rsidRDefault="00000000">
            <w:pPr>
              <w:jc w:val="center"/>
            </w:pPr>
            <w:r>
              <w:rPr>
                <w:sz w:val="15"/>
              </w:rPr>
              <w:t>4.37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257612" w14:textId="77777777" w:rsidR="004550E7" w:rsidRDefault="00000000">
            <w:pPr>
              <w:jc w:val="center"/>
            </w:pPr>
            <w:r>
              <w:rPr>
                <w:sz w:val="15"/>
              </w:rPr>
              <w:t>3.93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2F3E53" w14:textId="77777777" w:rsidR="004550E7" w:rsidRDefault="00000000">
            <w:pPr>
              <w:jc w:val="center"/>
            </w:pPr>
            <w:r>
              <w:rPr>
                <w:sz w:val="15"/>
              </w:rPr>
              <w:t>4.21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76A8F4" w14:textId="77777777" w:rsidR="004550E7" w:rsidRDefault="00000000">
            <w:pPr>
              <w:jc w:val="center"/>
            </w:pPr>
            <w:r>
              <w:rPr>
                <w:sz w:val="15"/>
              </w:rPr>
              <w:t>0.146</w:t>
            </w:r>
          </w:p>
        </w:tc>
      </w:tr>
      <w:tr w:rsidR="004550E7" w14:paraId="7E1120C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A1C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42701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24BF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B90C15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17B29" w14:textId="77777777" w:rsidR="004550E7" w:rsidRDefault="00000000">
            <w:pPr>
              <w:jc w:val="center"/>
            </w:pPr>
            <w:r>
              <w:rPr>
                <w:sz w:val="15"/>
              </w:rPr>
              <w:t>4.59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AEC58F" w14:textId="77777777" w:rsidR="004550E7" w:rsidRDefault="00000000">
            <w:pPr>
              <w:jc w:val="center"/>
            </w:pPr>
            <w:r>
              <w:rPr>
                <w:sz w:val="15"/>
              </w:rPr>
              <w:t>4.10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DDEDD8" w14:textId="77777777" w:rsidR="004550E7" w:rsidRDefault="00000000">
            <w:pPr>
              <w:jc w:val="center"/>
            </w:pPr>
            <w:r>
              <w:rPr>
                <w:sz w:val="15"/>
              </w:rPr>
              <w:t>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A4AB7" w14:textId="77777777" w:rsidR="004550E7" w:rsidRDefault="00000000">
            <w:pPr>
              <w:jc w:val="center"/>
            </w:pPr>
            <w:r>
              <w:rPr>
                <w:sz w:val="15"/>
              </w:rPr>
              <w:t>0.126</w:t>
            </w:r>
          </w:p>
        </w:tc>
      </w:tr>
      <w:tr w:rsidR="004550E7" w14:paraId="47E275C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2508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77F86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8050AA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A3892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0D576" w14:textId="77777777" w:rsidR="004550E7" w:rsidRDefault="00000000">
            <w:pPr>
              <w:jc w:val="center"/>
            </w:pPr>
            <w:r>
              <w:rPr>
                <w:sz w:val="15"/>
              </w:rPr>
              <w:t>4.70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9F03A" w14:textId="77777777" w:rsidR="004550E7" w:rsidRDefault="00000000">
            <w:pPr>
              <w:jc w:val="center"/>
            </w:pPr>
            <w:r>
              <w:rPr>
                <w:sz w:val="15"/>
              </w:rPr>
              <w:t>4.05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A1AB2C" w14:textId="77777777" w:rsidR="004550E7" w:rsidRDefault="00000000">
            <w:pPr>
              <w:jc w:val="center"/>
            </w:pPr>
            <w:r>
              <w:rPr>
                <w:sz w:val="15"/>
              </w:rPr>
              <w:t>4.24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30A979" w14:textId="77777777" w:rsidR="004550E7" w:rsidRDefault="00000000">
            <w:pPr>
              <w:jc w:val="center"/>
            </w:pPr>
            <w:r>
              <w:rPr>
                <w:sz w:val="15"/>
              </w:rPr>
              <w:t>0.046</w:t>
            </w:r>
          </w:p>
        </w:tc>
      </w:tr>
      <w:tr w:rsidR="004550E7" w14:paraId="0592C74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CD1F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40FA6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D4385D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2F890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868FAA" w14:textId="77777777" w:rsidR="004550E7" w:rsidRDefault="00000000">
            <w:pPr>
              <w:jc w:val="center"/>
            </w:pPr>
            <w:r>
              <w:rPr>
                <w:sz w:val="15"/>
              </w:rPr>
              <w:t>4.53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2676B" w14:textId="77777777" w:rsidR="004550E7" w:rsidRDefault="00000000">
            <w:pPr>
              <w:jc w:val="center"/>
            </w:pPr>
            <w:r>
              <w:rPr>
                <w:sz w:val="15"/>
              </w:rPr>
              <w:t>4.26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634AF" w14:textId="77777777" w:rsidR="004550E7" w:rsidRDefault="00000000">
            <w:pPr>
              <w:jc w:val="center"/>
            </w:pPr>
            <w:r>
              <w:rPr>
                <w:sz w:val="15"/>
              </w:rPr>
              <w:t>4.38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FFBFC" w14:textId="77777777" w:rsidR="004550E7" w:rsidRDefault="00000000">
            <w:pPr>
              <w:jc w:val="center"/>
            </w:pPr>
            <w:r>
              <w:rPr>
                <w:sz w:val="15"/>
              </w:rPr>
              <w:t>0.048</w:t>
            </w:r>
          </w:p>
        </w:tc>
      </w:tr>
      <w:tr w:rsidR="004550E7" w14:paraId="419446F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F44C6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24FD0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0C43D2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92AB4E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284EA" w14:textId="77777777" w:rsidR="004550E7" w:rsidRDefault="00000000">
            <w:pPr>
              <w:jc w:val="center"/>
            </w:pPr>
            <w:r>
              <w:rPr>
                <w:sz w:val="15"/>
              </w:rPr>
              <w:t>4.51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71B39D" w14:textId="77777777" w:rsidR="004550E7" w:rsidRDefault="00000000">
            <w:pPr>
              <w:jc w:val="center"/>
            </w:pPr>
            <w:r>
              <w:rPr>
                <w:sz w:val="15"/>
              </w:rPr>
              <w:t>4.22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0472A0" w14:textId="77777777" w:rsidR="004550E7" w:rsidRDefault="00000000">
            <w:pPr>
              <w:jc w:val="center"/>
            </w:pPr>
            <w:r>
              <w:rPr>
                <w:sz w:val="15"/>
              </w:rPr>
              <w:t>4.34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AE4B87" w14:textId="77777777" w:rsidR="004550E7" w:rsidRDefault="00000000">
            <w:pPr>
              <w:jc w:val="center"/>
            </w:pPr>
            <w:r>
              <w:rPr>
                <w:sz w:val="15"/>
              </w:rPr>
              <w:t>0.065</w:t>
            </w:r>
          </w:p>
        </w:tc>
      </w:tr>
      <w:tr w:rsidR="004550E7" w14:paraId="1E2F569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46D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71E2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9B8C3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EE49D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50B37" w14:textId="77777777" w:rsidR="004550E7" w:rsidRDefault="00000000">
            <w:pPr>
              <w:jc w:val="center"/>
            </w:pPr>
            <w:r>
              <w:rPr>
                <w:sz w:val="15"/>
              </w:rPr>
              <w:t>4.50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3C0EF5" w14:textId="77777777" w:rsidR="004550E7" w:rsidRDefault="00000000">
            <w:pPr>
              <w:jc w:val="center"/>
            </w:pPr>
            <w:r>
              <w:rPr>
                <w:sz w:val="15"/>
              </w:rPr>
              <w:t>4.26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16810B" w14:textId="77777777" w:rsidR="004550E7" w:rsidRDefault="00000000">
            <w:pPr>
              <w:jc w:val="center"/>
            </w:pPr>
            <w:r>
              <w:rPr>
                <w:sz w:val="15"/>
              </w:rPr>
              <w:t>4.36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614F63" w14:textId="77777777" w:rsidR="004550E7" w:rsidRDefault="00000000">
            <w:pPr>
              <w:jc w:val="center"/>
            </w:pPr>
            <w:r>
              <w:rPr>
                <w:sz w:val="15"/>
              </w:rPr>
              <w:t>0.066</w:t>
            </w:r>
          </w:p>
        </w:tc>
      </w:tr>
      <w:tr w:rsidR="004550E7" w14:paraId="4CDF858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19BF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D7CA7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E0892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1BB9BC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11BF6" w14:textId="77777777" w:rsidR="004550E7" w:rsidRDefault="00000000">
            <w:pPr>
              <w:jc w:val="center"/>
            </w:pPr>
            <w:r>
              <w:rPr>
                <w:sz w:val="15"/>
              </w:rPr>
              <w:t>4.45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AB530" w14:textId="77777777" w:rsidR="004550E7" w:rsidRDefault="00000000">
            <w:pPr>
              <w:jc w:val="center"/>
            </w:pPr>
            <w:r>
              <w:rPr>
                <w:sz w:val="15"/>
              </w:rPr>
              <w:t>1.14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55BFFE" w14:textId="77777777" w:rsidR="004550E7" w:rsidRDefault="00000000">
            <w:pPr>
              <w:jc w:val="center"/>
            </w:pPr>
            <w:r>
              <w:rPr>
                <w:sz w:val="15"/>
              </w:rPr>
              <w:t>4.24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B326AD" w14:textId="77777777" w:rsidR="004550E7" w:rsidRDefault="00000000">
            <w:pPr>
              <w:jc w:val="center"/>
            </w:pPr>
            <w:r>
              <w:rPr>
                <w:sz w:val="15"/>
              </w:rPr>
              <w:t>0.102</w:t>
            </w:r>
          </w:p>
        </w:tc>
      </w:tr>
      <w:tr w:rsidR="004550E7" w14:paraId="43B316A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134F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E6AD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D5A1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591DA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7910D7" w14:textId="77777777" w:rsidR="004550E7" w:rsidRDefault="00000000">
            <w:pPr>
              <w:jc w:val="center"/>
            </w:pPr>
            <w:r>
              <w:rPr>
                <w:sz w:val="15"/>
              </w:rPr>
              <w:t>4.31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7EE3C" w14:textId="77777777" w:rsidR="004550E7" w:rsidRDefault="00000000">
            <w:pPr>
              <w:jc w:val="center"/>
            </w:pPr>
            <w:r>
              <w:rPr>
                <w:sz w:val="15"/>
              </w:rPr>
              <w:t>3.92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CB3D60" w14:textId="77777777" w:rsidR="004550E7" w:rsidRDefault="00000000">
            <w:pPr>
              <w:jc w:val="center"/>
            </w:pPr>
            <w:r>
              <w:rPr>
                <w:sz w:val="15"/>
              </w:rPr>
              <w:t>4.09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E73F4" w14:textId="77777777" w:rsidR="004550E7" w:rsidRDefault="00000000">
            <w:pPr>
              <w:jc w:val="center"/>
            </w:pPr>
            <w:r>
              <w:rPr>
                <w:sz w:val="15"/>
              </w:rPr>
              <w:t>0.082</w:t>
            </w:r>
          </w:p>
        </w:tc>
      </w:tr>
      <w:tr w:rsidR="004550E7" w14:paraId="1C2D534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78FBA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5B209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E226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7B030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2F875F" w14:textId="77777777" w:rsidR="004550E7" w:rsidRDefault="00000000">
            <w:pPr>
              <w:jc w:val="center"/>
            </w:pPr>
            <w:r>
              <w:rPr>
                <w:sz w:val="15"/>
              </w:rPr>
              <w:t>6.93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915F5" w14:textId="77777777" w:rsidR="004550E7" w:rsidRDefault="00000000">
            <w:pPr>
              <w:jc w:val="center"/>
            </w:pPr>
            <w:r>
              <w:rPr>
                <w:sz w:val="15"/>
              </w:rPr>
              <w:t>3.97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7C5F07" w14:textId="77777777" w:rsidR="004550E7" w:rsidRDefault="00000000">
            <w:pPr>
              <w:jc w:val="center"/>
            </w:pPr>
            <w:r>
              <w:rPr>
                <w:sz w:val="15"/>
              </w:rPr>
              <w:t>4.39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64F4F" w14:textId="77777777" w:rsidR="004550E7" w:rsidRDefault="00000000">
            <w:pPr>
              <w:jc w:val="center"/>
            </w:pPr>
            <w:r>
              <w:rPr>
                <w:sz w:val="15"/>
              </w:rPr>
              <w:t>0.153</w:t>
            </w:r>
          </w:p>
        </w:tc>
      </w:tr>
      <w:tr w:rsidR="004550E7" w14:paraId="757E6F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E0B2D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AD3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2014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58895D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9A9CF0" w14:textId="77777777" w:rsidR="004550E7" w:rsidRDefault="00000000">
            <w:pPr>
              <w:jc w:val="center"/>
            </w:pPr>
            <w:r>
              <w:rPr>
                <w:sz w:val="15"/>
              </w:rPr>
              <w:t>4.66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36940" w14:textId="77777777" w:rsidR="004550E7" w:rsidRDefault="00000000">
            <w:pPr>
              <w:jc w:val="center"/>
            </w:pPr>
            <w:r>
              <w:rPr>
                <w:sz w:val="15"/>
              </w:rPr>
              <w:t>4.37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9695B" w14:textId="77777777" w:rsidR="004550E7" w:rsidRDefault="00000000">
            <w:pPr>
              <w:jc w:val="center"/>
            </w:pPr>
            <w:r>
              <w:rPr>
                <w:sz w:val="15"/>
              </w:rPr>
              <w:t>4.53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BAF3B" w14:textId="77777777" w:rsidR="004550E7" w:rsidRDefault="00000000">
            <w:pPr>
              <w:jc w:val="center"/>
            </w:pPr>
            <w:r>
              <w:rPr>
                <w:sz w:val="15"/>
              </w:rPr>
              <w:t>0.048</w:t>
            </w:r>
          </w:p>
        </w:tc>
      </w:tr>
      <w:tr w:rsidR="004550E7" w14:paraId="09124677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7FF8F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lastRenderedPageBreak/>
              <w:t>Hgb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E230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125F1E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7D5BE" w14:textId="77777777" w:rsidR="004550E7" w:rsidRDefault="00000000">
            <w:pPr>
              <w:jc w:val="center"/>
            </w:pPr>
            <w:r>
              <w:rPr>
                <w:sz w:val="15"/>
              </w:rPr>
              <w:t>1843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2FBDAD" w14:textId="77777777" w:rsidR="004550E7" w:rsidRDefault="00000000">
            <w:pPr>
              <w:jc w:val="center"/>
            </w:pPr>
            <w:r>
              <w:rPr>
                <w:sz w:val="15"/>
              </w:rPr>
              <w:t>992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C8604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FE1E12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D4717A" w14:textId="77777777" w:rsidR="004550E7" w:rsidRDefault="00000000">
            <w:pPr>
              <w:jc w:val="center"/>
            </w:pPr>
            <w:r>
              <w:rPr>
                <w:sz w:val="15"/>
              </w:rPr>
              <w:t>2.475</w:t>
            </w:r>
          </w:p>
        </w:tc>
      </w:tr>
      <w:tr w:rsidR="004550E7" w14:paraId="2F41E72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6018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143C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D723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C49256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EB09B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39E91A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B0462B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808A2F" w14:textId="77777777" w:rsidR="004550E7" w:rsidRDefault="00000000">
            <w:pPr>
              <w:jc w:val="center"/>
            </w:pPr>
            <w:r>
              <w:rPr>
                <w:sz w:val="15"/>
              </w:rPr>
              <w:t>1.728</w:t>
            </w:r>
          </w:p>
        </w:tc>
      </w:tr>
      <w:tr w:rsidR="004550E7" w14:paraId="16E4C4F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D53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6691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AE5D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F8381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4BA03" w14:textId="77777777" w:rsidR="004550E7" w:rsidRDefault="00000000">
            <w:pPr>
              <w:jc w:val="center"/>
            </w:pPr>
            <w:r>
              <w:rPr>
                <w:sz w:val="15"/>
              </w:rPr>
              <w:t>992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0F03C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8D2443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4D88F" w14:textId="77777777" w:rsidR="004550E7" w:rsidRDefault="00000000">
            <w:pPr>
              <w:jc w:val="center"/>
            </w:pPr>
            <w:r>
              <w:rPr>
                <w:sz w:val="15"/>
              </w:rPr>
              <w:t>1.76</w:t>
            </w:r>
          </w:p>
        </w:tc>
      </w:tr>
      <w:tr w:rsidR="004550E7" w14:paraId="396F719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4D12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7CE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A688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D93525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8C381" w14:textId="77777777" w:rsidR="004550E7" w:rsidRDefault="00000000">
            <w:pPr>
              <w:jc w:val="center"/>
            </w:pPr>
            <w:r>
              <w:rPr>
                <w:sz w:val="15"/>
              </w:rPr>
              <w:t>136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D0F776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B274A3" w14:textId="77777777" w:rsidR="004550E7" w:rsidRDefault="00000000">
            <w:pPr>
              <w:jc w:val="center"/>
            </w:pPr>
            <w:r>
              <w:rPr>
                <w:sz w:val="15"/>
              </w:rPr>
              <w:t>130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153FB" w14:textId="77777777" w:rsidR="004550E7" w:rsidRDefault="00000000">
            <w:pPr>
              <w:jc w:val="center"/>
            </w:pPr>
            <w:r>
              <w:rPr>
                <w:sz w:val="15"/>
              </w:rPr>
              <w:t>1.339</w:t>
            </w:r>
          </w:p>
        </w:tc>
      </w:tr>
      <w:tr w:rsidR="004550E7" w14:paraId="17DBC72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58A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0DB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EB1C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6D638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74DB4A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0D8185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2EAAC6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A5782" w14:textId="77777777" w:rsidR="004550E7" w:rsidRDefault="00000000">
            <w:pPr>
              <w:jc w:val="center"/>
            </w:pPr>
            <w:r>
              <w:rPr>
                <w:sz w:val="15"/>
              </w:rPr>
              <w:t>2.683</w:t>
            </w:r>
          </w:p>
        </w:tc>
      </w:tr>
      <w:tr w:rsidR="004550E7" w14:paraId="16C3492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4147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41BEE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462539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0ECC1C" w14:textId="77777777" w:rsidR="004550E7" w:rsidRDefault="00000000">
            <w:pPr>
              <w:jc w:val="center"/>
            </w:pPr>
            <w:r>
              <w:rPr>
                <w:sz w:val="15"/>
              </w:rPr>
              <w:t>264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8FDD4" w14:textId="77777777" w:rsidR="004550E7" w:rsidRDefault="00000000">
            <w:pPr>
              <w:jc w:val="center"/>
            </w:pPr>
            <w:r>
              <w:rPr>
                <w:sz w:val="15"/>
              </w:rPr>
              <w:t>136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E7592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214DC9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B1F9A8" w14:textId="77777777" w:rsidR="004550E7" w:rsidRDefault="00000000">
            <w:pPr>
              <w:jc w:val="center"/>
            </w:pPr>
            <w:r>
              <w:rPr>
                <w:sz w:val="15"/>
              </w:rPr>
              <w:t>2.846</w:t>
            </w:r>
          </w:p>
        </w:tc>
      </w:tr>
      <w:tr w:rsidR="004550E7" w14:paraId="69AF7AB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D9E3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EF69F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C1C5A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C99BF3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7076CB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8A2875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3EDAC2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B1E8A" w14:textId="77777777" w:rsidR="004550E7" w:rsidRDefault="00000000">
            <w:pPr>
              <w:jc w:val="center"/>
            </w:pPr>
            <w:r>
              <w:rPr>
                <w:sz w:val="15"/>
              </w:rPr>
              <w:t>1.673</w:t>
            </w:r>
          </w:p>
        </w:tc>
      </w:tr>
      <w:tr w:rsidR="004550E7" w14:paraId="0235557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03652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C0BC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6D2BE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B4AD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B3CE70" w14:textId="77777777" w:rsidR="004550E7" w:rsidRDefault="00000000">
            <w:pPr>
              <w:jc w:val="center"/>
            </w:pPr>
            <w:r>
              <w:rPr>
                <w:sz w:val="15"/>
              </w:rPr>
              <w:t>134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03638C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0EC8ED" w14:textId="77777777" w:rsidR="004550E7" w:rsidRDefault="00000000">
            <w:pPr>
              <w:jc w:val="center"/>
            </w:pPr>
            <w:r>
              <w:rPr>
                <w:sz w:val="15"/>
              </w:rPr>
              <w:t>130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3F087B" w14:textId="77777777" w:rsidR="004550E7" w:rsidRDefault="00000000">
            <w:pPr>
              <w:jc w:val="center"/>
            </w:pPr>
            <w:r>
              <w:rPr>
                <w:sz w:val="15"/>
              </w:rPr>
              <w:t>1.418</w:t>
            </w:r>
          </w:p>
        </w:tc>
      </w:tr>
      <w:tr w:rsidR="004550E7" w14:paraId="55EC6C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1C769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E803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88693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380F4E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B01E5F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89DFE2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5E8B83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AF315" w14:textId="77777777" w:rsidR="004550E7" w:rsidRDefault="00000000">
            <w:pPr>
              <w:jc w:val="center"/>
            </w:pPr>
            <w:r>
              <w:rPr>
                <w:sz w:val="15"/>
              </w:rPr>
              <w:t>3.768</w:t>
            </w:r>
          </w:p>
        </w:tc>
      </w:tr>
      <w:tr w:rsidR="004550E7" w14:paraId="4212595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03D9F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D5BE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4A9257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CF80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34DDA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6E77F8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D1B6A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11A5CB" w14:textId="77777777" w:rsidR="004550E7" w:rsidRDefault="00000000">
            <w:pPr>
              <w:jc w:val="center"/>
            </w:pPr>
            <w:r>
              <w:rPr>
                <w:sz w:val="15"/>
              </w:rPr>
              <w:t>2.331</w:t>
            </w:r>
          </w:p>
        </w:tc>
      </w:tr>
      <w:tr w:rsidR="004550E7" w14:paraId="6EC0A8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FAAE2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813E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20DA9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6F9460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BEA76" w14:textId="77777777" w:rsidR="004550E7" w:rsidRDefault="00000000">
            <w:pPr>
              <w:jc w:val="center"/>
            </w:pPr>
            <w:r>
              <w:rPr>
                <w:sz w:val="15"/>
              </w:rPr>
              <w:t>140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E848F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B05E08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42AF4" w14:textId="77777777" w:rsidR="004550E7" w:rsidRDefault="00000000">
            <w:pPr>
              <w:jc w:val="center"/>
            </w:pPr>
            <w:r>
              <w:rPr>
                <w:sz w:val="15"/>
              </w:rPr>
              <w:t>1.661</w:t>
            </w:r>
          </w:p>
        </w:tc>
      </w:tr>
      <w:tr w:rsidR="004550E7" w14:paraId="2E13FCD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0D63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A3DC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7F73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34F51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6D6ED" w14:textId="77777777" w:rsidR="004550E7" w:rsidRDefault="00000000">
            <w:pPr>
              <w:jc w:val="center"/>
            </w:pPr>
            <w:r>
              <w:rPr>
                <w:sz w:val="15"/>
              </w:rPr>
              <w:t>133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502FB8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4375B8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07DF73" w14:textId="77777777" w:rsidR="004550E7" w:rsidRDefault="00000000">
            <w:pPr>
              <w:jc w:val="center"/>
            </w:pPr>
            <w:r>
              <w:rPr>
                <w:sz w:val="15"/>
              </w:rPr>
              <w:t>2.558</w:t>
            </w:r>
          </w:p>
        </w:tc>
      </w:tr>
      <w:tr w:rsidR="004550E7" w14:paraId="20B3185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D6C70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F117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EEB7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4BDBDD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3EB0DC" w14:textId="77777777" w:rsidR="004550E7" w:rsidRDefault="00000000">
            <w:pPr>
              <w:jc w:val="center"/>
            </w:pPr>
            <w:r>
              <w:rPr>
                <w:sz w:val="15"/>
              </w:rPr>
              <w:t>135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13C043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C3AA1A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61602A" w14:textId="77777777" w:rsidR="004550E7" w:rsidRDefault="00000000">
            <w:pPr>
              <w:jc w:val="center"/>
            </w:pPr>
            <w:r>
              <w:rPr>
                <w:sz w:val="15"/>
              </w:rPr>
              <w:t>3.271</w:t>
            </w:r>
          </w:p>
        </w:tc>
      </w:tr>
      <w:tr w:rsidR="004550E7" w14:paraId="0C0CCFF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A208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7E506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DF613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A0BCF2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D341B" w14:textId="77777777" w:rsidR="004550E7" w:rsidRDefault="00000000">
            <w:pPr>
              <w:jc w:val="center"/>
            </w:pPr>
            <w:r>
              <w:rPr>
                <w:sz w:val="15"/>
              </w:rPr>
              <w:t>137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4BF61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EE8B2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1C343" w14:textId="77777777" w:rsidR="004550E7" w:rsidRDefault="00000000">
            <w:pPr>
              <w:jc w:val="center"/>
            </w:pPr>
            <w:r>
              <w:rPr>
                <w:sz w:val="15"/>
              </w:rPr>
              <w:t>1.737</w:t>
            </w:r>
          </w:p>
        </w:tc>
      </w:tr>
      <w:tr w:rsidR="004550E7" w14:paraId="17C749D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91E18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870D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259B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1AA78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56BAD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09A86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4D5E0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7DF25A" w14:textId="77777777" w:rsidR="004550E7" w:rsidRDefault="00000000">
            <w:pPr>
              <w:jc w:val="center"/>
            </w:pPr>
            <w:r>
              <w:rPr>
                <w:sz w:val="15"/>
              </w:rPr>
              <w:t>1.637</w:t>
            </w:r>
          </w:p>
        </w:tc>
      </w:tr>
      <w:tr w:rsidR="004550E7" w14:paraId="131AA46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8096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3DA7E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5E5F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7F6F4E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DDB83C" w14:textId="77777777" w:rsidR="004550E7" w:rsidRDefault="00000000">
            <w:pPr>
              <w:jc w:val="center"/>
            </w:pPr>
            <w:r>
              <w:rPr>
                <w:sz w:val="15"/>
              </w:rPr>
              <w:t>133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1B8C7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4A822F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712163" w14:textId="77777777" w:rsidR="004550E7" w:rsidRDefault="00000000">
            <w:pPr>
              <w:jc w:val="center"/>
            </w:pPr>
            <w:r>
              <w:rPr>
                <w:sz w:val="15"/>
              </w:rPr>
              <w:t>1.737</w:t>
            </w:r>
          </w:p>
        </w:tc>
      </w:tr>
      <w:tr w:rsidR="004550E7" w14:paraId="5AA1C98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23A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3DFCD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1A74E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419EF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3D95D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96A213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D46BD9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3A3F78" w14:textId="77777777" w:rsidR="004550E7" w:rsidRDefault="00000000">
            <w:pPr>
              <w:jc w:val="center"/>
            </w:pPr>
            <w:r>
              <w:rPr>
                <w:sz w:val="15"/>
              </w:rPr>
              <w:t>1.687</w:t>
            </w:r>
          </w:p>
        </w:tc>
      </w:tr>
      <w:tr w:rsidR="004550E7" w14:paraId="211DDA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BE1E6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A1631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3EF28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DA9E0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D8434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F59CEC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2085D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57B093" w14:textId="77777777" w:rsidR="004550E7" w:rsidRDefault="00000000">
            <w:pPr>
              <w:jc w:val="center"/>
            </w:pPr>
            <w:r>
              <w:rPr>
                <w:sz w:val="15"/>
              </w:rPr>
              <w:t>1.007</w:t>
            </w:r>
          </w:p>
        </w:tc>
      </w:tr>
      <w:tr w:rsidR="004550E7" w14:paraId="4DB377A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58590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5C50E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97EB28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253D70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B2DEB5" w14:textId="77777777" w:rsidR="004550E7" w:rsidRDefault="00000000">
            <w:pPr>
              <w:jc w:val="center"/>
            </w:pPr>
            <w:r>
              <w:rPr>
                <w:sz w:val="15"/>
              </w:rPr>
              <w:t>134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16AAAE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EC8BF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884B08" w14:textId="77777777" w:rsidR="004550E7" w:rsidRDefault="00000000">
            <w:pPr>
              <w:jc w:val="center"/>
            </w:pPr>
            <w:r>
              <w:rPr>
                <w:sz w:val="15"/>
              </w:rPr>
              <w:t>1.549</w:t>
            </w:r>
          </w:p>
        </w:tc>
      </w:tr>
      <w:tr w:rsidR="004550E7" w14:paraId="5897AD5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0224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94C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DEF0B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084D11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15760" w14:textId="77777777" w:rsidR="004550E7" w:rsidRDefault="00000000">
            <w:pPr>
              <w:jc w:val="center"/>
            </w:pPr>
            <w:r>
              <w:rPr>
                <w:sz w:val="15"/>
              </w:rPr>
              <w:t>136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01BB52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7BEA2B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34200" w14:textId="77777777" w:rsidR="004550E7" w:rsidRDefault="00000000">
            <w:pPr>
              <w:jc w:val="center"/>
            </w:pPr>
            <w:r>
              <w:rPr>
                <w:sz w:val="15"/>
              </w:rPr>
              <w:t>2.077</w:t>
            </w:r>
          </w:p>
        </w:tc>
      </w:tr>
      <w:tr w:rsidR="004550E7" w14:paraId="713AA00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E1334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77FFE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04E94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F35690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4CA124" w14:textId="77777777" w:rsidR="004550E7" w:rsidRDefault="00000000">
            <w:pPr>
              <w:jc w:val="center"/>
            </w:pPr>
            <w:r>
              <w:rPr>
                <w:sz w:val="15"/>
              </w:rPr>
              <w:t>133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CE98D9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CAB492" w14:textId="77777777" w:rsidR="004550E7" w:rsidRDefault="00000000">
            <w:pPr>
              <w:jc w:val="center"/>
            </w:pPr>
            <w:r>
              <w:rPr>
                <w:sz w:val="15"/>
              </w:rPr>
              <w:t>130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7E02B6" w14:textId="77777777" w:rsidR="004550E7" w:rsidRDefault="00000000">
            <w:pPr>
              <w:jc w:val="center"/>
            </w:pPr>
            <w:r>
              <w:rPr>
                <w:sz w:val="15"/>
              </w:rPr>
              <w:t>2.326</w:t>
            </w:r>
          </w:p>
        </w:tc>
      </w:tr>
      <w:tr w:rsidR="004550E7" w14:paraId="4AFF3AE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1A61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0D1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1E9898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D0CC3E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385C3D" w14:textId="77777777" w:rsidR="004550E7" w:rsidRDefault="00000000">
            <w:pPr>
              <w:jc w:val="center"/>
            </w:pPr>
            <w:r>
              <w:rPr>
                <w:sz w:val="15"/>
              </w:rPr>
              <w:t>136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75158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389E39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1AB0D8" w14:textId="77777777" w:rsidR="004550E7" w:rsidRDefault="00000000">
            <w:pPr>
              <w:jc w:val="center"/>
            </w:pPr>
            <w:r>
              <w:rPr>
                <w:sz w:val="15"/>
              </w:rPr>
              <w:t>2.346</w:t>
            </w:r>
          </w:p>
        </w:tc>
      </w:tr>
      <w:tr w:rsidR="004550E7" w14:paraId="2F93E6F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83106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17FAA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F7D952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58F3E9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1F24F" w14:textId="77777777" w:rsidR="004550E7" w:rsidRDefault="00000000">
            <w:pPr>
              <w:jc w:val="center"/>
            </w:pPr>
            <w:r>
              <w:rPr>
                <w:sz w:val="15"/>
              </w:rPr>
              <w:t>134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9912C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1321F9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0B10E4" w14:textId="77777777" w:rsidR="004550E7" w:rsidRDefault="00000000">
            <w:pPr>
              <w:jc w:val="center"/>
            </w:pPr>
            <w:r>
              <w:rPr>
                <w:sz w:val="15"/>
              </w:rPr>
              <w:t>1.837</w:t>
            </w:r>
          </w:p>
        </w:tc>
      </w:tr>
      <w:tr w:rsidR="004550E7" w14:paraId="01F3E1F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FD6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9AB37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E36C6B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C3015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17307B" w14:textId="77777777" w:rsidR="004550E7" w:rsidRDefault="00000000">
            <w:pPr>
              <w:jc w:val="center"/>
            </w:pPr>
            <w:r>
              <w:rPr>
                <w:sz w:val="15"/>
              </w:rPr>
              <w:t>133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ABE2A1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235BF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74B295" w14:textId="77777777" w:rsidR="004550E7" w:rsidRDefault="00000000">
            <w:pPr>
              <w:jc w:val="center"/>
            </w:pPr>
            <w:r>
              <w:rPr>
                <w:sz w:val="15"/>
              </w:rPr>
              <w:t>3</w:t>
            </w:r>
          </w:p>
        </w:tc>
      </w:tr>
      <w:tr w:rsidR="004550E7" w14:paraId="758537D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F65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83A0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B7F56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E6892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0E534C" w14:textId="77777777" w:rsidR="004550E7" w:rsidRDefault="00000000">
            <w:pPr>
              <w:jc w:val="center"/>
            </w:pPr>
            <w:r>
              <w:rPr>
                <w:sz w:val="15"/>
              </w:rPr>
              <w:t>137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E7587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FC3F7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DDA163" w14:textId="77777777" w:rsidR="004550E7" w:rsidRDefault="00000000">
            <w:pPr>
              <w:jc w:val="center"/>
            </w:pPr>
            <w:r>
              <w:rPr>
                <w:sz w:val="15"/>
              </w:rPr>
              <w:t>1.323</w:t>
            </w:r>
          </w:p>
        </w:tc>
      </w:tr>
      <w:tr w:rsidR="004550E7" w14:paraId="1B1967AB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B39A6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Hgb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9F5E5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F3CD16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0F7A6B" w14:textId="77777777" w:rsidR="004550E7" w:rsidRDefault="00000000">
            <w:pPr>
              <w:jc w:val="center"/>
            </w:pPr>
            <w:r>
              <w:rPr>
                <w:sz w:val="15"/>
              </w:rPr>
              <w:t>1841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821E7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997C41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07B37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C3D043" w14:textId="77777777" w:rsidR="004550E7" w:rsidRDefault="00000000">
            <w:pPr>
              <w:jc w:val="center"/>
            </w:pPr>
            <w:r>
              <w:rPr>
                <w:sz w:val="15"/>
              </w:rPr>
              <w:t>1.229</w:t>
            </w:r>
          </w:p>
        </w:tc>
      </w:tr>
      <w:tr w:rsidR="004550E7" w14:paraId="009EFBB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ACFF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F9A74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921EA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AE2BA2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CCA638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1166F2" w14:textId="77777777" w:rsidR="004550E7" w:rsidRDefault="00000000">
            <w:pPr>
              <w:jc w:val="center"/>
            </w:pPr>
            <w:r>
              <w:rPr>
                <w:sz w:val="15"/>
              </w:rPr>
              <w:t>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A71905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77BD1F" w14:textId="77777777" w:rsidR="004550E7" w:rsidRDefault="00000000">
            <w:pPr>
              <w:jc w:val="center"/>
            </w:pPr>
            <w:r>
              <w:rPr>
                <w:sz w:val="15"/>
              </w:rPr>
              <w:t>0.885</w:t>
            </w:r>
          </w:p>
        </w:tc>
      </w:tr>
      <w:tr w:rsidR="004550E7" w14:paraId="2B8CB7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2C8B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75C0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91E7A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72036F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A9185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AD46C6" w14:textId="77777777" w:rsidR="004550E7" w:rsidRDefault="00000000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10142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1A0709" w14:textId="77777777" w:rsidR="004550E7" w:rsidRDefault="00000000">
            <w:pPr>
              <w:jc w:val="center"/>
            </w:pPr>
            <w:r>
              <w:rPr>
                <w:sz w:val="15"/>
              </w:rPr>
              <w:t>0.884</w:t>
            </w:r>
          </w:p>
        </w:tc>
      </w:tr>
      <w:tr w:rsidR="004550E7" w14:paraId="16F3C3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71B4D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3354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3030E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D14532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84DE1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B08BD9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F1FF3C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9A74A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525DF4B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AE94A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88FB6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124C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D1DB7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B9E87E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92316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63B978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CEE618" w14:textId="77777777" w:rsidR="004550E7" w:rsidRDefault="00000000">
            <w:pPr>
              <w:jc w:val="center"/>
            </w:pPr>
            <w:r>
              <w:rPr>
                <w:sz w:val="15"/>
              </w:rPr>
              <w:t>0.965</w:t>
            </w:r>
          </w:p>
        </w:tc>
      </w:tr>
      <w:tr w:rsidR="004550E7" w14:paraId="4CAF3DC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82140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8356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6766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6A4003" w14:textId="77777777" w:rsidR="004550E7" w:rsidRDefault="00000000">
            <w:pPr>
              <w:jc w:val="center"/>
            </w:pPr>
            <w:r>
              <w:rPr>
                <w:sz w:val="15"/>
              </w:rPr>
              <w:t>263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69C12" w14:textId="77777777" w:rsidR="004550E7" w:rsidRDefault="00000000">
            <w:pPr>
              <w:jc w:val="center"/>
            </w:pPr>
            <w:r>
              <w:rPr>
                <w:sz w:val="15"/>
              </w:rPr>
              <w:t>131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E1503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B8EFF5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DA31A5" w14:textId="77777777" w:rsidR="004550E7" w:rsidRDefault="00000000">
            <w:pPr>
              <w:jc w:val="center"/>
            </w:pPr>
            <w:r>
              <w:rPr>
                <w:sz w:val="15"/>
              </w:rPr>
              <w:t>0.905</w:t>
            </w:r>
          </w:p>
        </w:tc>
      </w:tr>
      <w:tr w:rsidR="004550E7" w14:paraId="098A6D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E25D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32233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7F2C2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CD051E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4A37E6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4F50E4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DF089B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9EA9C" w14:textId="77777777" w:rsidR="004550E7" w:rsidRDefault="00000000">
            <w:pPr>
              <w:jc w:val="center"/>
            </w:pPr>
            <w:r>
              <w:rPr>
                <w:sz w:val="15"/>
              </w:rPr>
              <w:t>0.843</w:t>
            </w:r>
          </w:p>
        </w:tc>
      </w:tr>
      <w:tr w:rsidR="004550E7" w14:paraId="18846CF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0CA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D88E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9975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31241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1E3D0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D8685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AE5BA2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FE1BFB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7BE1327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55E2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5EC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B29D0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3FABAE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9EF47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D520D" w14:textId="77777777" w:rsidR="004550E7" w:rsidRDefault="00000000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1C612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285211" w14:textId="77777777" w:rsidR="004550E7" w:rsidRDefault="00000000">
            <w:pPr>
              <w:jc w:val="center"/>
            </w:pPr>
            <w:r>
              <w:rPr>
                <w:sz w:val="15"/>
              </w:rPr>
              <w:t>0.929</w:t>
            </w:r>
          </w:p>
        </w:tc>
      </w:tr>
      <w:tr w:rsidR="004550E7" w14:paraId="40391EF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5AB6D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5DA7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B823D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004B2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10890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C268E3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3E8796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E44508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572EE72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4F7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8A891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BA0B9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5AE688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4AF156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192285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E1D95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D1DD98" w14:textId="77777777" w:rsidR="004550E7" w:rsidRDefault="00000000">
            <w:pPr>
              <w:jc w:val="center"/>
            </w:pPr>
            <w:r>
              <w:rPr>
                <w:sz w:val="15"/>
              </w:rPr>
              <w:t>1.098</w:t>
            </w:r>
          </w:p>
        </w:tc>
      </w:tr>
      <w:tr w:rsidR="004550E7" w14:paraId="15685F7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65F82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E43E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04DF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AC9E8D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4B778A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35CDB0" w14:textId="77777777" w:rsidR="004550E7" w:rsidRDefault="00000000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0A9A2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89DBE" w14:textId="77777777" w:rsidR="004550E7" w:rsidRDefault="00000000">
            <w:pPr>
              <w:jc w:val="center"/>
            </w:pPr>
            <w:r>
              <w:rPr>
                <w:sz w:val="15"/>
              </w:rPr>
              <w:t>1.361</w:t>
            </w:r>
          </w:p>
        </w:tc>
      </w:tr>
      <w:tr w:rsidR="004550E7" w14:paraId="574A2FB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22F8B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DB12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71B8A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59AD5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D1D82F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F782F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929FAF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04B2C0" w14:textId="77777777" w:rsidR="004550E7" w:rsidRDefault="00000000">
            <w:pPr>
              <w:jc w:val="center"/>
            </w:pPr>
            <w:r>
              <w:rPr>
                <w:sz w:val="15"/>
              </w:rPr>
              <w:t>1.478</w:t>
            </w:r>
          </w:p>
        </w:tc>
      </w:tr>
      <w:tr w:rsidR="004550E7" w14:paraId="5E9B3E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6442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411B2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B8D9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33E5BE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01AEF3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A15CBF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6FD544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56F49" w14:textId="77777777" w:rsidR="004550E7" w:rsidRDefault="00000000">
            <w:pPr>
              <w:jc w:val="center"/>
            </w:pPr>
            <w:r>
              <w:rPr>
                <w:sz w:val="15"/>
              </w:rPr>
              <w:t>1.02</w:t>
            </w:r>
          </w:p>
        </w:tc>
      </w:tr>
      <w:tr w:rsidR="004550E7" w14:paraId="12539A0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C14A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55977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A018A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DDAA0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D0008C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B1AAF6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890BB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54F66" w14:textId="77777777" w:rsidR="004550E7" w:rsidRDefault="00000000">
            <w:pPr>
              <w:jc w:val="center"/>
            </w:pPr>
            <w:r>
              <w:rPr>
                <w:sz w:val="15"/>
              </w:rPr>
              <w:t>0.963</w:t>
            </w:r>
          </w:p>
        </w:tc>
      </w:tr>
      <w:tr w:rsidR="004550E7" w14:paraId="4BC1F91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48CB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A81B8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53B3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D6028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CEBAC5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FE20C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EFAEF7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1813F2" w14:textId="77777777" w:rsidR="004550E7" w:rsidRDefault="00000000">
            <w:pPr>
              <w:jc w:val="center"/>
            </w:pPr>
            <w:r>
              <w:rPr>
                <w:sz w:val="15"/>
              </w:rPr>
              <w:t>0.732</w:t>
            </w:r>
          </w:p>
        </w:tc>
      </w:tr>
      <w:tr w:rsidR="004550E7" w14:paraId="3DDF44C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7CC5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C33E7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403BD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37993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BBC2C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8E8733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E5979B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5D453" w14:textId="77777777" w:rsidR="004550E7" w:rsidRDefault="00000000">
            <w:pPr>
              <w:jc w:val="center"/>
            </w:pPr>
            <w:r>
              <w:rPr>
                <w:sz w:val="15"/>
              </w:rPr>
              <w:t>1.478</w:t>
            </w:r>
          </w:p>
        </w:tc>
      </w:tr>
      <w:tr w:rsidR="004550E7" w14:paraId="5DAC8F2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5E61D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DCE70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98A50E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00E0E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1D1F1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9FEF54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D4F1F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1176C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18318A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FCD45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BBDA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580057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1204CA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E8489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3F5CBB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D5270E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83BF9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0E66CAE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AE3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79A8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507326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5E82E6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D08267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782E2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D4ED4C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A0443E" w14:textId="77777777" w:rsidR="004550E7" w:rsidRDefault="00000000">
            <w:pPr>
              <w:jc w:val="center"/>
            </w:pPr>
            <w:r>
              <w:rPr>
                <w:sz w:val="15"/>
              </w:rPr>
              <w:t>0.842</w:t>
            </w:r>
          </w:p>
        </w:tc>
      </w:tr>
      <w:tr w:rsidR="004550E7" w14:paraId="4546D6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1D0B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1A29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36B8EB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60EF35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C583F1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639D87" w14:textId="77777777" w:rsidR="004550E7" w:rsidRDefault="00000000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9F09F4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4D9B2D" w14:textId="77777777" w:rsidR="004550E7" w:rsidRDefault="00000000">
            <w:pPr>
              <w:jc w:val="center"/>
            </w:pPr>
            <w:r>
              <w:rPr>
                <w:sz w:val="15"/>
              </w:rPr>
              <w:t>1.331</w:t>
            </w:r>
          </w:p>
        </w:tc>
      </w:tr>
      <w:tr w:rsidR="004550E7" w14:paraId="30A112E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C0B1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61DA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7121D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7EEA3B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CC868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D0F1A2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D2A200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DC526" w14:textId="77777777" w:rsidR="004550E7" w:rsidRDefault="00000000">
            <w:pPr>
              <w:jc w:val="center"/>
            </w:pPr>
            <w:r>
              <w:rPr>
                <w:sz w:val="15"/>
              </w:rPr>
              <w:t>1.548</w:t>
            </w:r>
          </w:p>
        </w:tc>
      </w:tr>
      <w:tr w:rsidR="004550E7" w14:paraId="540473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F08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315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1F876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D5B670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4ABEC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045048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88A1F0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B94E7B" w14:textId="77777777" w:rsidR="004550E7" w:rsidRDefault="00000000">
            <w:pPr>
              <w:jc w:val="center"/>
            </w:pPr>
            <w:r>
              <w:rPr>
                <w:sz w:val="15"/>
              </w:rPr>
              <w:t>0.97</w:t>
            </w:r>
          </w:p>
        </w:tc>
      </w:tr>
      <w:tr w:rsidR="004550E7" w14:paraId="721106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CD76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501AF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26DFA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DE6E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0D7DB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15CA85" w14:textId="77777777" w:rsidR="004550E7" w:rsidRDefault="00000000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7219D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A160F2" w14:textId="77777777" w:rsidR="004550E7" w:rsidRDefault="00000000">
            <w:pPr>
              <w:jc w:val="center"/>
            </w:pPr>
            <w:r>
              <w:rPr>
                <w:sz w:val="15"/>
              </w:rPr>
              <w:t>0.886</w:t>
            </w:r>
          </w:p>
        </w:tc>
      </w:tr>
      <w:tr w:rsidR="004550E7" w14:paraId="0D4CC6A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3C974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83E97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9F507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DDE853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2699DB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9615D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921D2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A36B00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0A291AEF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CCA0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Hgb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0646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69DF00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9CD353" w14:textId="77777777" w:rsidR="004550E7" w:rsidRDefault="00000000">
            <w:pPr>
              <w:jc w:val="center"/>
            </w:pPr>
            <w:r>
              <w:rPr>
                <w:sz w:val="15"/>
              </w:rPr>
              <w:t>1841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63E633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32491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1EBA0C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D4435D" w14:textId="77777777" w:rsidR="004550E7" w:rsidRDefault="00000000">
            <w:pPr>
              <w:jc w:val="center"/>
            </w:pPr>
            <w:r>
              <w:rPr>
                <w:sz w:val="15"/>
              </w:rPr>
              <w:t>2.364</w:t>
            </w:r>
          </w:p>
        </w:tc>
      </w:tr>
      <w:tr w:rsidR="004550E7" w14:paraId="69318EA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FAF5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DDAC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B00F5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86147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8CC3D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502C21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B9E461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7B106B" w14:textId="77777777" w:rsidR="004550E7" w:rsidRDefault="00000000">
            <w:pPr>
              <w:jc w:val="center"/>
            </w:pPr>
            <w:r>
              <w:rPr>
                <w:sz w:val="15"/>
              </w:rPr>
              <w:t>1.715</w:t>
            </w:r>
          </w:p>
        </w:tc>
      </w:tr>
      <w:tr w:rsidR="004550E7" w14:paraId="4633D01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3B1F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4751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1B03D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6F1012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C84885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93092E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41503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36CBC2" w14:textId="77777777" w:rsidR="004550E7" w:rsidRDefault="00000000">
            <w:pPr>
              <w:jc w:val="center"/>
            </w:pPr>
            <w:r>
              <w:rPr>
                <w:sz w:val="15"/>
              </w:rPr>
              <w:t>1.773</w:t>
            </w:r>
          </w:p>
        </w:tc>
      </w:tr>
      <w:tr w:rsidR="004550E7" w14:paraId="72B7C3B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374B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62B48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4838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26756A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731842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767105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DAACE1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26E1F8" w14:textId="77777777" w:rsidR="004550E7" w:rsidRDefault="00000000">
            <w:pPr>
              <w:jc w:val="center"/>
            </w:pPr>
            <w:r>
              <w:rPr>
                <w:sz w:val="15"/>
              </w:rPr>
              <w:t>1.241</w:t>
            </w:r>
          </w:p>
        </w:tc>
      </w:tr>
      <w:tr w:rsidR="004550E7" w14:paraId="7ABEAB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BBD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09C98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62FA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E855D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AF1202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52ACAC" w14:textId="77777777" w:rsidR="004550E7" w:rsidRDefault="00000000">
            <w:pPr>
              <w:jc w:val="center"/>
            </w:pPr>
            <w:r>
              <w:rPr>
                <w:sz w:val="15"/>
              </w:rPr>
              <w:t>110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70312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DB969" w14:textId="77777777" w:rsidR="004550E7" w:rsidRDefault="00000000">
            <w:pPr>
              <w:jc w:val="center"/>
            </w:pPr>
            <w:r>
              <w:rPr>
                <w:sz w:val="15"/>
              </w:rPr>
              <w:t>1.736</w:t>
            </w:r>
          </w:p>
        </w:tc>
      </w:tr>
      <w:tr w:rsidR="004550E7" w14:paraId="1C77E56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D50CE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5C502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7CEE53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CF920F" w14:textId="77777777" w:rsidR="004550E7" w:rsidRDefault="00000000">
            <w:pPr>
              <w:jc w:val="center"/>
            </w:pPr>
            <w:r>
              <w:rPr>
                <w:sz w:val="15"/>
              </w:rPr>
              <w:t>263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233439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974253" w14:textId="77777777" w:rsidR="004550E7" w:rsidRDefault="00000000">
            <w:pPr>
              <w:jc w:val="center"/>
            </w:pPr>
            <w:r>
              <w:rPr>
                <w:sz w:val="15"/>
              </w:rPr>
              <w:t>108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85F44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CB89F1" w14:textId="77777777" w:rsidR="004550E7" w:rsidRDefault="00000000">
            <w:pPr>
              <w:jc w:val="center"/>
            </w:pPr>
            <w:r>
              <w:rPr>
                <w:sz w:val="15"/>
              </w:rPr>
              <w:t>2.588</w:t>
            </w:r>
          </w:p>
        </w:tc>
      </w:tr>
      <w:tr w:rsidR="004550E7" w14:paraId="231C65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A7736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34D5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A3C3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62795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497225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CC850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8D7ADB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AEFC93" w14:textId="77777777" w:rsidR="004550E7" w:rsidRDefault="00000000">
            <w:pPr>
              <w:jc w:val="center"/>
            </w:pPr>
            <w:r>
              <w:rPr>
                <w:sz w:val="15"/>
              </w:rPr>
              <w:t>1.397</w:t>
            </w:r>
          </w:p>
        </w:tc>
      </w:tr>
      <w:tr w:rsidR="004550E7" w14:paraId="014C38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61432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5A6C5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FBF7E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2947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E66582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1029E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5E51CB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4D641" w14:textId="77777777" w:rsidR="004550E7" w:rsidRDefault="00000000">
            <w:pPr>
              <w:jc w:val="center"/>
            </w:pPr>
            <w:r>
              <w:rPr>
                <w:sz w:val="15"/>
              </w:rPr>
              <w:t>1.382</w:t>
            </w:r>
          </w:p>
        </w:tc>
      </w:tr>
      <w:tr w:rsidR="004550E7" w14:paraId="5BF542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2466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81090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44F44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5BA58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AEBB0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09423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FA3FB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E2C6E7" w14:textId="77777777" w:rsidR="004550E7" w:rsidRDefault="00000000">
            <w:pPr>
              <w:jc w:val="center"/>
            </w:pPr>
            <w:r>
              <w:rPr>
                <w:sz w:val="15"/>
              </w:rPr>
              <w:t>3.166</w:t>
            </w:r>
          </w:p>
        </w:tc>
      </w:tr>
      <w:tr w:rsidR="004550E7" w14:paraId="09F6AB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4F14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79550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C01A1A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63D80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21A1D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90905E" w14:textId="77777777" w:rsidR="004550E7" w:rsidRDefault="00000000">
            <w:pPr>
              <w:jc w:val="center"/>
            </w:pPr>
            <w:r>
              <w:rPr>
                <w:sz w:val="15"/>
              </w:rPr>
              <w:t>117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FF4B14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00B84" w14:textId="77777777" w:rsidR="004550E7" w:rsidRDefault="00000000">
            <w:pPr>
              <w:jc w:val="center"/>
            </w:pPr>
            <w:r>
              <w:rPr>
                <w:sz w:val="15"/>
              </w:rPr>
              <w:t>1.831</w:t>
            </w:r>
          </w:p>
        </w:tc>
      </w:tr>
      <w:tr w:rsidR="004550E7" w14:paraId="580E317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12EB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4E9C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A578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2CD220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85E7AB" w14:textId="77777777" w:rsidR="004550E7" w:rsidRDefault="00000000">
            <w:pPr>
              <w:jc w:val="center"/>
            </w:pPr>
            <w:r>
              <w:rPr>
                <w:sz w:val="15"/>
              </w:rPr>
              <w:t>130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15875A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F667AD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F44BD7" w14:textId="77777777" w:rsidR="004550E7" w:rsidRDefault="00000000">
            <w:pPr>
              <w:jc w:val="center"/>
            </w:pPr>
            <w:r>
              <w:rPr>
                <w:sz w:val="15"/>
              </w:rPr>
              <w:t>1.712</w:t>
            </w:r>
          </w:p>
        </w:tc>
      </w:tr>
      <w:tr w:rsidR="004550E7" w14:paraId="6A76132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CDB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DD0AC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44B2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F46B4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C4D857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C4F01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5FCB8F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10D988" w14:textId="77777777" w:rsidR="004550E7" w:rsidRDefault="00000000">
            <w:pPr>
              <w:jc w:val="center"/>
            </w:pPr>
            <w:r>
              <w:rPr>
                <w:sz w:val="15"/>
              </w:rPr>
              <w:t>2.307</w:t>
            </w:r>
          </w:p>
        </w:tc>
      </w:tr>
      <w:tr w:rsidR="004550E7" w14:paraId="301C80B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CA2D8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40F3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B9FCB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1BA86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FD74D5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7D429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131F5C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A6C692" w14:textId="77777777" w:rsidR="004550E7" w:rsidRDefault="00000000">
            <w:pPr>
              <w:jc w:val="center"/>
            </w:pPr>
            <w:r>
              <w:rPr>
                <w:sz w:val="15"/>
              </w:rPr>
              <w:t>2.985</w:t>
            </w:r>
          </w:p>
        </w:tc>
      </w:tr>
      <w:tr w:rsidR="004550E7" w14:paraId="18D56AB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82D6B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748D2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57635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9C79C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BB7374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911D0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3D4F3F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6194E" w14:textId="77777777" w:rsidR="004550E7" w:rsidRDefault="00000000">
            <w:pPr>
              <w:jc w:val="center"/>
            </w:pPr>
            <w:r>
              <w:rPr>
                <w:sz w:val="15"/>
              </w:rPr>
              <w:t>1.401</w:t>
            </w:r>
          </w:p>
        </w:tc>
      </w:tr>
      <w:tr w:rsidR="004550E7" w14:paraId="4ED7CFC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6C2D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C34B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0318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9772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C6B28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7C5E8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603018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21E841" w14:textId="77777777" w:rsidR="004550E7" w:rsidRDefault="00000000">
            <w:pPr>
              <w:jc w:val="center"/>
            </w:pPr>
            <w:r>
              <w:rPr>
                <w:sz w:val="15"/>
              </w:rPr>
              <w:t>1.513</w:t>
            </w:r>
          </w:p>
        </w:tc>
      </w:tr>
      <w:tr w:rsidR="004550E7" w14:paraId="294B5F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4B71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5B2FC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45BE7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A99447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AA641A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CEFA1C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5DD4A5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B39AED" w14:textId="77777777" w:rsidR="004550E7" w:rsidRDefault="00000000">
            <w:pPr>
              <w:jc w:val="center"/>
            </w:pPr>
            <w:r>
              <w:rPr>
                <w:sz w:val="15"/>
              </w:rPr>
              <w:t>1.756</w:t>
            </w:r>
          </w:p>
        </w:tc>
      </w:tr>
      <w:tr w:rsidR="004550E7" w14:paraId="00F2410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AAC05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09B0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8067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CD534F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01C122" w14:textId="77777777" w:rsidR="004550E7" w:rsidRDefault="00000000">
            <w:pPr>
              <w:jc w:val="center"/>
            </w:pPr>
            <w:r>
              <w:rPr>
                <w:sz w:val="15"/>
              </w:rPr>
              <w:t>125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5B217A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1FFCEA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3694AC" w14:textId="77777777" w:rsidR="004550E7" w:rsidRDefault="00000000">
            <w:pPr>
              <w:jc w:val="center"/>
            </w:pPr>
            <w:r>
              <w:rPr>
                <w:sz w:val="15"/>
              </w:rPr>
              <w:t>2.7</w:t>
            </w:r>
          </w:p>
        </w:tc>
      </w:tr>
      <w:tr w:rsidR="004550E7" w14:paraId="2EE2FC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5B2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6C68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4B852F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4128E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C9FA2F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8FAA9F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195E5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016AE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23DB0B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03A52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E3A72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8F6E49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6C36E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435CA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076B4" w14:textId="77777777" w:rsidR="004550E7" w:rsidRDefault="00000000">
            <w:pPr>
              <w:jc w:val="center"/>
            </w:pPr>
            <w:r>
              <w:rPr>
                <w:sz w:val="15"/>
              </w:rPr>
              <w:t>117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2695A8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4825B3" w14:textId="77777777" w:rsidR="004550E7" w:rsidRDefault="00000000">
            <w:pPr>
              <w:jc w:val="center"/>
            </w:pPr>
            <w:r>
              <w:rPr>
                <w:sz w:val="15"/>
              </w:rPr>
              <w:t>1.376</w:t>
            </w:r>
          </w:p>
        </w:tc>
      </w:tr>
      <w:tr w:rsidR="004550E7" w14:paraId="71AB3D1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527F2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E425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6F2F0F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D0E2B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C5588C" w14:textId="77777777" w:rsidR="004550E7" w:rsidRDefault="00000000">
            <w:pPr>
              <w:jc w:val="center"/>
            </w:pPr>
            <w:r>
              <w:rPr>
                <w:sz w:val="15"/>
              </w:rPr>
              <w:t>128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2ACED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10F789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50AC7" w14:textId="77777777" w:rsidR="004550E7" w:rsidRDefault="00000000">
            <w:pPr>
              <w:jc w:val="center"/>
            </w:pPr>
            <w:r>
              <w:rPr>
                <w:sz w:val="15"/>
              </w:rPr>
              <w:t>1.524</w:t>
            </w:r>
          </w:p>
        </w:tc>
      </w:tr>
      <w:tr w:rsidR="004550E7" w14:paraId="637A99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54BD6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F21A7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E141B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863795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0F3EFE" w14:textId="77777777" w:rsidR="004550E7" w:rsidRDefault="00000000">
            <w:pPr>
              <w:jc w:val="center"/>
            </w:pPr>
            <w:r>
              <w:rPr>
                <w:sz w:val="15"/>
              </w:rPr>
              <w:t>127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F09DD3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34B65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02DD2" w14:textId="77777777" w:rsidR="004550E7" w:rsidRDefault="00000000">
            <w:pPr>
              <w:jc w:val="center"/>
            </w:pPr>
            <w:r>
              <w:rPr>
                <w:sz w:val="15"/>
              </w:rPr>
              <w:t>2.513</w:t>
            </w:r>
          </w:p>
        </w:tc>
      </w:tr>
      <w:tr w:rsidR="004550E7" w14:paraId="1EADEDA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6900A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B50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4EAC47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33FDE7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A06628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BBAD6" w14:textId="77777777" w:rsidR="004550E7" w:rsidRDefault="00000000">
            <w:pPr>
              <w:jc w:val="center"/>
            </w:pPr>
            <w:r>
              <w:rPr>
                <w:sz w:val="15"/>
              </w:rPr>
              <w:t>103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BB8753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433DFD" w14:textId="77777777" w:rsidR="004550E7" w:rsidRDefault="00000000">
            <w:pPr>
              <w:jc w:val="center"/>
            </w:pPr>
            <w:r>
              <w:rPr>
                <w:sz w:val="15"/>
              </w:rPr>
              <w:t>2.5</w:t>
            </w:r>
          </w:p>
        </w:tc>
      </w:tr>
      <w:tr w:rsidR="004550E7" w14:paraId="1EC324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82D1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BA264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C9DC9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DEFE0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8845A3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E42900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05B3FA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D64289" w14:textId="77777777" w:rsidR="004550E7" w:rsidRDefault="00000000">
            <w:pPr>
              <w:jc w:val="center"/>
            </w:pPr>
            <w:r>
              <w:rPr>
                <w:sz w:val="15"/>
              </w:rPr>
              <w:t>1.465</w:t>
            </w:r>
          </w:p>
        </w:tc>
      </w:tr>
      <w:tr w:rsidR="004550E7" w14:paraId="14B1159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5D80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13A0B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09A09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6384D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EC47A8" w14:textId="77777777" w:rsidR="004550E7" w:rsidRDefault="00000000">
            <w:pPr>
              <w:jc w:val="center"/>
            </w:pPr>
            <w:r>
              <w:rPr>
                <w:sz w:val="15"/>
              </w:rPr>
              <w:t>126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5D52A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4FA3FE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532B4D" w14:textId="77777777" w:rsidR="004550E7" w:rsidRDefault="00000000">
            <w:pPr>
              <w:jc w:val="center"/>
            </w:pPr>
            <w:r>
              <w:rPr>
                <w:sz w:val="15"/>
              </w:rPr>
              <w:t>2.506</w:t>
            </w:r>
          </w:p>
        </w:tc>
      </w:tr>
      <w:tr w:rsidR="004550E7" w14:paraId="18F5FF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9736C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1D24B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176C8E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AC7420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EFE916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DB566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B50409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8C262" w14:textId="77777777" w:rsidR="004550E7" w:rsidRDefault="00000000">
            <w:pPr>
              <w:jc w:val="center"/>
            </w:pPr>
            <w:r>
              <w:rPr>
                <w:sz w:val="15"/>
              </w:rPr>
              <w:t>1.36</w:t>
            </w:r>
          </w:p>
        </w:tc>
      </w:tr>
      <w:tr w:rsidR="004550E7" w14:paraId="21466471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4DDE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Hgb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A2D2D9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7F8B14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7333D" w14:textId="77777777" w:rsidR="004550E7" w:rsidRDefault="00000000">
            <w:pPr>
              <w:jc w:val="center"/>
            </w:pPr>
            <w:r>
              <w:rPr>
                <w:sz w:val="15"/>
              </w:rPr>
              <w:t>1841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5951D" w14:textId="77777777" w:rsidR="004550E7" w:rsidRDefault="00000000">
            <w:pPr>
              <w:jc w:val="center"/>
            </w:pPr>
            <w:r>
              <w:rPr>
                <w:sz w:val="15"/>
              </w:rPr>
              <w:t>155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762704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C3A81C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503FA" w14:textId="77777777" w:rsidR="004550E7" w:rsidRDefault="00000000">
            <w:pPr>
              <w:jc w:val="center"/>
            </w:pPr>
            <w:r>
              <w:rPr>
                <w:sz w:val="15"/>
              </w:rPr>
              <w:t>2.267</w:t>
            </w:r>
          </w:p>
        </w:tc>
      </w:tr>
      <w:tr w:rsidR="004550E7" w14:paraId="0925D1A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87F5A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E6EC4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2D12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FC1CE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5ACB7D" w14:textId="77777777" w:rsidR="004550E7" w:rsidRDefault="00000000">
            <w:pPr>
              <w:jc w:val="center"/>
            </w:pPr>
            <w:r>
              <w:rPr>
                <w:sz w:val="15"/>
              </w:rPr>
              <w:t>155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D311B" w14:textId="77777777" w:rsidR="004550E7" w:rsidRDefault="00000000">
            <w:pPr>
              <w:jc w:val="center"/>
            </w:pPr>
            <w:r>
              <w:rPr>
                <w:sz w:val="15"/>
              </w:rPr>
              <w:t>106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91C994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EEF47B" w14:textId="77777777" w:rsidR="004550E7" w:rsidRDefault="00000000">
            <w:pPr>
              <w:jc w:val="center"/>
            </w:pPr>
            <w:r>
              <w:rPr>
                <w:sz w:val="15"/>
              </w:rPr>
              <w:t>1.638</w:t>
            </w:r>
          </w:p>
        </w:tc>
      </w:tr>
      <w:tr w:rsidR="004550E7" w14:paraId="7BC5503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7B0C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5B15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21116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A64CB3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D96184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EF3C5" w14:textId="77777777" w:rsidR="004550E7" w:rsidRDefault="00000000">
            <w:pPr>
              <w:jc w:val="center"/>
            </w:pPr>
            <w:r>
              <w:rPr>
                <w:sz w:val="15"/>
              </w:rPr>
              <w:t>106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5ABF48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90A83" w14:textId="77777777" w:rsidR="004550E7" w:rsidRDefault="00000000">
            <w:pPr>
              <w:jc w:val="center"/>
            </w:pPr>
            <w:r>
              <w:rPr>
                <w:sz w:val="15"/>
              </w:rPr>
              <w:t>1.467</w:t>
            </w:r>
          </w:p>
        </w:tc>
      </w:tr>
      <w:tr w:rsidR="004550E7" w14:paraId="44E38A5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A3BF0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E430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471F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5B5C7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B55FA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E4AFD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2F866E" w14:textId="77777777" w:rsidR="004550E7" w:rsidRDefault="00000000">
            <w:pPr>
              <w:jc w:val="center"/>
            </w:pPr>
            <w:r>
              <w:rPr>
                <w:sz w:val="15"/>
              </w:rPr>
              <w:t>117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44FE7A" w14:textId="77777777" w:rsidR="004550E7" w:rsidRDefault="00000000">
            <w:pPr>
              <w:jc w:val="center"/>
            </w:pPr>
            <w:r>
              <w:rPr>
                <w:sz w:val="15"/>
              </w:rPr>
              <w:t>1.246</w:t>
            </w:r>
          </w:p>
        </w:tc>
      </w:tr>
      <w:tr w:rsidR="004550E7" w14:paraId="0867872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E83A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4E18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E92C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0C7A3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0783AB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30D96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D24DD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BBDF04" w14:textId="77777777" w:rsidR="004550E7" w:rsidRDefault="00000000">
            <w:pPr>
              <w:jc w:val="center"/>
            </w:pPr>
            <w:r>
              <w:rPr>
                <w:sz w:val="15"/>
              </w:rPr>
              <w:t>2.015</w:t>
            </w:r>
          </w:p>
        </w:tc>
      </w:tr>
      <w:tr w:rsidR="004550E7" w14:paraId="5A55CA2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8C6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B3365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80702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1D77A" w14:textId="77777777" w:rsidR="004550E7" w:rsidRDefault="00000000">
            <w:pPr>
              <w:jc w:val="center"/>
            </w:pPr>
            <w:r>
              <w:rPr>
                <w:sz w:val="15"/>
              </w:rPr>
              <w:t>263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6457FC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03144" w14:textId="77777777" w:rsidR="004550E7" w:rsidRDefault="00000000">
            <w:pPr>
              <w:jc w:val="center"/>
            </w:pPr>
            <w:r>
              <w:rPr>
                <w:sz w:val="15"/>
              </w:rPr>
              <w:t>99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BEEBED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D9E10" w14:textId="77777777" w:rsidR="004550E7" w:rsidRDefault="00000000">
            <w:pPr>
              <w:jc w:val="center"/>
            </w:pPr>
            <w:r>
              <w:rPr>
                <w:sz w:val="15"/>
              </w:rPr>
              <w:t>2.43</w:t>
            </w:r>
          </w:p>
        </w:tc>
      </w:tr>
      <w:tr w:rsidR="004550E7" w14:paraId="0B18549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38AA8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F2187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A2566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91225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9EACA" w14:textId="77777777" w:rsidR="004550E7" w:rsidRDefault="00000000">
            <w:pPr>
              <w:jc w:val="center"/>
            </w:pPr>
            <w:r>
              <w:rPr>
                <w:sz w:val="15"/>
              </w:rPr>
              <w:t>117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10D97" w14:textId="77777777" w:rsidR="004550E7" w:rsidRDefault="00000000">
            <w:pPr>
              <w:jc w:val="center"/>
            </w:pPr>
            <w:r>
              <w:rPr>
                <w:sz w:val="15"/>
              </w:rPr>
              <w:t>111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33B44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055845" w14:textId="77777777" w:rsidR="004550E7" w:rsidRDefault="00000000">
            <w:pPr>
              <w:jc w:val="center"/>
            </w:pPr>
            <w:r>
              <w:rPr>
                <w:sz w:val="15"/>
              </w:rPr>
              <w:t>1.574</w:t>
            </w:r>
          </w:p>
        </w:tc>
      </w:tr>
      <w:tr w:rsidR="004550E7" w14:paraId="637482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71F2B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78D90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2AC22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6624A2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840FC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01A6C3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676EEA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16EC50" w14:textId="77777777" w:rsidR="004550E7" w:rsidRDefault="00000000">
            <w:pPr>
              <w:jc w:val="center"/>
            </w:pPr>
            <w:r>
              <w:rPr>
                <w:sz w:val="15"/>
              </w:rPr>
              <w:t>1.059</w:t>
            </w:r>
          </w:p>
        </w:tc>
      </w:tr>
      <w:tr w:rsidR="004550E7" w14:paraId="03295BE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C7958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C016D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9E65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45769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32524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4CF50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620602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8D3B50" w14:textId="77777777" w:rsidR="004550E7" w:rsidRDefault="00000000">
            <w:pPr>
              <w:jc w:val="center"/>
            </w:pPr>
            <w:r>
              <w:rPr>
                <w:sz w:val="15"/>
              </w:rPr>
              <w:t>2.834</w:t>
            </w:r>
          </w:p>
        </w:tc>
      </w:tr>
      <w:tr w:rsidR="004550E7" w14:paraId="6042E1A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B89A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0E961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A143BA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B02012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CB22CA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026777" w14:textId="77777777" w:rsidR="004550E7" w:rsidRDefault="00000000">
            <w:pPr>
              <w:jc w:val="center"/>
            </w:pPr>
            <w:r>
              <w:rPr>
                <w:sz w:val="15"/>
              </w:rPr>
              <w:t>110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481007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BC78A" w14:textId="77777777" w:rsidR="004550E7" w:rsidRDefault="00000000">
            <w:pPr>
              <w:jc w:val="center"/>
            </w:pPr>
            <w:r>
              <w:rPr>
                <w:sz w:val="15"/>
              </w:rPr>
              <w:t>1.447</w:t>
            </w:r>
          </w:p>
        </w:tc>
      </w:tr>
      <w:tr w:rsidR="004550E7" w14:paraId="0ECA0B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7D2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E19F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F64A3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9AAD8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C0746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FDAFF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16F49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F706BB" w14:textId="77777777" w:rsidR="004550E7" w:rsidRDefault="00000000">
            <w:pPr>
              <w:jc w:val="center"/>
            </w:pPr>
            <w:r>
              <w:rPr>
                <w:sz w:val="15"/>
              </w:rPr>
              <w:t>1.695</w:t>
            </w:r>
          </w:p>
        </w:tc>
      </w:tr>
      <w:tr w:rsidR="004550E7" w14:paraId="701609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A9B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BE112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A5398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9C852C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ADCB5E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F9B94" w14:textId="77777777" w:rsidR="004550E7" w:rsidRDefault="00000000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E07314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AB98EA" w14:textId="77777777" w:rsidR="004550E7" w:rsidRDefault="00000000">
            <w:pPr>
              <w:jc w:val="center"/>
            </w:pPr>
            <w:r>
              <w:rPr>
                <w:sz w:val="15"/>
              </w:rPr>
              <w:t>2.335</w:t>
            </w:r>
          </w:p>
        </w:tc>
      </w:tr>
      <w:tr w:rsidR="004550E7" w14:paraId="3437831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67B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F60B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EFE2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1A54DF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6DC56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F8352" w14:textId="77777777" w:rsidR="004550E7" w:rsidRDefault="00000000">
            <w:pPr>
              <w:jc w:val="center"/>
            </w:pPr>
            <w:r>
              <w:rPr>
                <w:sz w:val="15"/>
              </w:rPr>
              <w:t>107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4D9D7C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9F6D79" w14:textId="77777777" w:rsidR="004550E7" w:rsidRDefault="00000000">
            <w:pPr>
              <w:jc w:val="center"/>
            </w:pPr>
            <w:r>
              <w:rPr>
                <w:sz w:val="15"/>
              </w:rPr>
              <w:t>3.058</w:t>
            </w:r>
          </w:p>
        </w:tc>
      </w:tr>
      <w:tr w:rsidR="004550E7" w14:paraId="0F5F737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ADC64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9D5ED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4C93B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CC522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78D805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040B96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3D562E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FF0A3" w14:textId="77777777" w:rsidR="004550E7" w:rsidRDefault="00000000">
            <w:pPr>
              <w:jc w:val="center"/>
            </w:pPr>
            <w:r>
              <w:rPr>
                <w:sz w:val="15"/>
              </w:rPr>
              <w:t>1.427</w:t>
            </w:r>
          </w:p>
        </w:tc>
      </w:tr>
      <w:tr w:rsidR="004550E7" w14:paraId="2B4F6F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D2B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EC82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48752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C2C16B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82E976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430133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1D73F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B5DEF" w14:textId="77777777" w:rsidR="004550E7" w:rsidRDefault="00000000">
            <w:pPr>
              <w:jc w:val="center"/>
            </w:pPr>
            <w:r>
              <w:rPr>
                <w:sz w:val="15"/>
              </w:rPr>
              <w:t>1.757</w:t>
            </w:r>
          </w:p>
        </w:tc>
      </w:tr>
      <w:tr w:rsidR="004550E7" w14:paraId="25E369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7CB9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DCF32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68B32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AE8BEE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3B0759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95ABAA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E7536D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85F0D" w14:textId="77777777" w:rsidR="004550E7" w:rsidRDefault="00000000">
            <w:pPr>
              <w:jc w:val="center"/>
            </w:pPr>
            <w:r>
              <w:rPr>
                <w:sz w:val="15"/>
              </w:rPr>
              <w:t>2.187</w:t>
            </w:r>
          </w:p>
        </w:tc>
      </w:tr>
      <w:tr w:rsidR="004550E7" w14:paraId="5A5D362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86C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3626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79B9D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DC47F3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C107FF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5CAFDC" w14:textId="77777777" w:rsidR="004550E7" w:rsidRDefault="00000000">
            <w:pPr>
              <w:jc w:val="center"/>
            </w:pPr>
            <w:r>
              <w:rPr>
                <w:sz w:val="15"/>
              </w:rPr>
              <w:t>110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D345E3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D13CC" w14:textId="77777777" w:rsidR="004550E7" w:rsidRDefault="00000000">
            <w:pPr>
              <w:jc w:val="center"/>
            </w:pPr>
            <w:r>
              <w:rPr>
                <w:sz w:val="15"/>
              </w:rPr>
              <w:t>2.747</w:t>
            </w:r>
          </w:p>
        </w:tc>
      </w:tr>
      <w:tr w:rsidR="004550E7" w14:paraId="4EEE66C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F4379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63EA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9E647C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81BE6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71D7E6" w14:textId="77777777" w:rsidR="004550E7" w:rsidRDefault="00000000">
            <w:pPr>
              <w:jc w:val="center"/>
            </w:pPr>
            <w:r>
              <w:rPr>
                <w:sz w:val="15"/>
              </w:rPr>
              <w:t>118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456A9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D95DE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DB44E2" w14:textId="77777777" w:rsidR="004550E7" w:rsidRDefault="00000000">
            <w:pPr>
              <w:jc w:val="center"/>
            </w:pPr>
            <w:r>
              <w:rPr>
                <w:sz w:val="15"/>
              </w:rPr>
              <w:t>1.432</w:t>
            </w:r>
          </w:p>
        </w:tc>
      </w:tr>
      <w:tr w:rsidR="004550E7" w14:paraId="5F7D048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E9772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8CAF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3B0152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AE58FE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98D694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6C9820" w14:textId="77777777" w:rsidR="004550E7" w:rsidRDefault="00000000">
            <w:pPr>
              <w:jc w:val="center"/>
            </w:pPr>
            <w:r>
              <w:rPr>
                <w:sz w:val="15"/>
              </w:rPr>
              <w:t>111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14CB7B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CF0EF0" w14:textId="77777777" w:rsidR="004550E7" w:rsidRDefault="00000000">
            <w:pPr>
              <w:jc w:val="center"/>
            </w:pPr>
            <w:r>
              <w:rPr>
                <w:sz w:val="15"/>
              </w:rPr>
              <w:t>1.488</w:t>
            </w:r>
          </w:p>
        </w:tc>
      </w:tr>
      <w:tr w:rsidR="004550E7" w14:paraId="691D15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4564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0E154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3A6A1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C33CD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CBF3A0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E04CA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A6DAE" w14:textId="77777777" w:rsidR="004550E7" w:rsidRDefault="00000000">
            <w:pPr>
              <w:jc w:val="center"/>
            </w:pPr>
            <w:r>
              <w:rPr>
                <w:sz w:val="15"/>
              </w:rPr>
              <w:t>115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EEA42D" w14:textId="77777777" w:rsidR="004550E7" w:rsidRDefault="00000000">
            <w:pPr>
              <w:jc w:val="center"/>
            </w:pPr>
            <w:r>
              <w:rPr>
                <w:sz w:val="15"/>
              </w:rPr>
              <w:t>1.673</w:t>
            </w:r>
          </w:p>
        </w:tc>
      </w:tr>
      <w:tr w:rsidR="004550E7" w14:paraId="0293BF2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CB26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8DEFC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55AE5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CF1B5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1A9F5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E209ED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38E7C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9DE62A" w14:textId="77777777" w:rsidR="004550E7" w:rsidRDefault="00000000">
            <w:pPr>
              <w:jc w:val="center"/>
            </w:pPr>
            <w:r>
              <w:rPr>
                <w:sz w:val="15"/>
              </w:rPr>
              <w:t>2.029</w:t>
            </w:r>
          </w:p>
        </w:tc>
      </w:tr>
      <w:tr w:rsidR="004550E7" w14:paraId="5C51343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1962E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F538E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94CAD0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355FB0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4996A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E2D02" w14:textId="77777777" w:rsidR="004550E7" w:rsidRDefault="00000000">
            <w:pPr>
              <w:jc w:val="center"/>
            </w:pPr>
            <w:r>
              <w:rPr>
                <w:sz w:val="15"/>
              </w:rPr>
              <w:t>99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3173BA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318F3E" w14:textId="77777777" w:rsidR="004550E7" w:rsidRDefault="00000000">
            <w:pPr>
              <w:jc w:val="center"/>
            </w:pPr>
            <w:r>
              <w:rPr>
                <w:sz w:val="15"/>
              </w:rPr>
              <w:t>1.728</w:t>
            </w:r>
          </w:p>
        </w:tc>
      </w:tr>
      <w:tr w:rsidR="004550E7" w14:paraId="10E657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CCAA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07CDC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6EF67C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F2B1AF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978115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3FDBCB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DFDA6D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CB8626" w14:textId="77777777" w:rsidR="004550E7" w:rsidRDefault="00000000">
            <w:pPr>
              <w:jc w:val="center"/>
            </w:pPr>
            <w:r>
              <w:rPr>
                <w:sz w:val="15"/>
              </w:rPr>
              <w:t>1.734</w:t>
            </w:r>
          </w:p>
        </w:tc>
      </w:tr>
      <w:tr w:rsidR="004550E7" w14:paraId="51BF1DD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A6C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A7262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6F2617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15399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F2BCD" w14:textId="77777777" w:rsidR="004550E7" w:rsidRDefault="00000000">
            <w:pPr>
              <w:jc w:val="center"/>
            </w:pPr>
            <w:r>
              <w:rPr>
                <w:sz w:val="15"/>
              </w:rPr>
              <w:t>120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01810" w14:textId="77777777" w:rsidR="004550E7" w:rsidRDefault="00000000">
            <w:pPr>
              <w:jc w:val="center"/>
            </w:pPr>
            <w:r>
              <w:rPr>
                <w:sz w:val="15"/>
              </w:rPr>
              <w:t>110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7E751" w14:textId="77777777" w:rsidR="004550E7" w:rsidRDefault="00000000">
            <w:pPr>
              <w:jc w:val="center"/>
            </w:pPr>
            <w:r>
              <w:rPr>
                <w:sz w:val="15"/>
              </w:rPr>
              <w:t>114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31EF88" w14:textId="77777777" w:rsidR="004550E7" w:rsidRDefault="00000000">
            <w:pPr>
              <w:jc w:val="center"/>
            </w:pPr>
            <w:r>
              <w:rPr>
                <w:sz w:val="15"/>
              </w:rPr>
              <w:t>3.13</w:t>
            </w:r>
          </w:p>
        </w:tc>
      </w:tr>
      <w:tr w:rsidR="004550E7" w14:paraId="134E314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E83D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5287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3E4EE7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659615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3B9D3D" w14:textId="77777777" w:rsidR="004550E7" w:rsidRDefault="00000000">
            <w:pPr>
              <w:jc w:val="center"/>
            </w:pPr>
            <w:r>
              <w:rPr>
                <w:sz w:val="15"/>
              </w:rPr>
              <w:t>123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0C0DE4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DD0C6" w14:textId="77777777" w:rsidR="004550E7" w:rsidRDefault="00000000">
            <w:pPr>
              <w:jc w:val="center"/>
            </w:pPr>
            <w:r>
              <w:rPr>
                <w:sz w:val="15"/>
              </w:rPr>
              <w:t>117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F19D0" w14:textId="77777777" w:rsidR="004550E7" w:rsidRDefault="00000000">
            <w:pPr>
              <w:jc w:val="center"/>
            </w:pPr>
            <w:r>
              <w:rPr>
                <w:sz w:val="15"/>
              </w:rPr>
              <w:t>1.275</w:t>
            </w:r>
          </w:p>
        </w:tc>
      </w:tr>
      <w:tr w:rsidR="004550E7" w14:paraId="6F09B19E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C46BA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Hgb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27B66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24C57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7E554" w14:textId="77777777" w:rsidR="004550E7" w:rsidRDefault="00000000">
            <w:pPr>
              <w:jc w:val="center"/>
            </w:pPr>
            <w:r>
              <w:rPr>
                <w:sz w:val="15"/>
              </w:rPr>
              <w:t>1841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E5C0D2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233B69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AB268E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F2CF5C" w14:textId="77777777" w:rsidR="004550E7" w:rsidRDefault="00000000">
            <w:pPr>
              <w:jc w:val="center"/>
            </w:pPr>
            <w:r>
              <w:rPr>
                <w:sz w:val="15"/>
              </w:rPr>
              <w:t>1.474</w:t>
            </w:r>
          </w:p>
        </w:tc>
      </w:tr>
      <w:tr w:rsidR="004550E7" w14:paraId="5B7AD3D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EFF94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39FA0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396FA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7C36DA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5107FC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C30A1" w14:textId="77777777" w:rsidR="004550E7" w:rsidRDefault="00000000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D26169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EFD994" w14:textId="77777777" w:rsidR="004550E7" w:rsidRDefault="00000000">
            <w:pPr>
              <w:jc w:val="center"/>
            </w:pPr>
            <w:r>
              <w:rPr>
                <w:sz w:val="15"/>
              </w:rPr>
              <w:t>1.296</w:t>
            </w:r>
          </w:p>
        </w:tc>
      </w:tr>
      <w:tr w:rsidR="004550E7" w14:paraId="5A8CA0B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1DA7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A0CC5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CCFAE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25812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B97072" w14:textId="77777777" w:rsidR="004550E7" w:rsidRDefault="00000000">
            <w:pPr>
              <w:jc w:val="center"/>
            </w:pPr>
            <w:r>
              <w:rPr>
                <w:sz w:val="15"/>
              </w:rPr>
              <w:t>99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BB14F" w14:textId="77777777" w:rsidR="004550E7" w:rsidRDefault="00000000">
            <w:pPr>
              <w:jc w:val="center"/>
            </w:pPr>
            <w:r>
              <w:rPr>
                <w:sz w:val="15"/>
              </w:rPr>
              <w:t>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6E131F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0438E" w14:textId="77777777" w:rsidR="004550E7" w:rsidRDefault="00000000">
            <w:pPr>
              <w:jc w:val="center"/>
            </w:pPr>
            <w:r>
              <w:rPr>
                <w:sz w:val="15"/>
              </w:rPr>
              <w:t>1.199</w:t>
            </w:r>
          </w:p>
        </w:tc>
      </w:tr>
      <w:tr w:rsidR="004550E7" w14:paraId="0739C7A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FF39C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57FC8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7EB4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E76768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76F0F4" w14:textId="77777777" w:rsidR="004550E7" w:rsidRDefault="00000000">
            <w:pPr>
              <w:jc w:val="center"/>
            </w:pPr>
            <w:r>
              <w:rPr>
                <w:sz w:val="15"/>
              </w:rPr>
              <w:t>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0670F9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28BA01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47F05" w14:textId="77777777" w:rsidR="004550E7" w:rsidRDefault="00000000">
            <w:pPr>
              <w:jc w:val="center"/>
            </w:pPr>
            <w:r>
              <w:rPr>
                <w:sz w:val="15"/>
              </w:rPr>
              <w:t>0.906</w:t>
            </w:r>
          </w:p>
        </w:tc>
      </w:tr>
      <w:tr w:rsidR="004550E7" w14:paraId="5E27DF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ADD7B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3882B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FB38B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BA972C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647A7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37B53F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311B17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E8F5BC" w14:textId="77777777" w:rsidR="004550E7" w:rsidRDefault="00000000">
            <w:pPr>
              <w:jc w:val="center"/>
            </w:pPr>
            <w:r>
              <w:rPr>
                <w:sz w:val="15"/>
              </w:rPr>
              <w:t>1.25</w:t>
            </w:r>
          </w:p>
        </w:tc>
      </w:tr>
      <w:tr w:rsidR="004550E7" w14:paraId="0EDC54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B5FF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232E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AFFC06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42D26" w14:textId="77777777" w:rsidR="004550E7" w:rsidRDefault="00000000">
            <w:pPr>
              <w:jc w:val="center"/>
            </w:pPr>
            <w:r>
              <w:rPr>
                <w:sz w:val="15"/>
              </w:rPr>
              <w:t>263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24E2C6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1C82D9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48C2A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1C5C1" w14:textId="77777777" w:rsidR="004550E7" w:rsidRDefault="00000000">
            <w:pPr>
              <w:jc w:val="center"/>
            </w:pPr>
            <w:r>
              <w:rPr>
                <w:sz w:val="15"/>
              </w:rPr>
              <w:t>1.547</w:t>
            </w:r>
          </w:p>
        </w:tc>
      </w:tr>
      <w:tr w:rsidR="004550E7" w14:paraId="01BB1A0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965C1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5820C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EEF34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F88580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63FA3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643CA3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70CC2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315C9E" w14:textId="77777777" w:rsidR="004550E7" w:rsidRDefault="00000000">
            <w:pPr>
              <w:jc w:val="center"/>
            </w:pPr>
            <w:r>
              <w:rPr>
                <w:sz w:val="15"/>
              </w:rPr>
              <w:t>0.9</w:t>
            </w:r>
          </w:p>
        </w:tc>
      </w:tr>
      <w:tr w:rsidR="004550E7" w14:paraId="46E60AE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E339E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31B40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D36D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4D22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9EBF2A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18937D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EE51A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7BCE2" w14:textId="77777777" w:rsidR="004550E7" w:rsidRDefault="00000000">
            <w:pPr>
              <w:jc w:val="center"/>
            </w:pPr>
            <w:r>
              <w:rPr>
                <w:sz w:val="15"/>
              </w:rPr>
              <w:t>0.892</w:t>
            </w:r>
          </w:p>
        </w:tc>
      </w:tr>
      <w:tr w:rsidR="004550E7" w14:paraId="7086A8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D713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2C823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8CB69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60002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7B47FD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8560BE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DD3CD5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7368C2" w14:textId="77777777" w:rsidR="004550E7" w:rsidRDefault="00000000">
            <w:pPr>
              <w:jc w:val="center"/>
            </w:pPr>
            <w:r>
              <w:rPr>
                <w:sz w:val="15"/>
              </w:rPr>
              <w:t>2.466</w:t>
            </w:r>
          </w:p>
        </w:tc>
      </w:tr>
      <w:tr w:rsidR="004550E7" w14:paraId="7B4300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088CE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11A44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7FA1B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2AE2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F1D67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17C42B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CD97F6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4B993F" w14:textId="77777777" w:rsidR="004550E7" w:rsidRDefault="00000000">
            <w:pPr>
              <w:jc w:val="center"/>
            </w:pPr>
            <w:r>
              <w:rPr>
                <w:sz w:val="15"/>
              </w:rPr>
              <w:t>1.027</w:t>
            </w:r>
          </w:p>
        </w:tc>
      </w:tr>
      <w:tr w:rsidR="004550E7" w14:paraId="6BEDA48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815B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94F1C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BF38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8A372B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73499C" w14:textId="77777777" w:rsidR="004550E7" w:rsidRDefault="00000000">
            <w:pPr>
              <w:jc w:val="center"/>
            </w:pPr>
            <w:r>
              <w:rPr>
                <w:sz w:val="15"/>
              </w:rPr>
              <w:t>122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BA91C" w14:textId="77777777" w:rsidR="004550E7" w:rsidRDefault="00000000">
            <w:pPr>
              <w:jc w:val="center"/>
            </w:pPr>
            <w:r>
              <w:rPr>
                <w:sz w:val="15"/>
              </w:rPr>
              <w:t>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F35CEE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40F46C" w14:textId="77777777" w:rsidR="004550E7" w:rsidRDefault="00000000">
            <w:pPr>
              <w:jc w:val="center"/>
            </w:pPr>
            <w:r>
              <w:rPr>
                <w:sz w:val="15"/>
              </w:rPr>
              <w:t>1.336</w:t>
            </w:r>
          </w:p>
        </w:tc>
      </w:tr>
      <w:tr w:rsidR="004550E7" w14:paraId="11EB969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DD25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A504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B5BDD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41584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51801" w14:textId="77777777" w:rsidR="004550E7" w:rsidRDefault="00000000">
            <w:pPr>
              <w:jc w:val="center"/>
            </w:pPr>
            <w:r>
              <w:rPr>
                <w:sz w:val="15"/>
              </w:rPr>
              <w:t>119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6A146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F5DC23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0AFF2A" w14:textId="77777777" w:rsidR="004550E7" w:rsidRDefault="00000000">
            <w:pPr>
              <w:jc w:val="center"/>
            </w:pPr>
            <w:r>
              <w:rPr>
                <w:sz w:val="15"/>
              </w:rPr>
              <w:t>1.452</w:t>
            </w:r>
          </w:p>
        </w:tc>
      </w:tr>
      <w:tr w:rsidR="004550E7" w14:paraId="209B996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FC2E3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86B3C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AB960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A8A333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89CF25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C7C56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9AA411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94FC30" w14:textId="77777777" w:rsidR="004550E7" w:rsidRDefault="00000000">
            <w:pPr>
              <w:jc w:val="center"/>
            </w:pPr>
            <w:r>
              <w:rPr>
                <w:sz w:val="15"/>
              </w:rPr>
              <w:t>1.406</w:t>
            </w:r>
          </w:p>
        </w:tc>
      </w:tr>
      <w:tr w:rsidR="004550E7" w14:paraId="2C40B7A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57CC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A539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446DA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FEEFF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F0771E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168280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996914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0F26B" w14:textId="77777777" w:rsidR="004550E7" w:rsidRDefault="00000000">
            <w:pPr>
              <w:jc w:val="center"/>
            </w:pPr>
            <w:r>
              <w:rPr>
                <w:sz w:val="15"/>
              </w:rPr>
              <w:t>1.181</w:t>
            </w:r>
          </w:p>
        </w:tc>
      </w:tr>
      <w:tr w:rsidR="004550E7" w14:paraId="4EA176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D2782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576A7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D622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CC429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3B0F0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47BA5B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C526B9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B762C" w14:textId="77777777" w:rsidR="004550E7" w:rsidRDefault="00000000">
            <w:pPr>
              <w:jc w:val="center"/>
            </w:pPr>
            <w:r>
              <w:rPr>
                <w:sz w:val="15"/>
              </w:rPr>
              <w:t>1.034</w:t>
            </w:r>
          </w:p>
        </w:tc>
      </w:tr>
      <w:tr w:rsidR="004550E7" w14:paraId="7F61E78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1206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5523C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4A55A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C47860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AE81E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B7C0A8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66CD51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DF5F8F" w14:textId="77777777" w:rsidR="004550E7" w:rsidRDefault="00000000">
            <w:pPr>
              <w:jc w:val="center"/>
            </w:pPr>
            <w:r>
              <w:rPr>
                <w:sz w:val="15"/>
              </w:rPr>
              <w:t>1.429</w:t>
            </w:r>
          </w:p>
        </w:tc>
      </w:tr>
      <w:tr w:rsidR="004550E7" w14:paraId="194659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FD476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A8BD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00F2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D20516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1A067D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7E006" w14:textId="77777777" w:rsidR="004550E7" w:rsidRDefault="00000000">
            <w:pPr>
              <w:jc w:val="center"/>
            </w:pPr>
            <w:r>
              <w:rPr>
                <w:sz w:val="15"/>
              </w:rPr>
              <w:t>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A0E42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1F024" w14:textId="77777777" w:rsidR="004550E7" w:rsidRDefault="00000000">
            <w:pPr>
              <w:jc w:val="center"/>
            </w:pPr>
            <w:r>
              <w:rPr>
                <w:sz w:val="15"/>
              </w:rPr>
              <w:t>1.642</w:t>
            </w:r>
          </w:p>
        </w:tc>
      </w:tr>
      <w:tr w:rsidR="004550E7" w14:paraId="7E2E732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C83A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3135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8954CF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75421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B3420B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F9617C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1DA272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EDDC6F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2E3437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0571E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025D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E90219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02541F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1F756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5A826B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4A3D74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46B46" w14:textId="77777777" w:rsidR="004550E7" w:rsidRDefault="00000000">
            <w:pPr>
              <w:jc w:val="center"/>
            </w:pPr>
            <w:r>
              <w:rPr>
                <w:sz w:val="15"/>
              </w:rPr>
              <w:t>1.083</w:t>
            </w:r>
          </w:p>
        </w:tc>
      </w:tr>
      <w:tr w:rsidR="004550E7" w14:paraId="5C4C2B4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54E3C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29D8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52679C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DB984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A2E1BB" w14:textId="77777777" w:rsidR="004550E7" w:rsidRDefault="00000000">
            <w:pPr>
              <w:jc w:val="center"/>
            </w:pPr>
            <w:r>
              <w:rPr>
                <w:sz w:val="15"/>
              </w:rPr>
              <w:t>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AA889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0754C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00C32B" w14:textId="77777777" w:rsidR="004550E7" w:rsidRDefault="00000000">
            <w:pPr>
              <w:jc w:val="center"/>
            </w:pPr>
            <w:r>
              <w:rPr>
                <w:sz w:val="15"/>
              </w:rPr>
              <w:t>1.142</w:t>
            </w:r>
          </w:p>
        </w:tc>
      </w:tr>
      <w:tr w:rsidR="004550E7" w14:paraId="2756F94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60B5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8E687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4B79BA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8980C7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1E3295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87265D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D7AC62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FCEE83" w14:textId="77777777" w:rsidR="004550E7" w:rsidRDefault="00000000">
            <w:pPr>
              <w:jc w:val="center"/>
            </w:pPr>
            <w:r>
              <w:rPr>
                <w:sz w:val="15"/>
              </w:rPr>
              <w:t>0.89</w:t>
            </w:r>
          </w:p>
        </w:tc>
      </w:tr>
      <w:tr w:rsidR="004550E7" w14:paraId="70B2A83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A6AD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49C0C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74C80B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2B0153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DE90E3" w14:textId="77777777" w:rsidR="004550E7" w:rsidRDefault="00000000">
            <w:pPr>
              <w:jc w:val="center"/>
            </w:pPr>
            <w:r>
              <w:rPr>
                <w:sz w:val="15"/>
              </w:rPr>
              <w:t>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693619" w14:textId="77777777" w:rsidR="004550E7" w:rsidRDefault="00000000">
            <w:pPr>
              <w:jc w:val="center"/>
            </w:pPr>
            <w:r>
              <w:rPr>
                <w:sz w:val="15"/>
              </w:rPr>
              <w:t>66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D2A90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682BF" w14:textId="77777777" w:rsidR="004550E7" w:rsidRDefault="00000000">
            <w:pPr>
              <w:jc w:val="center"/>
            </w:pPr>
            <w:r>
              <w:rPr>
                <w:sz w:val="15"/>
              </w:rPr>
              <w:t>1.541</w:t>
            </w:r>
          </w:p>
        </w:tc>
      </w:tr>
      <w:tr w:rsidR="004550E7" w14:paraId="0CA18B0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BFCC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4C498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AEDDCC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7FB5B3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A5EA7" w14:textId="77777777" w:rsidR="004550E7" w:rsidRDefault="00000000">
            <w:pPr>
              <w:jc w:val="center"/>
            </w:pPr>
            <w:r>
              <w:rPr>
                <w:sz w:val="15"/>
              </w:rPr>
              <w:t>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E2994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4DBE5F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8D37C6" w14:textId="77777777" w:rsidR="004550E7" w:rsidRDefault="00000000">
            <w:pPr>
              <w:jc w:val="center"/>
            </w:pPr>
            <w:r>
              <w:rPr>
                <w:sz w:val="15"/>
              </w:rPr>
              <w:t>1.341</w:t>
            </w:r>
          </w:p>
        </w:tc>
      </w:tr>
      <w:tr w:rsidR="004550E7" w14:paraId="1DF346C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5FA58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5DC39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24933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30F42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3856F" w14:textId="77777777" w:rsidR="004550E7" w:rsidRDefault="00000000">
            <w:pPr>
              <w:jc w:val="center"/>
            </w:pPr>
            <w:r>
              <w:rPr>
                <w:sz w:val="15"/>
              </w:rPr>
              <w:t>124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F2EA89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1C634F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AA9DC" w14:textId="77777777" w:rsidR="004550E7" w:rsidRDefault="00000000">
            <w:pPr>
              <w:jc w:val="center"/>
            </w:pPr>
            <w:r>
              <w:rPr>
                <w:sz w:val="15"/>
              </w:rPr>
              <w:t>1.477</w:t>
            </w:r>
          </w:p>
        </w:tc>
      </w:tr>
      <w:tr w:rsidR="004550E7" w14:paraId="7FF838F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FCC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9207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39B0C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4081DC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C2C995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BC5249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ADAFC9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3D6FD5" w14:textId="77777777" w:rsidR="004550E7" w:rsidRDefault="00000000">
            <w:pPr>
              <w:jc w:val="center"/>
            </w:pPr>
            <w:r>
              <w:rPr>
                <w:sz w:val="15"/>
              </w:rPr>
              <w:t>0.757</w:t>
            </w:r>
          </w:p>
        </w:tc>
      </w:tr>
      <w:tr w:rsidR="004550E7" w14:paraId="2163E101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E157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Hct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7BAB2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613D3F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778A6F" w14:textId="77777777" w:rsidR="004550E7" w:rsidRDefault="00000000">
            <w:pPr>
              <w:jc w:val="center"/>
            </w:pPr>
            <w:r>
              <w:rPr>
                <w:sz w:val="15"/>
              </w:rPr>
              <w:t>1819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6710F" w14:textId="77777777" w:rsidR="004550E7" w:rsidRDefault="00000000">
            <w:pPr>
              <w:jc w:val="center"/>
            </w:pPr>
            <w:r>
              <w:rPr>
                <w:sz w:val="15"/>
              </w:rPr>
              <w:t>46.0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2C10C9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CBBAB" w14:textId="77777777" w:rsidR="004550E7" w:rsidRDefault="00000000">
            <w:pPr>
              <w:jc w:val="center"/>
            </w:pPr>
            <w:r>
              <w:rPr>
                <w:sz w:val="15"/>
              </w:rPr>
              <w:t>38.7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08885B" w14:textId="77777777" w:rsidR="004550E7" w:rsidRDefault="00000000">
            <w:pPr>
              <w:jc w:val="center"/>
            </w:pPr>
            <w:r>
              <w:rPr>
                <w:sz w:val="15"/>
              </w:rPr>
              <w:t>2.207</w:t>
            </w:r>
          </w:p>
        </w:tc>
      </w:tr>
      <w:tr w:rsidR="004550E7" w14:paraId="3B8A205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BBA3F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8D91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06198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0EF948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E2ECC" w14:textId="77777777" w:rsidR="004550E7" w:rsidRDefault="00000000">
            <w:pPr>
              <w:jc w:val="center"/>
            </w:pPr>
            <w:r>
              <w:rPr>
                <w:sz w:val="15"/>
              </w:rPr>
              <w:t>44.5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63AAD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95CE45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171B96" w14:textId="77777777" w:rsidR="004550E7" w:rsidRDefault="00000000">
            <w:pPr>
              <w:jc w:val="center"/>
            </w:pPr>
            <w:r>
              <w:rPr>
                <w:sz w:val="15"/>
              </w:rPr>
              <w:t>1.357</w:t>
            </w:r>
          </w:p>
        </w:tc>
      </w:tr>
      <w:tr w:rsidR="004550E7" w14:paraId="111F489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074AB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A7FF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CCC2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0B355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CA271" w14:textId="77777777" w:rsidR="004550E7" w:rsidRDefault="00000000">
            <w:pPr>
              <w:jc w:val="center"/>
            </w:pPr>
            <w:r>
              <w:rPr>
                <w:sz w:val="15"/>
              </w:rPr>
              <w:t>42.5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F09C60" w14:textId="77777777" w:rsidR="004550E7" w:rsidRDefault="00000000">
            <w:pPr>
              <w:jc w:val="center"/>
            </w:pPr>
            <w:r>
              <w:rPr>
                <w:sz w:val="15"/>
              </w:rPr>
              <w:t>14.5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BC1C0" w14:textId="77777777" w:rsidR="004550E7" w:rsidRDefault="00000000">
            <w:pPr>
              <w:jc w:val="center"/>
            </w:pPr>
            <w:r>
              <w:rPr>
                <w:sz w:val="15"/>
              </w:rPr>
              <w:t>38.9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34C966" w14:textId="77777777" w:rsidR="004550E7" w:rsidRDefault="00000000">
            <w:pPr>
              <w:jc w:val="center"/>
            </w:pPr>
            <w:r>
              <w:rPr>
                <w:sz w:val="15"/>
              </w:rPr>
              <w:t>1.409</w:t>
            </w:r>
          </w:p>
        </w:tc>
      </w:tr>
      <w:tr w:rsidR="004550E7" w14:paraId="4A7A6CE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F95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8928E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F1ED8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31E07B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7DAE5F" w14:textId="77777777" w:rsidR="004550E7" w:rsidRDefault="00000000">
            <w:pPr>
              <w:jc w:val="center"/>
            </w:pPr>
            <w:r>
              <w:rPr>
                <w:sz w:val="15"/>
              </w:rPr>
              <w:t>44.2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972443" w14:textId="77777777" w:rsidR="004550E7" w:rsidRDefault="00000000">
            <w:pPr>
              <w:jc w:val="center"/>
            </w:pPr>
            <w:r>
              <w:rPr>
                <w:sz w:val="15"/>
              </w:rPr>
              <w:t>37.3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570F8E" w14:textId="77777777" w:rsidR="004550E7" w:rsidRDefault="00000000">
            <w:pPr>
              <w:jc w:val="center"/>
            </w:pPr>
            <w:r>
              <w:rPr>
                <w:sz w:val="15"/>
              </w:rPr>
              <w:t>40.9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CA608" w14:textId="77777777" w:rsidR="004550E7" w:rsidRDefault="00000000">
            <w:pPr>
              <w:jc w:val="center"/>
            </w:pPr>
            <w:r>
              <w:rPr>
                <w:sz w:val="15"/>
              </w:rPr>
              <w:t>0.994</w:t>
            </w:r>
          </w:p>
        </w:tc>
      </w:tr>
      <w:tr w:rsidR="004550E7" w14:paraId="2C573CC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AFC3D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8C94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D744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732522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4528E" w14:textId="77777777" w:rsidR="004550E7" w:rsidRDefault="00000000">
            <w:pPr>
              <w:jc w:val="center"/>
            </w:pPr>
            <w:r>
              <w:rPr>
                <w:sz w:val="15"/>
              </w:rPr>
              <w:t>44.7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BFFD2F" w14:textId="77777777" w:rsidR="004550E7" w:rsidRDefault="00000000">
            <w:pPr>
              <w:jc w:val="center"/>
            </w:pPr>
            <w:r>
              <w:rPr>
                <w:sz w:val="15"/>
              </w:rPr>
              <w:t>33.8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60C79F" w14:textId="77777777" w:rsidR="004550E7" w:rsidRDefault="00000000">
            <w:pPr>
              <w:jc w:val="center"/>
            </w:pPr>
            <w:r>
              <w:rPr>
                <w:sz w:val="15"/>
              </w:rPr>
              <w:t>38.1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6E68C" w14:textId="77777777" w:rsidR="004550E7" w:rsidRDefault="00000000">
            <w:pPr>
              <w:jc w:val="center"/>
            </w:pPr>
            <w:r>
              <w:rPr>
                <w:sz w:val="15"/>
              </w:rPr>
              <w:t>1.392</w:t>
            </w:r>
          </w:p>
        </w:tc>
      </w:tr>
      <w:tr w:rsidR="004550E7" w14:paraId="563BD8D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C3C02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AEFCB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22F2CB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9338F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CBB84E" w14:textId="77777777" w:rsidR="004550E7" w:rsidRDefault="00000000">
            <w:pPr>
              <w:jc w:val="center"/>
            </w:pPr>
            <w:r>
              <w:rPr>
                <w:sz w:val="15"/>
              </w:rPr>
              <w:t>43.0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6A93DB" w14:textId="77777777" w:rsidR="004550E7" w:rsidRDefault="00000000">
            <w:pPr>
              <w:jc w:val="center"/>
            </w:pPr>
            <w:r>
              <w:rPr>
                <w:sz w:val="15"/>
              </w:rPr>
              <w:t>31.7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B6F46C" w14:textId="77777777" w:rsidR="004550E7" w:rsidRDefault="00000000">
            <w:pPr>
              <w:jc w:val="center"/>
            </w:pPr>
            <w:r>
              <w:rPr>
                <w:sz w:val="15"/>
              </w:rPr>
              <w:t>39.3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CBD874" w14:textId="77777777" w:rsidR="004550E7" w:rsidRDefault="00000000">
            <w:pPr>
              <w:jc w:val="center"/>
            </w:pPr>
            <w:r>
              <w:rPr>
                <w:sz w:val="15"/>
              </w:rPr>
              <w:t>1.737</w:t>
            </w:r>
          </w:p>
        </w:tc>
      </w:tr>
      <w:tr w:rsidR="004550E7" w14:paraId="59F7FD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FAB64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308E0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5652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C6755D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155B7" w14:textId="77777777" w:rsidR="004550E7" w:rsidRDefault="00000000">
            <w:pPr>
              <w:jc w:val="center"/>
            </w:pPr>
            <w:r>
              <w:rPr>
                <w:sz w:val="15"/>
              </w:rPr>
              <w:t>43.7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21AA7" w14:textId="77777777" w:rsidR="004550E7" w:rsidRDefault="00000000">
            <w:pPr>
              <w:jc w:val="center"/>
            </w:pPr>
            <w:r>
              <w:rPr>
                <w:sz w:val="15"/>
              </w:rPr>
              <w:t>34.4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157C51" w14:textId="77777777" w:rsidR="004550E7" w:rsidRDefault="00000000">
            <w:pPr>
              <w:jc w:val="center"/>
            </w:pPr>
            <w:r>
              <w:rPr>
                <w:sz w:val="15"/>
              </w:rPr>
              <w:t>38.4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4F0ED0" w14:textId="77777777" w:rsidR="004550E7" w:rsidRDefault="00000000">
            <w:pPr>
              <w:jc w:val="center"/>
            </w:pPr>
            <w:r>
              <w:rPr>
                <w:sz w:val="15"/>
              </w:rPr>
              <w:t>1.41</w:t>
            </w:r>
          </w:p>
        </w:tc>
      </w:tr>
      <w:tr w:rsidR="004550E7" w14:paraId="78BE0AF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0A32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10B8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937C8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CD01B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89B2F" w14:textId="77777777" w:rsidR="004550E7" w:rsidRDefault="00000000">
            <w:pPr>
              <w:jc w:val="center"/>
            </w:pPr>
            <w:r>
              <w:rPr>
                <w:sz w:val="15"/>
              </w:rPr>
              <w:t>42.3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6522F" w14:textId="77777777" w:rsidR="004550E7" w:rsidRDefault="00000000">
            <w:pPr>
              <w:jc w:val="center"/>
            </w:pPr>
            <w:r>
              <w:rPr>
                <w:sz w:val="15"/>
              </w:rPr>
              <w:t>39.2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BB582" w14:textId="77777777" w:rsidR="004550E7" w:rsidRDefault="00000000">
            <w:pPr>
              <w:jc w:val="center"/>
            </w:pPr>
            <w:r>
              <w:rPr>
                <w:sz w:val="15"/>
              </w:rPr>
              <w:t>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4F0D4C" w14:textId="77777777" w:rsidR="004550E7" w:rsidRDefault="00000000">
            <w:pPr>
              <w:jc w:val="center"/>
            </w:pPr>
            <w:r>
              <w:rPr>
                <w:sz w:val="15"/>
              </w:rPr>
              <w:t>0.903</w:t>
            </w:r>
          </w:p>
        </w:tc>
      </w:tr>
      <w:tr w:rsidR="004550E7" w14:paraId="56A5CD1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B808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184A3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E3BB6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994AB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D32DD5" w14:textId="77777777" w:rsidR="004550E7" w:rsidRDefault="00000000">
            <w:pPr>
              <w:jc w:val="center"/>
            </w:pPr>
            <w:r>
              <w:rPr>
                <w:sz w:val="15"/>
              </w:rPr>
              <w:t>41.5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9233CC" w14:textId="77777777" w:rsidR="004550E7" w:rsidRDefault="00000000">
            <w:pPr>
              <w:jc w:val="center"/>
            </w:pPr>
            <w:r>
              <w:rPr>
                <w:sz w:val="15"/>
              </w:rPr>
              <w:t>35.5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9F6C5" w14:textId="77777777" w:rsidR="004550E7" w:rsidRDefault="00000000">
            <w:pPr>
              <w:jc w:val="center"/>
            </w:pPr>
            <w:r>
              <w:rPr>
                <w:sz w:val="15"/>
              </w:rPr>
              <w:t>38.3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DCBF5A" w14:textId="77777777" w:rsidR="004550E7" w:rsidRDefault="00000000">
            <w:pPr>
              <w:jc w:val="center"/>
            </w:pPr>
            <w:r>
              <w:rPr>
                <w:sz w:val="15"/>
              </w:rPr>
              <w:t>1.219</w:t>
            </w:r>
          </w:p>
        </w:tc>
      </w:tr>
      <w:tr w:rsidR="004550E7" w14:paraId="6F7A906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9CCB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EE53E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15A83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E279DB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98B6A" w14:textId="77777777" w:rsidR="004550E7" w:rsidRDefault="00000000">
            <w:pPr>
              <w:jc w:val="center"/>
            </w:pPr>
            <w:r>
              <w:rPr>
                <w:sz w:val="15"/>
              </w:rPr>
              <w:t>41.3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165EF0" w14:textId="77777777" w:rsidR="004550E7" w:rsidRDefault="00000000">
            <w:pPr>
              <w:jc w:val="center"/>
            </w:pPr>
            <w:r>
              <w:rPr>
                <w:sz w:val="15"/>
              </w:rPr>
              <w:t>35.0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44F9B9" w14:textId="77777777" w:rsidR="004550E7" w:rsidRDefault="00000000">
            <w:pPr>
              <w:jc w:val="center"/>
            </w:pPr>
            <w:r>
              <w:rPr>
                <w:sz w:val="15"/>
              </w:rPr>
              <w:t>39.1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2D148F" w14:textId="77777777" w:rsidR="004550E7" w:rsidRDefault="00000000">
            <w:pPr>
              <w:jc w:val="center"/>
            </w:pPr>
            <w:r>
              <w:rPr>
                <w:sz w:val="15"/>
              </w:rPr>
              <w:t>1.44</w:t>
            </w:r>
          </w:p>
        </w:tc>
      </w:tr>
      <w:tr w:rsidR="004550E7" w14:paraId="625E0BC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3CE0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0415B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1331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D2DD7D" w14:textId="77777777" w:rsidR="004550E7" w:rsidRDefault="00000000">
            <w:pPr>
              <w:jc w:val="center"/>
            </w:pPr>
            <w:r>
              <w:rPr>
                <w:sz w:val="15"/>
              </w:rPr>
              <w:t>276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87EB36" w14:textId="77777777" w:rsidR="004550E7" w:rsidRDefault="00000000">
            <w:pPr>
              <w:jc w:val="center"/>
            </w:pPr>
            <w:r>
              <w:rPr>
                <w:sz w:val="15"/>
              </w:rPr>
              <w:t>40.8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57588D" w14:textId="77777777" w:rsidR="004550E7" w:rsidRDefault="00000000">
            <w:pPr>
              <w:jc w:val="center"/>
            </w:pPr>
            <w:r>
              <w:rPr>
                <w:sz w:val="15"/>
              </w:rPr>
              <w:t>31.2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ECDC36" w14:textId="77777777" w:rsidR="004550E7" w:rsidRDefault="00000000">
            <w:pPr>
              <w:jc w:val="center"/>
            </w:pPr>
            <w:r>
              <w:rPr>
                <w:sz w:val="15"/>
              </w:rPr>
              <w:t>36.8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C8C5ED" w14:textId="77777777" w:rsidR="004550E7" w:rsidRDefault="00000000">
            <w:pPr>
              <w:jc w:val="center"/>
            </w:pPr>
            <w:r>
              <w:rPr>
                <w:sz w:val="15"/>
              </w:rPr>
              <w:t>0.955</w:t>
            </w:r>
          </w:p>
        </w:tc>
      </w:tr>
      <w:tr w:rsidR="004550E7" w14:paraId="51B902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F6ED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F1973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43045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AD5B4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5082D" w14:textId="77777777" w:rsidR="004550E7" w:rsidRDefault="00000000">
            <w:pPr>
              <w:jc w:val="center"/>
            </w:pPr>
            <w:r>
              <w:rPr>
                <w:sz w:val="15"/>
              </w:rPr>
              <w:t>40.1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075927" w14:textId="77777777" w:rsidR="004550E7" w:rsidRDefault="00000000">
            <w:pPr>
              <w:jc w:val="center"/>
            </w:pPr>
            <w:r>
              <w:rPr>
                <w:sz w:val="15"/>
              </w:rPr>
              <w:t>19.6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3E67D" w14:textId="77777777" w:rsidR="004550E7" w:rsidRDefault="00000000">
            <w:pPr>
              <w:jc w:val="center"/>
            </w:pPr>
            <w:r>
              <w:rPr>
                <w:sz w:val="15"/>
              </w:rPr>
              <w:t>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DE2186" w14:textId="77777777" w:rsidR="004550E7" w:rsidRDefault="00000000">
            <w:pPr>
              <w:jc w:val="center"/>
            </w:pPr>
            <w:r>
              <w:rPr>
                <w:sz w:val="15"/>
              </w:rPr>
              <w:t>1.503</w:t>
            </w:r>
          </w:p>
        </w:tc>
      </w:tr>
      <w:tr w:rsidR="004550E7" w14:paraId="7B3121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B0F6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2B73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6A7C7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359467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8B35F1" w14:textId="77777777" w:rsidR="004550E7" w:rsidRDefault="00000000">
            <w:pPr>
              <w:jc w:val="center"/>
            </w:pPr>
            <w:r>
              <w:rPr>
                <w:sz w:val="15"/>
              </w:rPr>
              <w:t>41.7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14893" w14:textId="77777777" w:rsidR="004550E7" w:rsidRDefault="00000000">
            <w:pPr>
              <w:jc w:val="center"/>
            </w:pPr>
            <w:r>
              <w:rPr>
                <w:sz w:val="15"/>
              </w:rPr>
              <w:t>31.8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6A0A11" w14:textId="77777777" w:rsidR="004550E7" w:rsidRDefault="00000000">
            <w:pPr>
              <w:jc w:val="center"/>
            </w:pPr>
            <w:r>
              <w:rPr>
                <w:sz w:val="15"/>
              </w:rPr>
              <w:t>38.2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0FFC5" w14:textId="77777777" w:rsidR="004550E7" w:rsidRDefault="00000000">
            <w:pPr>
              <w:jc w:val="center"/>
            </w:pPr>
            <w:r>
              <w:rPr>
                <w:sz w:val="15"/>
              </w:rPr>
              <w:t>1.498</w:t>
            </w:r>
          </w:p>
        </w:tc>
      </w:tr>
      <w:tr w:rsidR="004550E7" w14:paraId="346754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D94C0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70D7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BCB3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10FB0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7B8F97" w14:textId="77777777" w:rsidR="004550E7" w:rsidRDefault="00000000">
            <w:pPr>
              <w:jc w:val="center"/>
            </w:pPr>
            <w:r>
              <w:rPr>
                <w:sz w:val="15"/>
              </w:rPr>
              <w:t>41.3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406F58" w14:textId="77777777" w:rsidR="004550E7" w:rsidRDefault="00000000">
            <w:pPr>
              <w:jc w:val="center"/>
            </w:pPr>
            <w:r>
              <w:rPr>
                <w:sz w:val="15"/>
              </w:rPr>
              <w:t>39.1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FC547D" w14:textId="77777777" w:rsidR="004550E7" w:rsidRDefault="00000000">
            <w:pPr>
              <w:jc w:val="center"/>
            </w:pPr>
            <w:r>
              <w:rPr>
                <w:sz w:val="15"/>
              </w:rPr>
              <w:t>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42313B" w14:textId="77777777" w:rsidR="004550E7" w:rsidRDefault="00000000">
            <w:pPr>
              <w:jc w:val="center"/>
            </w:pPr>
            <w:r>
              <w:rPr>
                <w:sz w:val="15"/>
              </w:rPr>
              <w:t>0.782</w:t>
            </w:r>
          </w:p>
        </w:tc>
      </w:tr>
      <w:tr w:rsidR="004550E7" w14:paraId="69E987E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2FD2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55FAB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80E20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BF75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FBB0EB" w14:textId="77777777" w:rsidR="004550E7" w:rsidRDefault="00000000">
            <w:pPr>
              <w:jc w:val="center"/>
            </w:pPr>
            <w:r>
              <w:rPr>
                <w:sz w:val="15"/>
              </w:rPr>
              <w:t>39.8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BF270C" w14:textId="77777777" w:rsidR="004550E7" w:rsidRDefault="00000000">
            <w:pPr>
              <w:jc w:val="center"/>
            </w:pPr>
            <w:r>
              <w:rPr>
                <w:sz w:val="15"/>
              </w:rPr>
              <w:t>34.0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49E4FB" w14:textId="77777777" w:rsidR="004550E7" w:rsidRDefault="00000000">
            <w:pPr>
              <w:jc w:val="center"/>
            </w:pPr>
            <w:r>
              <w:rPr>
                <w:sz w:val="15"/>
              </w:rPr>
              <w:t>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E24123" w14:textId="77777777" w:rsidR="004550E7" w:rsidRDefault="00000000">
            <w:pPr>
              <w:jc w:val="center"/>
            </w:pPr>
            <w:r>
              <w:rPr>
                <w:sz w:val="15"/>
              </w:rPr>
              <w:t>1.399</w:t>
            </w:r>
          </w:p>
        </w:tc>
      </w:tr>
      <w:tr w:rsidR="004550E7" w14:paraId="3FC7F7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10490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CE07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13EBE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4D51FC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F0764" w14:textId="77777777" w:rsidR="004550E7" w:rsidRDefault="00000000">
            <w:pPr>
              <w:jc w:val="center"/>
            </w:pPr>
            <w:r>
              <w:rPr>
                <w:sz w:val="15"/>
              </w:rPr>
              <w:t>36.8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DB4ED0" w14:textId="77777777" w:rsidR="004550E7" w:rsidRDefault="00000000">
            <w:pPr>
              <w:jc w:val="center"/>
            </w:pPr>
            <w:r>
              <w:rPr>
                <w:sz w:val="15"/>
              </w:rPr>
              <w:t>35.3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B3FFB" w14:textId="77777777" w:rsidR="004550E7" w:rsidRDefault="00000000">
            <w:pPr>
              <w:jc w:val="center"/>
            </w:pPr>
            <w:r>
              <w:rPr>
                <w:sz w:val="15"/>
              </w:rPr>
              <w:t>36.2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23F6D" w14:textId="77777777" w:rsidR="004550E7" w:rsidRDefault="00000000">
            <w:pPr>
              <w:jc w:val="center"/>
            </w:pPr>
            <w:r>
              <w:rPr>
                <w:sz w:val="15"/>
              </w:rPr>
              <w:t>0.569</w:t>
            </w:r>
          </w:p>
        </w:tc>
      </w:tr>
      <w:tr w:rsidR="004550E7" w14:paraId="6936BA7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8D26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2C75B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D8FA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DCCA6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0A5E5" w14:textId="77777777" w:rsidR="004550E7" w:rsidRDefault="00000000">
            <w:pPr>
              <w:jc w:val="center"/>
            </w:pPr>
            <w:r>
              <w:rPr>
                <w:sz w:val="15"/>
              </w:rPr>
              <w:t>38.1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F8EE67" w14:textId="77777777" w:rsidR="004550E7" w:rsidRDefault="00000000">
            <w:pPr>
              <w:jc w:val="center"/>
            </w:pPr>
            <w:r>
              <w:rPr>
                <w:sz w:val="15"/>
              </w:rPr>
              <w:t>33.7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EAAD7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4CCBE4" w14:textId="77777777" w:rsidR="004550E7" w:rsidRDefault="00000000">
            <w:pPr>
              <w:jc w:val="center"/>
            </w:pPr>
            <w:r>
              <w:rPr>
                <w:sz w:val="15"/>
              </w:rPr>
              <w:t>0.796</w:t>
            </w:r>
          </w:p>
        </w:tc>
      </w:tr>
      <w:tr w:rsidR="004550E7" w14:paraId="349E84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D28A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2E317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C7A1F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5D3A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A55FB9" w14:textId="77777777" w:rsidR="004550E7" w:rsidRDefault="00000000">
            <w:pPr>
              <w:jc w:val="center"/>
            </w:pPr>
            <w:r>
              <w:rPr>
                <w:sz w:val="15"/>
              </w:rPr>
              <w:t>45.3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55FC93" w14:textId="77777777" w:rsidR="004550E7" w:rsidRDefault="00000000">
            <w:pPr>
              <w:jc w:val="center"/>
            </w:pPr>
            <w:r>
              <w:rPr>
                <w:sz w:val="15"/>
              </w:rPr>
              <w:t>32.2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C74801" w14:textId="77777777" w:rsidR="004550E7" w:rsidRDefault="00000000">
            <w:pPr>
              <w:jc w:val="center"/>
            </w:pPr>
            <w:r>
              <w:rPr>
                <w:sz w:val="15"/>
              </w:rPr>
              <w:t>35.6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21579" w14:textId="77777777" w:rsidR="004550E7" w:rsidRDefault="00000000">
            <w:pPr>
              <w:jc w:val="center"/>
            </w:pPr>
            <w:r>
              <w:rPr>
                <w:sz w:val="15"/>
              </w:rPr>
              <w:t>0.358</w:t>
            </w:r>
          </w:p>
        </w:tc>
      </w:tr>
      <w:tr w:rsidR="004550E7" w14:paraId="1F8A38A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5D190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651E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D1BAE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FC0689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38EB6" w14:textId="77777777" w:rsidR="004550E7" w:rsidRDefault="00000000">
            <w:pPr>
              <w:jc w:val="center"/>
            </w:pPr>
            <w:r>
              <w:rPr>
                <w:sz w:val="15"/>
              </w:rPr>
              <w:t>46.0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D6A6E5" w14:textId="77777777" w:rsidR="004550E7" w:rsidRDefault="00000000">
            <w:pPr>
              <w:jc w:val="center"/>
            </w:pPr>
            <w:r>
              <w:rPr>
                <w:sz w:val="15"/>
              </w:rPr>
              <w:t>35.3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CD83AC" w14:textId="77777777" w:rsidR="004550E7" w:rsidRDefault="00000000">
            <w:pPr>
              <w:jc w:val="center"/>
            </w:pPr>
            <w:r>
              <w:rPr>
                <w:sz w:val="15"/>
              </w:rPr>
              <w:t>41.9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412737" w14:textId="77777777" w:rsidR="004550E7" w:rsidRDefault="00000000">
            <w:pPr>
              <w:jc w:val="center"/>
            </w:pPr>
            <w:r>
              <w:rPr>
                <w:sz w:val="15"/>
              </w:rPr>
              <w:t>1.257</w:t>
            </w:r>
          </w:p>
        </w:tc>
      </w:tr>
      <w:tr w:rsidR="004550E7" w14:paraId="64A7A4F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AB55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FDCCA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9FFE21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4EFF5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D67E24" w14:textId="77777777" w:rsidR="004550E7" w:rsidRDefault="00000000">
            <w:pPr>
              <w:jc w:val="center"/>
            </w:pPr>
            <w:r>
              <w:rPr>
                <w:sz w:val="15"/>
              </w:rPr>
              <w:t>44.4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219E6" w14:textId="77777777" w:rsidR="004550E7" w:rsidRDefault="00000000">
            <w:pPr>
              <w:jc w:val="center"/>
            </w:pPr>
            <w:r>
              <w:rPr>
                <w:sz w:val="15"/>
              </w:rPr>
              <w:t>35.3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858D5" w14:textId="77777777" w:rsidR="004550E7" w:rsidRDefault="00000000">
            <w:pPr>
              <w:jc w:val="center"/>
            </w:pPr>
            <w:r>
              <w:rPr>
                <w:sz w:val="15"/>
              </w:rPr>
              <w:t>39.9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94B9C7" w14:textId="77777777" w:rsidR="004550E7" w:rsidRDefault="00000000">
            <w:pPr>
              <w:jc w:val="center"/>
            </w:pPr>
            <w:r>
              <w:rPr>
                <w:sz w:val="15"/>
              </w:rPr>
              <w:t>2.157</w:t>
            </w:r>
          </w:p>
        </w:tc>
      </w:tr>
      <w:tr w:rsidR="004550E7" w14:paraId="7BA569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706E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5A4FD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B56AA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9856C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106AA2" w14:textId="77777777" w:rsidR="004550E7" w:rsidRDefault="00000000">
            <w:pPr>
              <w:jc w:val="center"/>
            </w:pPr>
            <w:r>
              <w:rPr>
                <w:sz w:val="15"/>
              </w:rPr>
              <w:t>43.5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D79FFE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21B6A1" w14:textId="77777777" w:rsidR="004550E7" w:rsidRDefault="00000000">
            <w:pPr>
              <w:jc w:val="center"/>
            </w:pPr>
            <w:r>
              <w:rPr>
                <w:sz w:val="15"/>
              </w:rPr>
              <w:t>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6812C8" w14:textId="77777777" w:rsidR="004550E7" w:rsidRDefault="00000000">
            <w:pPr>
              <w:jc w:val="center"/>
            </w:pPr>
            <w:r>
              <w:rPr>
                <w:sz w:val="15"/>
              </w:rPr>
              <w:t>1.758</w:t>
            </w:r>
          </w:p>
        </w:tc>
      </w:tr>
      <w:tr w:rsidR="004550E7" w14:paraId="60CE3D8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D70EE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4265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1E95D7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73D95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B26D38" w14:textId="77777777" w:rsidR="004550E7" w:rsidRDefault="00000000">
            <w:pPr>
              <w:jc w:val="center"/>
            </w:pPr>
            <w:r>
              <w:rPr>
                <w:sz w:val="15"/>
              </w:rPr>
              <w:t>44.0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4F35A" w14:textId="77777777" w:rsidR="004550E7" w:rsidRDefault="00000000">
            <w:pPr>
              <w:jc w:val="center"/>
            </w:pPr>
            <w:r>
              <w:rPr>
                <w:sz w:val="15"/>
              </w:rPr>
              <w:t>30.0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C8C732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8E9A9D" w14:textId="77777777" w:rsidR="004550E7" w:rsidRDefault="00000000">
            <w:pPr>
              <w:jc w:val="center"/>
            </w:pPr>
            <w:r>
              <w:rPr>
                <w:sz w:val="15"/>
              </w:rPr>
              <w:t>1.584</w:t>
            </w:r>
          </w:p>
        </w:tc>
      </w:tr>
      <w:tr w:rsidR="004550E7" w14:paraId="1FFF289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AF1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BF1BE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9E9031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0E5369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A2B20C" w14:textId="77777777" w:rsidR="004550E7" w:rsidRDefault="00000000">
            <w:pPr>
              <w:jc w:val="center"/>
            </w:pPr>
            <w:r>
              <w:rPr>
                <w:sz w:val="15"/>
              </w:rPr>
              <w:t>38.0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5341A" w14:textId="77777777" w:rsidR="004550E7" w:rsidRDefault="00000000">
            <w:pPr>
              <w:jc w:val="center"/>
            </w:pPr>
            <w:r>
              <w:rPr>
                <w:sz w:val="15"/>
              </w:rPr>
              <w:t>33.6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C96B3" w14:textId="77777777" w:rsidR="004550E7" w:rsidRDefault="00000000">
            <w:pPr>
              <w:jc w:val="center"/>
            </w:pPr>
            <w:r>
              <w:rPr>
                <w:sz w:val="15"/>
              </w:rPr>
              <w:t>36.3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E0EEB" w14:textId="77777777" w:rsidR="004550E7" w:rsidRDefault="00000000">
            <w:pPr>
              <w:jc w:val="center"/>
            </w:pPr>
            <w:r>
              <w:rPr>
                <w:sz w:val="15"/>
              </w:rPr>
              <w:t>1.065</w:t>
            </w:r>
          </w:p>
        </w:tc>
      </w:tr>
      <w:tr w:rsidR="004550E7" w14:paraId="7042EA9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C3D1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5AA64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AAD34E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79306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439E50" w14:textId="77777777" w:rsidR="004550E7" w:rsidRDefault="00000000">
            <w:pPr>
              <w:jc w:val="center"/>
            </w:pPr>
            <w:r>
              <w:rPr>
                <w:sz w:val="15"/>
              </w:rPr>
              <w:t>41.7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1D3F4D" w14:textId="77777777" w:rsidR="004550E7" w:rsidRDefault="00000000">
            <w:pPr>
              <w:jc w:val="center"/>
            </w:pPr>
            <w:r>
              <w:rPr>
                <w:sz w:val="15"/>
              </w:rPr>
              <w:t>35.0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123774" w14:textId="77777777" w:rsidR="004550E7" w:rsidRDefault="00000000">
            <w:pPr>
              <w:jc w:val="center"/>
            </w:pPr>
            <w:r>
              <w:rPr>
                <w:sz w:val="15"/>
              </w:rPr>
              <w:t>37.9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E625BF" w14:textId="77777777" w:rsidR="004550E7" w:rsidRDefault="00000000">
            <w:pPr>
              <w:jc w:val="center"/>
            </w:pPr>
            <w:r>
              <w:rPr>
                <w:sz w:val="15"/>
              </w:rPr>
              <w:t>2.455</w:t>
            </w:r>
          </w:p>
        </w:tc>
      </w:tr>
      <w:tr w:rsidR="004550E7" w14:paraId="6F02541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EE4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157F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C78F9F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DD7CF0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EC32D" w14:textId="77777777" w:rsidR="004550E7" w:rsidRDefault="00000000">
            <w:pPr>
              <w:jc w:val="center"/>
            </w:pPr>
            <w:r>
              <w:rPr>
                <w:sz w:val="15"/>
              </w:rPr>
              <w:t>42.1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273D5" w14:textId="77777777" w:rsidR="004550E7" w:rsidRDefault="00000000">
            <w:pPr>
              <w:jc w:val="center"/>
            </w:pPr>
            <w:r>
              <w:rPr>
                <w:sz w:val="15"/>
              </w:rPr>
              <w:t>36.2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28E17" w14:textId="77777777" w:rsidR="004550E7" w:rsidRDefault="00000000">
            <w:pPr>
              <w:jc w:val="center"/>
            </w:pPr>
            <w:r>
              <w:rPr>
                <w:sz w:val="15"/>
              </w:rPr>
              <w:t>40.1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11EEC8" w14:textId="77777777" w:rsidR="004550E7" w:rsidRDefault="00000000">
            <w:pPr>
              <w:jc w:val="center"/>
            </w:pPr>
            <w:r>
              <w:rPr>
                <w:sz w:val="15"/>
              </w:rPr>
              <w:t>1.026</w:t>
            </w:r>
          </w:p>
        </w:tc>
      </w:tr>
      <w:tr w:rsidR="004550E7" w14:paraId="32DA68F9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18DE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Hct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8E1876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4D2129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E07DF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80D805" w14:textId="77777777" w:rsidR="004550E7" w:rsidRDefault="00000000">
            <w:pPr>
              <w:jc w:val="center"/>
            </w:pPr>
            <w:r>
              <w:rPr>
                <w:sz w:val="15"/>
              </w:rPr>
              <w:t>140.0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EC01C5" w14:textId="77777777" w:rsidR="004550E7" w:rsidRDefault="00000000">
            <w:pPr>
              <w:jc w:val="center"/>
            </w:pPr>
            <w:r>
              <w:rPr>
                <w:sz w:val="15"/>
              </w:rPr>
              <w:t>8.0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CC71E" w14:textId="77777777" w:rsidR="004550E7" w:rsidRDefault="00000000">
            <w:pPr>
              <w:jc w:val="center"/>
            </w:pPr>
            <w:r>
              <w:rPr>
                <w:sz w:val="15"/>
              </w:rPr>
              <w:t>14.5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3FC0F6" w14:textId="77777777" w:rsidR="004550E7" w:rsidRDefault="00000000">
            <w:pPr>
              <w:jc w:val="center"/>
            </w:pPr>
            <w:r>
              <w:rPr>
                <w:sz w:val="15"/>
              </w:rPr>
              <w:t>0.679</w:t>
            </w:r>
          </w:p>
        </w:tc>
      </w:tr>
      <w:tr w:rsidR="004550E7" w14:paraId="6B8EDF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9D67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A6AF4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E712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68FBBB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8DFEBE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726F46" w14:textId="77777777" w:rsidR="004550E7" w:rsidRDefault="00000000">
            <w:pPr>
              <w:jc w:val="center"/>
            </w:pPr>
            <w:r>
              <w:rPr>
                <w:sz w:val="15"/>
              </w:rPr>
              <w:t>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23CFBB" w14:textId="77777777" w:rsidR="004550E7" w:rsidRDefault="00000000">
            <w:pPr>
              <w:jc w:val="center"/>
            </w:pPr>
            <w:r>
              <w:rPr>
                <w:sz w:val="15"/>
              </w:rPr>
              <w:t>14.4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E52A26" w14:textId="77777777" w:rsidR="004550E7" w:rsidRDefault="00000000">
            <w:pPr>
              <w:jc w:val="center"/>
            </w:pPr>
            <w:r>
              <w:rPr>
                <w:sz w:val="15"/>
              </w:rPr>
              <w:t>0.544</w:t>
            </w:r>
          </w:p>
        </w:tc>
      </w:tr>
      <w:tr w:rsidR="004550E7" w14:paraId="6FE480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786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508C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FA75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3B302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73DF9" w14:textId="77777777" w:rsidR="004550E7" w:rsidRDefault="00000000">
            <w:pPr>
              <w:jc w:val="center"/>
            </w:pPr>
            <w:r>
              <w:rPr>
                <w:sz w:val="15"/>
              </w:rPr>
              <w:t>38.4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416907" w14:textId="77777777" w:rsidR="004550E7" w:rsidRDefault="00000000">
            <w:pPr>
              <w:jc w:val="center"/>
            </w:pPr>
            <w:r>
              <w:rPr>
                <w:sz w:val="15"/>
              </w:rPr>
              <w:t>12.9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66F6DA" w14:textId="77777777" w:rsidR="004550E7" w:rsidRDefault="00000000">
            <w:pPr>
              <w:jc w:val="center"/>
            </w:pPr>
            <w:r>
              <w:rPr>
                <w:sz w:val="15"/>
              </w:rPr>
              <w:t>14.4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8E3B5" w14:textId="77777777" w:rsidR="004550E7" w:rsidRDefault="00000000">
            <w:pPr>
              <w:jc w:val="center"/>
            </w:pPr>
            <w:r>
              <w:rPr>
                <w:sz w:val="15"/>
              </w:rPr>
              <w:t>0.496</w:t>
            </w:r>
          </w:p>
        </w:tc>
      </w:tr>
      <w:tr w:rsidR="004550E7" w14:paraId="59E5D95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D2C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284C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4B9A1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63EE46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8E5EB" w14:textId="77777777" w:rsidR="004550E7" w:rsidRDefault="00000000">
            <w:pPr>
              <w:jc w:val="center"/>
            </w:pPr>
            <w:r>
              <w:rPr>
                <w:sz w:val="15"/>
              </w:rPr>
              <w:t>16.0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95731" w14:textId="77777777" w:rsidR="004550E7" w:rsidRDefault="00000000">
            <w:pPr>
              <w:jc w:val="center"/>
            </w:pPr>
            <w:r>
              <w:rPr>
                <w:sz w:val="15"/>
              </w:rPr>
              <w:t>12.9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2BF28" w14:textId="77777777" w:rsidR="004550E7" w:rsidRDefault="00000000">
            <w:pPr>
              <w:jc w:val="center"/>
            </w:pPr>
            <w:r>
              <w:rPr>
                <w:sz w:val="15"/>
              </w:rPr>
              <w:t>14.9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1C1888" w14:textId="77777777" w:rsidR="004550E7" w:rsidRDefault="00000000">
            <w:pPr>
              <w:jc w:val="center"/>
            </w:pPr>
            <w:r>
              <w:rPr>
                <w:sz w:val="15"/>
              </w:rPr>
              <w:t>0.423</w:t>
            </w:r>
          </w:p>
        </w:tc>
      </w:tr>
      <w:tr w:rsidR="004550E7" w14:paraId="7CFCA6E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CEF64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BEE2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7CCDA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EB2877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BFCB3" w14:textId="77777777" w:rsidR="004550E7" w:rsidRDefault="00000000">
            <w:pPr>
              <w:jc w:val="center"/>
            </w:pPr>
            <w:r>
              <w:rPr>
                <w:sz w:val="15"/>
              </w:rPr>
              <w:t>15.5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A43F6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2DDB41" w14:textId="77777777" w:rsidR="004550E7" w:rsidRDefault="00000000">
            <w:pPr>
              <w:jc w:val="center"/>
            </w:pPr>
            <w:r>
              <w:rPr>
                <w:sz w:val="15"/>
              </w:rPr>
              <w:t>14.3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4130DF" w14:textId="77777777" w:rsidR="004550E7" w:rsidRDefault="00000000">
            <w:pPr>
              <w:jc w:val="center"/>
            </w:pPr>
            <w:r>
              <w:rPr>
                <w:sz w:val="15"/>
              </w:rPr>
              <w:t>0.536</w:t>
            </w:r>
          </w:p>
        </w:tc>
      </w:tr>
      <w:tr w:rsidR="004550E7" w14:paraId="261542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9C38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408E6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A2CE25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CB300A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FEDE3A" w14:textId="77777777" w:rsidR="004550E7" w:rsidRDefault="00000000">
            <w:pPr>
              <w:jc w:val="center"/>
            </w:pPr>
            <w:r>
              <w:rPr>
                <w:sz w:val="15"/>
              </w:rPr>
              <w:t>35.6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034CE" w14:textId="77777777" w:rsidR="004550E7" w:rsidRDefault="00000000">
            <w:pPr>
              <w:jc w:val="center"/>
            </w:pPr>
            <w:r>
              <w:rPr>
                <w:sz w:val="15"/>
              </w:rPr>
              <w:t>11.9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6A597" w14:textId="77777777" w:rsidR="004550E7" w:rsidRDefault="00000000">
            <w:pPr>
              <w:jc w:val="center"/>
            </w:pPr>
            <w:r>
              <w:rPr>
                <w:sz w:val="15"/>
              </w:rPr>
              <w:t>14.6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DB7B47" w14:textId="77777777" w:rsidR="004550E7" w:rsidRDefault="00000000">
            <w:pPr>
              <w:jc w:val="center"/>
            </w:pPr>
            <w:r>
              <w:rPr>
                <w:sz w:val="15"/>
              </w:rPr>
              <w:t>0.629</w:t>
            </w:r>
          </w:p>
        </w:tc>
      </w:tr>
      <w:tr w:rsidR="004550E7" w14:paraId="1244BE2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28EE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0904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AD5C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7BD55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174CC1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87103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46552" w14:textId="77777777" w:rsidR="004550E7" w:rsidRDefault="00000000">
            <w:pPr>
              <w:jc w:val="center"/>
            </w:pPr>
            <w:r>
              <w:rPr>
                <w:sz w:val="15"/>
              </w:rPr>
              <w:t>14.7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FBD7A" w14:textId="77777777" w:rsidR="004550E7" w:rsidRDefault="00000000">
            <w:pPr>
              <w:jc w:val="center"/>
            </w:pPr>
            <w:r>
              <w:rPr>
                <w:sz w:val="15"/>
              </w:rPr>
              <w:t>0.709</w:t>
            </w:r>
          </w:p>
        </w:tc>
      </w:tr>
      <w:tr w:rsidR="004550E7" w14:paraId="488B850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3E8C1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905C1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29B83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8C27D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E11623" w14:textId="77777777" w:rsidR="004550E7" w:rsidRDefault="00000000">
            <w:pPr>
              <w:jc w:val="center"/>
            </w:pPr>
            <w:r>
              <w:rPr>
                <w:sz w:val="15"/>
              </w:rPr>
              <w:t>15.5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1AE493" w14:textId="77777777" w:rsidR="004550E7" w:rsidRDefault="00000000">
            <w:pPr>
              <w:jc w:val="center"/>
            </w:pPr>
            <w:r>
              <w:rPr>
                <w:sz w:val="15"/>
              </w:rPr>
              <w:t>13.8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BFCD85" w14:textId="77777777" w:rsidR="004550E7" w:rsidRDefault="00000000">
            <w:pPr>
              <w:jc w:val="center"/>
            </w:pPr>
            <w:r>
              <w:rPr>
                <w:sz w:val="15"/>
              </w:rPr>
              <w:t>14.9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3C335E" w14:textId="77777777" w:rsidR="004550E7" w:rsidRDefault="00000000">
            <w:pPr>
              <w:jc w:val="center"/>
            </w:pPr>
            <w:r>
              <w:rPr>
                <w:sz w:val="15"/>
              </w:rPr>
              <w:t>0.454</w:t>
            </w:r>
          </w:p>
        </w:tc>
      </w:tr>
      <w:tr w:rsidR="004550E7" w14:paraId="4A0B031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7A21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601C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21CC7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AD9040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3C8BB" w14:textId="77777777" w:rsidR="004550E7" w:rsidRDefault="00000000">
            <w:pPr>
              <w:jc w:val="center"/>
            </w:pPr>
            <w:r>
              <w:rPr>
                <w:sz w:val="15"/>
              </w:rPr>
              <w:t>15.4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893D5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0C53C8" w14:textId="77777777" w:rsidR="004550E7" w:rsidRDefault="00000000">
            <w:pPr>
              <w:jc w:val="center"/>
            </w:pPr>
            <w:r>
              <w:rPr>
                <w:sz w:val="15"/>
              </w:rPr>
              <w:t>14.3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6EDBC" w14:textId="77777777" w:rsidR="004550E7" w:rsidRDefault="00000000">
            <w:pPr>
              <w:jc w:val="center"/>
            </w:pPr>
            <w:r>
              <w:rPr>
                <w:sz w:val="15"/>
              </w:rPr>
              <w:t>0.813</w:t>
            </w:r>
          </w:p>
        </w:tc>
      </w:tr>
      <w:tr w:rsidR="004550E7" w14:paraId="201AF42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8343C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CB233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40372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D52B6C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F7D37" w14:textId="77777777" w:rsidR="004550E7" w:rsidRDefault="00000000">
            <w:pPr>
              <w:jc w:val="center"/>
            </w:pPr>
            <w:r>
              <w:rPr>
                <w:sz w:val="15"/>
              </w:rPr>
              <w:t>15.1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37C8D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EDF155" w14:textId="77777777" w:rsidR="004550E7" w:rsidRDefault="00000000">
            <w:pPr>
              <w:jc w:val="center"/>
            </w:pPr>
            <w:r>
              <w:rPr>
                <w:sz w:val="15"/>
              </w:rPr>
              <w:t>14.2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5027FD" w14:textId="77777777" w:rsidR="004550E7" w:rsidRDefault="00000000">
            <w:pPr>
              <w:jc w:val="center"/>
            </w:pPr>
            <w:r>
              <w:rPr>
                <w:sz w:val="15"/>
              </w:rPr>
              <w:t>0.438</w:t>
            </w:r>
          </w:p>
        </w:tc>
      </w:tr>
      <w:tr w:rsidR="004550E7" w14:paraId="01186A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15041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4B89C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073F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9D0C04" w14:textId="77777777" w:rsidR="004550E7" w:rsidRDefault="00000000">
            <w:pPr>
              <w:jc w:val="center"/>
            </w:pPr>
            <w:r>
              <w:rPr>
                <w:sz w:val="15"/>
              </w:rPr>
              <w:t>276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E2CE05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6641E" w14:textId="77777777" w:rsidR="004550E7" w:rsidRDefault="00000000">
            <w:pPr>
              <w:jc w:val="center"/>
            </w:pPr>
            <w:r>
              <w:rPr>
                <w:sz w:val="15"/>
              </w:rPr>
              <w:t>11.9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3BA59F" w14:textId="77777777" w:rsidR="004550E7" w:rsidRDefault="00000000">
            <w:pPr>
              <w:jc w:val="center"/>
            </w:pPr>
            <w:r>
              <w:rPr>
                <w:sz w:val="15"/>
              </w:rPr>
              <w:t>14.2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D8C9D" w14:textId="77777777" w:rsidR="004550E7" w:rsidRDefault="00000000">
            <w:pPr>
              <w:jc w:val="center"/>
            </w:pPr>
            <w:r>
              <w:rPr>
                <w:sz w:val="15"/>
              </w:rPr>
              <w:t>0.495</w:t>
            </w:r>
          </w:p>
        </w:tc>
      </w:tr>
      <w:tr w:rsidR="004550E7" w14:paraId="1CD9E2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C0802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233B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85B72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D00496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CAD2B" w14:textId="77777777" w:rsidR="004550E7" w:rsidRDefault="00000000">
            <w:pPr>
              <w:jc w:val="center"/>
            </w:pPr>
            <w:r>
              <w:rPr>
                <w:sz w:val="15"/>
              </w:rPr>
              <w:t>34.1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9C356F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BAA735" w14:textId="77777777" w:rsidR="004550E7" w:rsidRDefault="00000000">
            <w:pPr>
              <w:jc w:val="center"/>
            </w:pPr>
            <w:r>
              <w:rPr>
                <w:sz w:val="15"/>
              </w:rPr>
              <w:t>14.1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D8BD4" w14:textId="77777777" w:rsidR="004550E7" w:rsidRDefault="00000000">
            <w:pPr>
              <w:jc w:val="center"/>
            </w:pPr>
            <w:r>
              <w:rPr>
                <w:sz w:val="15"/>
              </w:rPr>
              <w:t>0.634</w:t>
            </w:r>
          </w:p>
        </w:tc>
      </w:tr>
      <w:tr w:rsidR="004550E7" w14:paraId="78BCE6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E1F20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E306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62957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0DA23E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60975" w14:textId="77777777" w:rsidR="004550E7" w:rsidRDefault="00000000">
            <w:pPr>
              <w:jc w:val="center"/>
            </w:pPr>
            <w:r>
              <w:rPr>
                <w:sz w:val="15"/>
              </w:rPr>
              <w:t>15.6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57452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C24B6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19396E" w14:textId="77777777" w:rsidR="004550E7" w:rsidRDefault="00000000">
            <w:pPr>
              <w:jc w:val="center"/>
            </w:pPr>
            <w:r>
              <w:rPr>
                <w:sz w:val="15"/>
              </w:rPr>
              <w:t>0.496</w:t>
            </w:r>
          </w:p>
        </w:tc>
      </w:tr>
      <w:tr w:rsidR="004550E7" w14:paraId="1D969B8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96B4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4865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D2766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14F9C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BEB32C" w14:textId="77777777" w:rsidR="004550E7" w:rsidRDefault="00000000">
            <w:pPr>
              <w:jc w:val="center"/>
            </w:pPr>
            <w:r>
              <w:rPr>
                <w:sz w:val="15"/>
              </w:rPr>
              <w:t>16.2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C94D9" w14:textId="77777777" w:rsidR="004550E7" w:rsidRDefault="00000000">
            <w:pPr>
              <w:jc w:val="center"/>
            </w:pPr>
            <w:r>
              <w:rPr>
                <w:sz w:val="15"/>
              </w:rPr>
              <w:t>14.7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717F6" w14:textId="77777777" w:rsidR="004550E7" w:rsidRDefault="00000000">
            <w:pPr>
              <w:jc w:val="center"/>
            </w:pPr>
            <w:r>
              <w:rPr>
                <w:sz w:val="15"/>
              </w:rPr>
              <w:t>15.3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FEE4A7" w14:textId="77777777" w:rsidR="004550E7" w:rsidRDefault="00000000">
            <w:pPr>
              <w:jc w:val="center"/>
            </w:pPr>
            <w:r>
              <w:rPr>
                <w:sz w:val="15"/>
              </w:rPr>
              <w:t>0.376</w:t>
            </w:r>
          </w:p>
        </w:tc>
      </w:tr>
      <w:tr w:rsidR="004550E7" w14:paraId="316D5B4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A899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DE63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6293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85370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5C076" w14:textId="77777777" w:rsidR="004550E7" w:rsidRDefault="00000000">
            <w:pPr>
              <w:jc w:val="center"/>
            </w:pPr>
            <w:r>
              <w:rPr>
                <w:sz w:val="15"/>
              </w:rPr>
              <w:t>140.0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E5415D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09661B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EBAB4" w14:textId="77777777" w:rsidR="004550E7" w:rsidRDefault="00000000">
            <w:pPr>
              <w:jc w:val="center"/>
            </w:pPr>
            <w:r>
              <w:rPr>
                <w:sz w:val="15"/>
              </w:rPr>
              <w:t>0.58</w:t>
            </w:r>
          </w:p>
        </w:tc>
      </w:tr>
      <w:tr w:rsidR="004550E7" w14:paraId="0C3B8F4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30B4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E593B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1A2C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ECCCA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F33E12" w14:textId="77777777" w:rsidR="004550E7" w:rsidRDefault="00000000">
            <w:pPr>
              <w:jc w:val="center"/>
            </w:pPr>
            <w:r>
              <w:rPr>
                <w:sz w:val="15"/>
              </w:rPr>
              <w:t>14.6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A10678" w14:textId="77777777" w:rsidR="004550E7" w:rsidRDefault="00000000">
            <w:pPr>
              <w:jc w:val="center"/>
            </w:pPr>
            <w:r>
              <w:rPr>
                <w:sz w:val="15"/>
              </w:rPr>
              <w:t>13.8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81D979" w14:textId="77777777" w:rsidR="004550E7" w:rsidRDefault="00000000">
            <w:pPr>
              <w:jc w:val="center"/>
            </w:pPr>
            <w:r>
              <w:rPr>
                <w:sz w:val="15"/>
              </w:rPr>
              <w:t>14.2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80D36A" w14:textId="77777777" w:rsidR="004550E7" w:rsidRDefault="00000000">
            <w:pPr>
              <w:jc w:val="center"/>
            </w:pPr>
            <w:r>
              <w:rPr>
                <w:sz w:val="15"/>
              </w:rPr>
              <w:t>0.329</w:t>
            </w:r>
          </w:p>
        </w:tc>
      </w:tr>
      <w:tr w:rsidR="004550E7" w14:paraId="24B0D1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3934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6868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44B50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287CB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8048F2" w14:textId="77777777" w:rsidR="004550E7" w:rsidRDefault="00000000">
            <w:pPr>
              <w:jc w:val="center"/>
            </w:pPr>
            <w:r>
              <w:rPr>
                <w:sz w:val="15"/>
              </w:rPr>
              <w:t>14.7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7B405C" w14:textId="77777777" w:rsidR="004550E7" w:rsidRDefault="00000000">
            <w:pPr>
              <w:jc w:val="center"/>
            </w:pPr>
            <w:r>
              <w:rPr>
                <w:sz w:val="15"/>
              </w:rPr>
              <w:t>13.7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0D818" w14:textId="77777777" w:rsidR="004550E7" w:rsidRDefault="00000000">
            <w:pPr>
              <w:jc w:val="center"/>
            </w:pPr>
            <w:r>
              <w:rPr>
                <w:sz w:val="15"/>
              </w:rPr>
              <w:t>14.3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4F0648" w14:textId="77777777" w:rsidR="004550E7" w:rsidRDefault="00000000">
            <w:pPr>
              <w:jc w:val="center"/>
            </w:pPr>
            <w:r>
              <w:rPr>
                <w:sz w:val="15"/>
              </w:rPr>
              <w:t>0.274</w:t>
            </w:r>
          </w:p>
        </w:tc>
      </w:tr>
      <w:tr w:rsidR="004550E7" w14:paraId="2A6E330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F35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66DD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4ED2D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4BAA4B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D0DC03" w14:textId="77777777" w:rsidR="004550E7" w:rsidRDefault="00000000">
            <w:pPr>
              <w:jc w:val="center"/>
            </w:pPr>
            <w:r>
              <w:rPr>
                <w:sz w:val="15"/>
              </w:rPr>
              <w:t>15.3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950D9F" w14:textId="77777777" w:rsidR="004550E7" w:rsidRDefault="00000000">
            <w:pPr>
              <w:jc w:val="center"/>
            </w:pPr>
            <w:r>
              <w:rPr>
                <w:sz w:val="15"/>
              </w:rPr>
              <w:t>11.4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385EE2" w14:textId="77777777" w:rsidR="004550E7" w:rsidRDefault="00000000">
            <w:pPr>
              <w:jc w:val="center"/>
            </w:pPr>
            <w:r>
              <w:rPr>
                <w:sz w:val="15"/>
              </w:rPr>
              <w:t>12.7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9CE0EF" w14:textId="77777777" w:rsidR="004550E7" w:rsidRDefault="00000000">
            <w:pPr>
              <w:jc w:val="center"/>
            </w:pPr>
            <w:r>
              <w:rPr>
                <w:sz w:val="15"/>
              </w:rPr>
              <w:t>0.085</w:t>
            </w:r>
          </w:p>
        </w:tc>
      </w:tr>
      <w:tr w:rsidR="004550E7" w14:paraId="3B80A96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A947D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37212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FF1FE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F37DC9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2D39B2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B4BE9" w14:textId="77777777" w:rsidR="004550E7" w:rsidRDefault="00000000">
            <w:pPr>
              <w:jc w:val="center"/>
            </w:pPr>
            <w:r>
              <w:rPr>
                <w:sz w:val="15"/>
              </w:rPr>
              <w:t>13.2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C1936" w14:textId="77777777" w:rsidR="004550E7" w:rsidRDefault="00000000">
            <w:pPr>
              <w:jc w:val="center"/>
            </w:pPr>
            <w:r>
              <w:rPr>
                <w:sz w:val="15"/>
              </w:rPr>
              <w:t>14.9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0184B" w14:textId="77777777" w:rsidR="004550E7" w:rsidRDefault="00000000">
            <w:pPr>
              <w:jc w:val="center"/>
            </w:pPr>
            <w:r>
              <w:rPr>
                <w:sz w:val="15"/>
              </w:rPr>
              <w:t>0.467</w:t>
            </w:r>
          </w:p>
        </w:tc>
      </w:tr>
      <w:tr w:rsidR="004550E7" w14:paraId="61DDCF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EF71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A542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AAE109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880F0D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B65E6F" w14:textId="77777777" w:rsidR="004550E7" w:rsidRDefault="00000000">
            <w:pPr>
              <w:jc w:val="center"/>
            </w:pPr>
            <w:r>
              <w:rPr>
                <w:sz w:val="15"/>
              </w:rPr>
              <w:t>16.1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5193C6" w14:textId="77777777" w:rsidR="004550E7" w:rsidRDefault="00000000">
            <w:pPr>
              <w:jc w:val="center"/>
            </w:pPr>
            <w:r>
              <w:rPr>
                <w:sz w:val="15"/>
              </w:rPr>
              <w:t>12.4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9F0FC3" w14:textId="77777777" w:rsidR="004550E7" w:rsidRDefault="00000000">
            <w:pPr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2C76FE" w14:textId="77777777" w:rsidR="004550E7" w:rsidRDefault="00000000">
            <w:pPr>
              <w:jc w:val="center"/>
            </w:pPr>
            <w:r>
              <w:rPr>
                <w:sz w:val="15"/>
              </w:rPr>
              <w:t>0.699</w:t>
            </w:r>
          </w:p>
        </w:tc>
      </w:tr>
      <w:tr w:rsidR="004550E7" w14:paraId="573B206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63E5E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860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118F6F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B8456F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4C57F8" w14:textId="77777777" w:rsidR="004550E7" w:rsidRDefault="00000000">
            <w:pPr>
              <w:jc w:val="center"/>
            </w:pPr>
            <w:r>
              <w:rPr>
                <w:sz w:val="15"/>
              </w:rPr>
              <w:t>16.1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D771C1" w14:textId="77777777" w:rsidR="004550E7" w:rsidRDefault="00000000">
            <w:pPr>
              <w:jc w:val="center"/>
            </w:pPr>
            <w:r>
              <w:rPr>
                <w:sz w:val="15"/>
              </w:rPr>
              <w:t>13.4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33CD7B" w14:textId="77777777" w:rsidR="004550E7" w:rsidRDefault="00000000">
            <w:pPr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ED5C1" w14:textId="77777777" w:rsidR="004550E7" w:rsidRDefault="00000000">
            <w:pPr>
              <w:jc w:val="center"/>
            </w:pPr>
            <w:r>
              <w:rPr>
                <w:sz w:val="15"/>
              </w:rPr>
              <w:t>0.497</w:t>
            </w:r>
          </w:p>
        </w:tc>
      </w:tr>
      <w:tr w:rsidR="004550E7" w14:paraId="6CEABC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81B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2649F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F05CBA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216CD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17808" w14:textId="77777777" w:rsidR="004550E7" w:rsidRDefault="00000000">
            <w:pPr>
              <w:jc w:val="center"/>
            </w:pPr>
            <w:r>
              <w:rPr>
                <w:sz w:val="15"/>
              </w:rPr>
              <w:t>23.0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F6C8A3" w14:textId="77777777" w:rsidR="004550E7" w:rsidRDefault="00000000">
            <w:pPr>
              <w:jc w:val="center"/>
            </w:pPr>
            <w:r>
              <w:rPr>
                <w:sz w:val="15"/>
              </w:rPr>
              <w:t>10.6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BE71C" w14:textId="77777777" w:rsidR="004550E7" w:rsidRDefault="00000000">
            <w:pPr>
              <w:jc w:val="center"/>
            </w:pPr>
            <w:r>
              <w:rPr>
                <w:sz w:val="15"/>
              </w:rPr>
              <w:t>13.9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5E0B78" w14:textId="77777777" w:rsidR="004550E7" w:rsidRDefault="00000000">
            <w:pPr>
              <w:jc w:val="center"/>
            </w:pPr>
            <w:r>
              <w:rPr>
                <w:sz w:val="15"/>
              </w:rPr>
              <w:t>0.634</w:t>
            </w:r>
          </w:p>
        </w:tc>
      </w:tr>
      <w:tr w:rsidR="004550E7" w14:paraId="720B6B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CA16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D805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48310E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E9691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330029" w14:textId="77777777" w:rsidR="004550E7" w:rsidRDefault="00000000">
            <w:pPr>
              <w:jc w:val="center"/>
            </w:pPr>
            <w:r>
              <w:rPr>
                <w:sz w:val="15"/>
              </w:rPr>
              <w:t>15.3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99E350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2334E" w14:textId="77777777" w:rsidR="004550E7" w:rsidRDefault="00000000">
            <w:pPr>
              <w:jc w:val="center"/>
            </w:pPr>
            <w:r>
              <w:rPr>
                <w:sz w:val="15"/>
              </w:rPr>
              <w:t>14.5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6F67F" w14:textId="77777777" w:rsidR="004550E7" w:rsidRDefault="00000000">
            <w:pPr>
              <w:jc w:val="center"/>
            </w:pPr>
            <w:r>
              <w:rPr>
                <w:sz w:val="15"/>
              </w:rPr>
              <w:t>0.438</w:t>
            </w:r>
          </w:p>
        </w:tc>
      </w:tr>
      <w:tr w:rsidR="004550E7" w14:paraId="081D457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17014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8F11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6A3BB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3E76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F1CD56" w14:textId="77777777" w:rsidR="004550E7" w:rsidRDefault="00000000">
            <w:pPr>
              <w:jc w:val="center"/>
            </w:pPr>
            <w:r>
              <w:rPr>
                <w:sz w:val="15"/>
              </w:rPr>
              <w:t>15.6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5F316F" w14:textId="77777777" w:rsidR="004550E7" w:rsidRDefault="00000000">
            <w:pPr>
              <w:jc w:val="center"/>
            </w:pPr>
            <w:r>
              <w:rPr>
                <w:sz w:val="15"/>
              </w:rPr>
              <w:t>12.6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F85D52" w14:textId="77777777" w:rsidR="004550E7" w:rsidRDefault="00000000">
            <w:pPr>
              <w:jc w:val="center"/>
            </w:pPr>
            <w:r>
              <w:rPr>
                <w:sz w:val="15"/>
              </w:rPr>
              <w:t>14.4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0DF25" w14:textId="77777777" w:rsidR="004550E7" w:rsidRDefault="00000000">
            <w:pPr>
              <w:jc w:val="center"/>
            </w:pPr>
            <w:r>
              <w:rPr>
                <w:sz w:val="15"/>
              </w:rPr>
              <w:t>0.983</w:t>
            </w:r>
          </w:p>
        </w:tc>
      </w:tr>
      <w:tr w:rsidR="004550E7" w14:paraId="15796A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FDBF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A4C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1A61E0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29C0B8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30D5D" w14:textId="77777777" w:rsidR="004550E7" w:rsidRDefault="00000000">
            <w:pPr>
              <w:jc w:val="center"/>
            </w:pPr>
            <w:r>
              <w:rPr>
                <w:sz w:val="15"/>
              </w:rPr>
              <w:t>16.0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B47D4D" w14:textId="77777777" w:rsidR="004550E7" w:rsidRDefault="00000000">
            <w:pPr>
              <w:jc w:val="center"/>
            </w:pPr>
            <w:r>
              <w:rPr>
                <w:sz w:val="15"/>
              </w:rPr>
              <w:t>14.1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37EEFA" w14:textId="77777777" w:rsidR="004550E7" w:rsidRDefault="00000000">
            <w:pPr>
              <w:jc w:val="center"/>
            </w:pPr>
            <w:r>
              <w:rPr>
                <w:sz w:val="15"/>
              </w:rPr>
              <w:t>15.4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D7DE57" w14:textId="77777777" w:rsidR="004550E7" w:rsidRDefault="00000000">
            <w:pPr>
              <w:jc w:val="center"/>
            </w:pPr>
            <w:r>
              <w:rPr>
                <w:sz w:val="15"/>
              </w:rPr>
              <w:t>0.328</w:t>
            </w:r>
          </w:p>
        </w:tc>
      </w:tr>
      <w:tr w:rsidR="004550E7" w14:paraId="62022292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EEE1E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Hct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5C8ED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E1A68C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BF4923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5AABE" w14:textId="77777777" w:rsidR="004550E7" w:rsidRDefault="00000000">
            <w:pPr>
              <w:jc w:val="center"/>
            </w:pPr>
            <w:r>
              <w:rPr>
                <w:sz w:val="15"/>
              </w:rPr>
              <w:t>59.3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540B7F" w14:textId="77777777" w:rsidR="004550E7" w:rsidRDefault="00000000">
            <w:pPr>
              <w:jc w:val="center"/>
            </w:pPr>
            <w:r>
              <w:rPr>
                <w:sz w:val="15"/>
              </w:rPr>
              <w:t>15.0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49E41F" w14:textId="77777777" w:rsidR="004550E7" w:rsidRDefault="00000000">
            <w:pPr>
              <w:jc w:val="center"/>
            </w:pPr>
            <w:r>
              <w:rPr>
                <w:sz w:val="15"/>
              </w:rPr>
              <w:t>37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16310" w14:textId="77777777" w:rsidR="004550E7" w:rsidRDefault="00000000">
            <w:pPr>
              <w:jc w:val="center"/>
            </w:pPr>
            <w:r>
              <w:rPr>
                <w:sz w:val="15"/>
              </w:rPr>
              <w:t>1.853</w:t>
            </w:r>
          </w:p>
        </w:tc>
      </w:tr>
      <w:tr w:rsidR="004550E7" w14:paraId="433F86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5190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CE64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ABCE8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1EA725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FF26AE" w14:textId="77777777" w:rsidR="004550E7" w:rsidRDefault="00000000">
            <w:pPr>
              <w:jc w:val="center"/>
            </w:pPr>
            <w:r>
              <w:rPr>
                <w:sz w:val="15"/>
              </w:rPr>
              <w:t>59.3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7BE529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132ACB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D5982" w14:textId="77777777" w:rsidR="004550E7" w:rsidRDefault="00000000">
            <w:pPr>
              <w:jc w:val="center"/>
            </w:pPr>
            <w:r>
              <w:rPr>
                <w:sz w:val="15"/>
              </w:rPr>
              <w:t>1.249</w:t>
            </w:r>
          </w:p>
        </w:tc>
      </w:tr>
      <w:tr w:rsidR="004550E7" w14:paraId="5380169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1F5CE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3B64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97F64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D0C748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9F0CB" w14:textId="77777777" w:rsidR="004550E7" w:rsidRDefault="00000000">
            <w:pPr>
              <w:jc w:val="center"/>
            </w:pPr>
            <w:r>
              <w:rPr>
                <w:sz w:val="15"/>
              </w:rPr>
              <w:t>55.7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77B34" w14:textId="77777777" w:rsidR="004550E7" w:rsidRDefault="00000000">
            <w:pPr>
              <w:jc w:val="center"/>
            </w:pPr>
            <w:r>
              <w:rPr>
                <w:sz w:val="15"/>
              </w:rPr>
              <w:t>15.0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DE6376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AA385" w14:textId="77777777" w:rsidR="004550E7" w:rsidRDefault="00000000">
            <w:pPr>
              <w:jc w:val="center"/>
            </w:pPr>
            <w:r>
              <w:rPr>
                <w:sz w:val="15"/>
              </w:rPr>
              <w:t>1.251</w:t>
            </w:r>
          </w:p>
        </w:tc>
      </w:tr>
      <w:tr w:rsidR="004550E7" w14:paraId="7DBC2C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F02AB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A3E30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A870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29C898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12E89" w14:textId="77777777" w:rsidR="004550E7" w:rsidRDefault="00000000">
            <w:pPr>
              <w:jc w:val="center"/>
            </w:pPr>
            <w:r>
              <w:rPr>
                <w:sz w:val="15"/>
              </w:rPr>
              <w:t>41.1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6303E7" w14:textId="77777777" w:rsidR="004550E7" w:rsidRDefault="00000000">
            <w:pPr>
              <w:jc w:val="center"/>
            </w:pPr>
            <w:r>
              <w:rPr>
                <w:sz w:val="15"/>
              </w:rPr>
              <w:t>35.2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98F5C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1D791D" w14:textId="77777777" w:rsidR="004550E7" w:rsidRDefault="00000000">
            <w:pPr>
              <w:jc w:val="center"/>
            </w:pPr>
            <w:r>
              <w:rPr>
                <w:sz w:val="15"/>
              </w:rPr>
              <w:t>0.96</w:t>
            </w:r>
          </w:p>
        </w:tc>
      </w:tr>
      <w:tr w:rsidR="004550E7" w14:paraId="24A086C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D2E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DB1C6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DD8A2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0A3291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42BF31" w14:textId="77777777" w:rsidR="004550E7" w:rsidRDefault="00000000">
            <w:pPr>
              <w:jc w:val="center"/>
            </w:pPr>
            <w:r>
              <w:rPr>
                <w:sz w:val="15"/>
              </w:rPr>
              <w:t>42.1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AD7E76" w14:textId="77777777" w:rsidR="004550E7" w:rsidRDefault="00000000">
            <w:pPr>
              <w:jc w:val="center"/>
            </w:pPr>
            <w:r>
              <w:rPr>
                <w:sz w:val="15"/>
              </w:rPr>
              <w:t>32.9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D94F89" w14:textId="77777777" w:rsidR="004550E7" w:rsidRDefault="00000000">
            <w:pPr>
              <w:jc w:val="center"/>
            </w:pPr>
            <w:r>
              <w:rPr>
                <w:sz w:val="15"/>
              </w:rPr>
              <w:t>36.7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CE600" w14:textId="77777777" w:rsidR="004550E7" w:rsidRDefault="00000000">
            <w:pPr>
              <w:jc w:val="center"/>
            </w:pPr>
            <w:r>
              <w:rPr>
                <w:sz w:val="15"/>
              </w:rPr>
              <w:t>1.345</w:t>
            </w:r>
          </w:p>
        </w:tc>
      </w:tr>
      <w:tr w:rsidR="004550E7" w14:paraId="5E3170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F9F5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71A48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19E8A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EC099F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39EB69" w14:textId="77777777" w:rsidR="004550E7" w:rsidRDefault="00000000">
            <w:pPr>
              <w:jc w:val="center"/>
            </w:pPr>
            <w:r>
              <w:rPr>
                <w:sz w:val="15"/>
              </w:rPr>
              <w:t>40.7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08DC08" w14:textId="77777777" w:rsidR="004550E7" w:rsidRDefault="00000000">
            <w:pPr>
              <w:jc w:val="center"/>
            </w:pPr>
            <w:r>
              <w:rPr>
                <w:sz w:val="15"/>
              </w:rPr>
              <w:t>28.9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EE0449" w14:textId="77777777" w:rsidR="004550E7" w:rsidRDefault="00000000">
            <w:pPr>
              <w:jc w:val="center"/>
            </w:pPr>
            <w:r>
              <w:rPr>
                <w:sz w:val="15"/>
              </w:rPr>
              <w:t>37.5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273538" w14:textId="77777777" w:rsidR="004550E7" w:rsidRDefault="00000000">
            <w:pPr>
              <w:jc w:val="center"/>
            </w:pPr>
            <w:r>
              <w:rPr>
                <w:sz w:val="15"/>
              </w:rPr>
              <w:t>1.651</w:t>
            </w:r>
          </w:p>
        </w:tc>
      </w:tr>
      <w:tr w:rsidR="004550E7" w14:paraId="2014C7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C3F8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F1AA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4E98C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85D97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B4C63" w14:textId="77777777" w:rsidR="004550E7" w:rsidRDefault="00000000">
            <w:pPr>
              <w:jc w:val="center"/>
            </w:pPr>
            <w:r>
              <w:rPr>
                <w:sz w:val="15"/>
              </w:rPr>
              <w:t>41.1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E4655" w14:textId="77777777" w:rsidR="004550E7" w:rsidRDefault="00000000">
            <w:pPr>
              <w:jc w:val="center"/>
            </w:pPr>
            <w:r>
              <w:rPr>
                <w:sz w:val="15"/>
              </w:rPr>
              <w:t>32.8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0D18F2" w14:textId="77777777" w:rsidR="004550E7" w:rsidRDefault="00000000">
            <w:pPr>
              <w:jc w:val="center"/>
            </w:pPr>
            <w:r>
              <w:rPr>
                <w:sz w:val="15"/>
              </w:rPr>
              <w:t>36.7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82F599" w14:textId="77777777" w:rsidR="004550E7" w:rsidRDefault="00000000">
            <w:pPr>
              <w:jc w:val="center"/>
            </w:pPr>
            <w:r>
              <w:rPr>
                <w:sz w:val="15"/>
              </w:rPr>
              <w:t>1.284</w:t>
            </w:r>
          </w:p>
        </w:tc>
      </w:tr>
      <w:tr w:rsidR="004550E7" w14:paraId="0A09ED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42A9F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E568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B041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8A7EB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EB9BD" w14:textId="77777777" w:rsidR="004550E7" w:rsidRDefault="00000000">
            <w:pPr>
              <w:jc w:val="center"/>
            </w:pPr>
            <w:r>
              <w:rPr>
                <w:sz w:val="15"/>
              </w:rPr>
              <w:t>40.5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28598F" w14:textId="77777777" w:rsidR="004550E7" w:rsidRDefault="00000000">
            <w:pPr>
              <w:jc w:val="center"/>
            </w:pPr>
            <w:r>
              <w:rPr>
                <w:sz w:val="15"/>
              </w:rPr>
              <w:t>36.3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008AE2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DCC1F7" w14:textId="77777777" w:rsidR="004550E7" w:rsidRDefault="00000000">
            <w:pPr>
              <w:jc w:val="center"/>
            </w:pPr>
            <w:r>
              <w:rPr>
                <w:sz w:val="15"/>
              </w:rPr>
              <w:t>0.751</w:t>
            </w:r>
          </w:p>
        </w:tc>
      </w:tr>
      <w:tr w:rsidR="004550E7" w14:paraId="63CFB23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ED3B1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084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E4FD5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D9130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BCEF80" w14:textId="77777777" w:rsidR="004550E7" w:rsidRDefault="00000000">
            <w:pPr>
              <w:jc w:val="center"/>
            </w:pPr>
            <w:r>
              <w:rPr>
                <w:sz w:val="15"/>
              </w:rPr>
              <w:t>38.2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3D0587" w14:textId="77777777" w:rsidR="004550E7" w:rsidRDefault="00000000">
            <w:pPr>
              <w:jc w:val="center"/>
            </w:pPr>
            <w:r>
              <w:rPr>
                <w:sz w:val="15"/>
              </w:rPr>
              <w:t>32.8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09C19F" w14:textId="77777777" w:rsidR="004550E7" w:rsidRDefault="00000000">
            <w:pPr>
              <w:jc w:val="center"/>
            </w:pPr>
            <w:r>
              <w:rPr>
                <w:sz w:val="15"/>
              </w:rPr>
              <w:t>36.4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59F5F" w14:textId="77777777" w:rsidR="004550E7" w:rsidRDefault="00000000">
            <w:pPr>
              <w:jc w:val="center"/>
            </w:pPr>
            <w:r>
              <w:rPr>
                <w:sz w:val="15"/>
              </w:rPr>
              <w:t>1.109</w:t>
            </w:r>
          </w:p>
        </w:tc>
      </w:tr>
      <w:tr w:rsidR="004550E7" w14:paraId="584BD1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F5A6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0FBB9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D408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C0D090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DD829" w14:textId="77777777" w:rsidR="004550E7" w:rsidRDefault="00000000">
            <w:pPr>
              <w:jc w:val="center"/>
            </w:pPr>
            <w:r>
              <w:rPr>
                <w:sz w:val="15"/>
              </w:rPr>
              <w:t>39.9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2A9168" w14:textId="77777777" w:rsidR="004550E7" w:rsidRDefault="00000000">
            <w:pPr>
              <w:jc w:val="center"/>
            </w:pPr>
            <w:r>
              <w:rPr>
                <w:sz w:val="15"/>
              </w:rPr>
              <w:t>33.8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1944EF" w14:textId="77777777" w:rsidR="004550E7" w:rsidRDefault="00000000">
            <w:pPr>
              <w:jc w:val="center"/>
            </w:pPr>
            <w:r>
              <w:rPr>
                <w:sz w:val="15"/>
              </w:rPr>
              <w:t>37.3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64BEE" w14:textId="77777777" w:rsidR="004550E7" w:rsidRDefault="00000000">
            <w:pPr>
              <w:jc w:val="center"/>
            </w:pPr>
            <w:r>
              <w:rPr>
                <w:sz w:val="15"/>
              </w:rPr>
              <w:t>1.211</w:t>
            </w:r>
          </w:p>
        </w:tc>
      </w:tr>
      <w:tr w:rsidR="004550E7" w14:paraId="06483E6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BAF9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9923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3BAB6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AD997" w14:textId="77777777" w:rsidR="004550E7" w:rsidRDefault="00000000">
            <w:pPr>
              <w:jc w:val="center"/>
            </w:pPr>
            <w:r>
              <w:rPr>
                <w:sz w:val="15"/>
              </w:rPr>
              <w:t>276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A73E2" w14:textId="77777777" w:rsidR="004550E7" w:rsidRDefault="00000000">
            <w:pPr>
              <w:jc w:val="center"/>
            </w:pPr>
            <w:r>
              <w:rPr>
                <w:sz w:val="15"/>
              </w:rPr>
              <w:t>40.1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C9305" w14:textId="77777777" w:rsidR="004550E7" w:rsidRDefault="00000000">
            <w:pPr>
              <w:jc w:val="center"/>
            </w:pPr>
            <w:r>
              <w:rPr>
                <w:sz w:val="15"/>
              </w:rPr>
              <w:t>16.0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5112A4" w14:textId="77777777" w:rsidR="004550E7" w:rsidRDefault="00000000">
            <w:pPr>
              <w:jc w:val="center"/>
            </w:pPr>
            <w:r>
              <w:rPr>
                <w:sz w:val="15"/>
              </w:rPr>
              <w:t>35.6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44DFBD" w14:textId="77777777" w:rsidR="004550E7" w:rsidRDefault="00000000">
            <w:pPr>
              <w:jc w:val="center"/>
            </w:pPr>
            <w:r>
              <w:rPr>
                <w:sz w:val="15"/>
              </w:rPr>
              <w:t>0.793</w:t>
            </w:r>
          </w:p>
        </w:tc>
      </w:tr>
      <w:tr w:rsidR="004550E7" w14:paraId="56A7446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F19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D5685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1553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FA109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D19FA0" w14:textId="77777777" w:rsidR="004550E7" w:rsidRDefault="00000000">
            <w:pPr>
              <w:jc w:val="center"/>
            </w:pPr>
            <w:r>
              <w:rPr>
                <w:sz w:val="15"/>
              </w:rPr>
              <w:t>38.5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5904B" w14:textId="77777777" w:rsidR="004550E7" w:rsidRDefault="00000000">
            <w:pPr>
              <w:jc w:val="center"/>
            </w:pPr>
            <w:r>
              <w:rPr>
                <w:sz w:val="15"/>
              </w:rPr>
              <w:t>32.4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D7EEA" w14:textId="77777777" w:rsidR="004550E7" w:rsidRDefault="00000000">
            <w:pPr>
              <w:jc w:val="center"/>
            </w:pPr>
            <w:r>
              <w:rPr>
                <w:sz w:val="15"/>
              </w:rPr>
              <w:t>35.7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A9F8A" w14:textId="77777777" w:rsidR="004550E7" w:rsidRDefault="00000000">
            <w:pPr>
              <w:jc w:val="center"/>
            </w:pPr>
            <w:r>
              <w:rPr>
                <w:sz w:val="15"/>
              </w:rPr>
              <w:t>1.204</w:t>
            </w:r>
          </w:p>
        </w:tc>
      </w:tr>
      <w:tr w:rsidR="004550E7" w14:paraId="63367E6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F70F8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1AD90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03A8A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8AA84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239C2" w14:textId="77777777" w:rsidR="004550E7" w:rsidRDefault="00000000">
            <w:pPr>
              <w:jc w:val="center"/>
            </w:pPr>
            <w:r>
              <w:rPr>
                <w:sz w:val="15"/>
              </w:rPr>
              <w:t>39.1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E9CF9" w14:textId="77777777" w:rsidR="004550E7" w:rsidRDefault="00000000">
            <w:pPr>
              <w:jc w:val="center"/>
            </w:pPr>
            <w:r>
              <w:rPr>
                <w:sz w:val="15"/>
              </w:rPr>
              <w:t>31.7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8B99A" w14:textId="77777777" w:rsidR="004550E7" w:rsidRDefault="00000000">
            <w:pPr>
              <w:jc w:val="center"/>
            </w:pPr>
            <w:r>
              <w:rPr>
                <w:sz w:val="15"/>
              </w:rPr>
              <w:t>36.5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2504D0" w14:textId="77777777" w:rsidR="004550E7" w:rsidRDefault="00000000">
            <w:pPr>
              <w:jc w:val="center"/>
            </w:pPr>
            <w:r>
              <w:rPr>
                <w:sz w:val="15"/>
              </w:rPr>
              <w:t>1.334</w:t>
            </w:r>
          </w:p>
        </w:tc>
      </w:tr>
      <w:tr w:rsidR="004550E7" w14:paraId="3EBA136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CCD9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8760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80E3F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6DAE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92ED4" w14:textId="77777777" w:rsidR="004550E7" w:rsidRDefault="00000000">
            <w:pPr>
              <w:jc w:val="center"/>
            </w:pPr>
            <w:r>
              <w:rPr>
                <w:sz w:val="15"/>
              </w:rPr>
              <w:t>40.0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866378" w14:textId="77777777" w:rsidR="004550E7" w:rsidRDefault="00000000">
            <w:pPr>
              <w:jc w:val="center"/>
            </w:pPr>
            <w:r>
              <w:rPr>
                <w:sz w:val="15"/>
              </w:rPr>
              <w:t>35.5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A2AE04" w14:textId="77777777" w:rsidR="004550E7" w:rsidRDefault="00000000">
            <w:pPr>
              <w:jc w:val="center"/>
            </w:pPr>
            <w:r>
              <w:rPr>
                <w:sz w:val="15"/>
              </w:rPr>
              <w:t>38.4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FA8480" w14:textId="77777777" w:rsidR="004550E7" w:rsidRDefault="00000000">
            <w:pPr>
              <w:jc w:val="center"/>
            </w:pPr>
            <w:r>
              <w:rPr>
                <w:sz w:val="15"/>
              </w:rPr>
              <w:t>0.865</w:t>
            </w:r>
          </w:p>
        </w:tc>
      </w:tr>
      <w:tr w:rsidR="004550E7" w14:paraId="718E1B6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87BF8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CB2E6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F09A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E1C095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A5CC1A" w14:textId="77777777" w:rsidR="004550E7" w:rsidRDefault="00000000">
            <w:pPr>
              <w:jc w:val="center"/>
            </w:pPr>
            <w:r>
              <w:rPr>
                <w:sz w:val="15"/>
              </w:rPr>
              <w:t>37.4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93CF39" w14:textId="77777777" w:rsidR="004550E7" w:rsidRDefault="00000000">
            <w:pPr>
              <w:jc w:val="center"/>
            </w:pPr>
            <w:r>
              <w:rPr>
                <w:sz w:val="15"/>
              </w:rPr>
              <w:t>33.1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18603" w14:textId="77777777" w:rsidR="004550E7" w:rsidRDefault="00000000">
            <w:pPr>
              <w:jc w:val="center"/>
            </w:pPr>
            <w:r>
              <w:rPr>
                <w:sz w:val="15"/>
              </w:rPr>
              <w:t>35.8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FF05CC" w14:textId="77777777" w:rsidR="004550E7" w:rsidRDefault="00000000">
            <w:pPr>
              <w:jc w:val="center"/>
            </w:pPr>
            <w:r>
              <w:rPr>
                <w:sz w:val="15"/>
              </w:rPr>
              <w:t>0.699</w:t>
            </w:r>
          </w:p>
        </w:tc>
      </w:tr>
      <w:tr w:rsidR="004550E7" w14:paraId="5501A45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D41E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957F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54A95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0A46D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E0CA2E" w14:textId="77777777" w:rsidR="004550E7" w:rsidRDefault="00000000">
            <w:pPr>
              <w:jc w:val="center"/>
            </w:pPr>
            <w:r>
              <w:rPr>
                <w:sz w:val="15"/>
              </w:rPr>
              <w:t>36.0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925B8" w14:textId="77777777" w:rsidR="004550E7" w:rsidRDefault="00000000">
            <w:pPr>
              <w:jc w:val="center"/>
            </w:pPr>
            <w:r>
              <w:rPr>
                <w:sz w:val="15"/>
              </w:rPr>
              <w:t>33.5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E8E9F9" w14:textId="77777777" w:rsidR="004550E7" w:rsidRDefault="00000000">
            <w:pPr>
              <w:jc w:val="center"/>
            </w:pPr>
            <w:r>
              <w:rPr>
                <w:sz w:val="15"/>
              </w:rPr>
              <w:t>34.7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64BF0A" w14:textId="77777777" w:rsidR="004550E7" w:rsidRDefault="00000000">
            <w:pPr>
              <w:jc w:val="center"/>
            </w:pPr>
            <w:r>
              <w:rPr>
                <w:sz w:val="15"/>
              </w:rPr>
              <w:t>0.977</w:t>
            </w:r>
          </w:p>
        </w:tc>
      </w:tr>
      <w:tr w:rsidR="004550E7" w14:paraId="025B02A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0AA94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0CAC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3290A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4F7AC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FE2527" w14:textId="77777777" w:rsidR="004550E7" w:rsidRDefault="00000000">
            <w:pPr>
              <w:jc w:val="center"/>
            </w:pPr>
            <w:r>
              <w:rPr>
                <w:sz w:val="15"/>
              </w:rPr>
              <w:t>38.3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E40E53" w14:textId="77777777" w:rsidR="004550E7" w:rsidRDefault="00000000">
            <w:pPr>
              <w:jc w:val="center"/>
            </w:pPr>
            <w:r>
              <w:rPr>
                <w:sz w:val="15"/>
              </w:rPr>
              <w:t>33.6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67918" w14:textId="77777777" w:rsidR="004550E7" w:rsidRDefault="00000000">
            <w:pPr>
              <w:jc w:val="center"/>
            </w:pPr>
            <w:r>
              <w:rPr>
                <w:sz w:val="15"/>
              </w:rPr>
              <w:t>35.9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60599F" w14:textId="77777777" w:rsidR="004550E7" w:rsidRDefault="00000000">
            <w:pPr>
              <w:jc w:val="center"/>
            </w:pPr>
            <w:r>
              <w:rPr>
                <w:sz w:val="15"/>
              </w:rPr>
              <w:t>0.659</w:t>
            </w:r>
          </w:p>
        </w:tc>
      </w:tr>
      <w:tr w:rsidR="004550E7" w14:paraId="710B05E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827F7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1B3A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36FFE3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0393F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501ECE" w14:textId="77777777" w:rsidR="004550E7" w:rsidRDefault="00000000">
            <w:pPr>
              <w:jc w:val="center"/>
            </w:pPr>
            <w:r>
              <w:rPr>
                <w:sz w:val="15"/>
              </w:rPr>
              <w:t>38.8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AA7E4" w14:textId="77777777" w:rsidR="004550E7" w:rsidRDefault="00000000">
            <w:pPr>
              <w:jc w:val="center"/>
            </w:pPr>
            <w:r>
              <w:rPr>
                <w:sz w:val="15"/>
              </w:rPr>
              <w:t>29.1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C7B49C" w14:textId="77777777" w:rsidR="004550E7" w:rsidRDefault="00000000">
            <w:pPr>
              <w:jc w:val="center"/>
            </w:pPr>
            <w:r>
              <w:rPr>
                <w:sz w:val="15"/>
              </w:rPr>
              <w:t>33.1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68BC41" w14:textId="77777777" w:rsidR="004550E7" w:rsidRDefault="00000000">
            <w:pPr>
              <w:jc w:val="center"/>
            </w:pPr>
            <w:r>
              <w:rPr>
                <w:sz w:val="15"/>
              </w:rPr>
              <w:t>0.329</w:t>
            </w:r>
          </w:p>
        </w:tc>
      </w:tr>
      <w:tr w:rsidR="004550E7" w14:paraId="5AD841C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EEEF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2EC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1BB3E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D1643C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FF17EE" w14:textId="77777777" w:rsidR="004550E7" w:rsidRDefault="00000000">
            <w:pPr>
              <w:jc w:val="center"/>
            </w:pPr>
            <w:r>
              <w:rPr>
                <w:sz w:val="15"/>
              </w:rPr>
              <w:t>42.5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45DFE7" w14:textId="77777777" w:rsidR="004550E7" w:rsidRDefault="00000000">
            <w:pPr>
              <w:jc w:val="center"/>
            </w:pPr>
            <w:r>
              <w:rPr>
                <w:sz w:val="15"/>
              </w:rPr>
              <w:t>35.0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B5D9C" w14:textId="77777777" w:rsidR="004550E7" w:rsidRDefault="00000000">
            <w:pPr>
              <w:jc w:val="center"/>
            </w:pPr>
            <w:r>
              <w:rPr>
                <w:sz w:val="15"/>
              </w:rPr>
              <w:t>40.1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30874" w14:textId="77777777" w:rsidR="004550E7" w:rsidRDefault="00000000">
            <w:pPr>
              <w:jc w:val="center"/>
            </w:pPr>
            <w:r>
              <w:rPr>
                <w:sz w:val="15"/>
              </w:rPr>
              <w:t>1.1</w:t>
            </w:r>
          </w:p>
        </w:tc>
      </w:tr>
      <w:tr w:rsidR="004550E7" w14:paraId="08D8C32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61326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D6BC6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07B835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280A1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D5CE1" w14:textId="77777777" w:rsidR="004550E7" w:rsidRDefault="00000000">
            <w:pPr>
              <w:jc w:val="center"/>
            </w:pPr>
            <w:r>
              <w:rPr>
                <w:sz w:val="15"/>
              </w:rPr>
              <w:t>41.2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610D04" w14:textId="77777777" w:rsidR="004550E7" w:rsidRDefault="00000000">
            <w:pPr>
              <w:jc w:val="center"/>
            </w:pPr>
            <w:r>
              <w:rPr>
                <w:sz w:val="15"/>
              </w:rPr>
              <w:t>16.0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3D0DDE" w14:textId="77777777" w:rsidR="004550E7" w:rsidRDefault="00000000">
            <w:pPr>
              <w:jc w:val="center"/>
            </w:pPr>
            <w:r>
              <w:rPr>
                <w:sz w:val="15"/>
              </w:rPr>
              <w:t>38.3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49FF6D" w14:textId="77777777" w:rsidR="004550E7" w:rsidRDefault="00000000">
            <w:pPr>
              <w:jc w:val="center"/>
            </w:pPr>
            <w:r>
              <w:rPr>
                <w:sz w:val="15"/>
              </w:rPr>
              <w:t>1.267</w:t>
            </w:r>
          </w:p>
        </w:tc>
      </w:tr>
      <w:tr w:rsidR="004550E7" w14:paraId="503A38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C37EB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E2151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50EE7F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DA6CBB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8A1FAA" w14:textId="77777777" w:rsidR="004550E7" w:rsidRDefault="00000000">
            <w:pPr>
              <w:jc w:val="center"/>
            </w:pPr>
            <w:r>
              <w:rPr>
                <w:sz w:val="15"/>
              </w:rPr>
              <w:t>41.8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EDC5E1" w14:textId="77777777" w:rsidR="004550E7" w:rsidRDefault="00000000">
            <w:pPr>
              <w:jc w:val="center"/>
            </w:pPr>
            <w:r>
              <w:rPr>
                <w:sz w:val="15"/>
              </w:rPr>
              <w:t>32.0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D0BCC" w14:textId="77777777" w:rsidR="004550E7" w:rsidRDefault="00000000">
            <w:pPr>
              <w:jc w:val="center"/>
            </w:pPr>
            <w:r>
              <w:rPr>
                <w:sz w:val="15"/>
              </w:rPr>
              <w:t>38.5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4A80C2" w14:textId="77777777" w:rsidR="004550E7" w:rsidRDefault="00000000">
            <w:pPr>
              <w:jc w:val="center"/>
            </w:pPr>
            <w:r>
              <w:rPr>
                <w:sz w:val="15"/>
              </w:rPr>
              <w:t>1.358</w:t>
            </w:r>
          </w:p>
        </w:tc>
      </w:tr>
      <w:tr w:rsidR="004550E7" w14:paraId="309A682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8F4A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7555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D23477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379BE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D256EC" w14:textId="77777777" w:rsidR="004550E7" w:rsidRDefault="00000000">
            <w:pPr>
              <w:jc w:val="center"/>
            </w:pPr>
            <w:r>
              <w:rPr>
                <w:sz w:val="15"/>
              </w:rPr>
              <w:t>44.2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5D80F7" w14:textId="77777777" w:rsidR="004550E7" w:rsidRDefault="00000000">
            <w:pPr>
              <w:jc w:val="center"/>
            </w:pPr>
            <w:r>
              <w:rPr>
                <w:sz w:val="15"/>
              </w:rPr>
              <w:t>27.1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29467F" w14:textId="77777777" w:rsidR="004550E7" w:rsidRDefault="00000000">
            <w:pPr>
              <w:jc w:val="center"/>
            </w:pPr>
            <w:r>
              <w:rPr>
                <w:sz w:val="15"/>
              </w:rPr>
              <w:t>36.2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82238C" w14:textId="77777777" w:rsidR="004550E7" w:rsidRDefault="00000000">
            <w:pPr>
              <w:jc w:val="center"/>
            </w:pPr>
            <w:r>
              <w:rPr>
                <w:sz w:val="15"/>
              </w:rPr>
              <w:t>1.388</w:t>
            </w:r>
          </w:p>
        </w:tc>
      </w:tr>
      <w:tr w:rsidR="004550E7" w14:paraId="702011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9BA10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7C533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24DFB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C69BEE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58DC24" w14:textId="77777777" w:rsidR="004550E7" w:rsidRDefault="00000000">
            <w:pPr>
              <w:jc w:val="center"/>
            </w:pPr>
            <w:r>
              <w:rPr>
                <w:sz w:val="15"/>
              </w:rPr>
              <w:t>37.4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023362" w14:textId="77777777" w:rsidR="004550E7" w:rsidRDefault="00000000">
            <w:pPr>
              <w:jc w:val="center"/>
            </w:pPr>
            <w:r>
              <w:rPr>
                <w:sz w:val="15"/>
              </w:rPr>
              <w:t>32.8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7A1C6D" w14:textId="77777777" w:rsidR="004550E7" w:rsidRDefault="00000000">
            <w:pPr>
              <w:jc w:val="center"/>
            </w:pPr>
            <w:r>
              <w:rPr>
                <w:sz w:val="15"/>
              </w:rPr>
              <w:t>34.9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17C09" w14:textId="77777777" w:rsidR="004550E7" w:rsidRDefault="00000000">
            <w:pPr>
              <w:jc w:val="center"/>
            </w:pPr>
            <w:r>
              <w:rPr>
                <w:sz w:val="15"/>
              </w:rPr>
              <w:t>0.898</w:t>
            </w:r>
          </w:p>
        </w:tc>
      </w:tr>
      <w:tr w:rsidR="004550E7" w14:paraId="37344C3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42B5F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4CA0E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C65AC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960E8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B79F97" w14:textId="77777777" w:rsidR="004550E7" w:rsidRDefault="00000000">
            <w:pPr>
              <w:jc w:val="center"/>
            </w:pPr>
            <w:r>
              <w:rPr>
                <w:sz w:val="15"/>
              </w:rPr>
              <w:t>38.9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24231" w14:textId="77777777" w:rsidR="004550E7" w:rsidRDefault="00000000">
            <w:pPr>
              <w:jc w:val="center"/>
            </w:pPr>
            <w:r>
              <w:rPr>
                <w:sz w:val="15"/>
              </w:rPr>
              <w:t>33.4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621F94" w14:textId="77777777" w:rsidR="004550E7" w:rsidRDefault="00000000">
            <w:pPr>
              <w:jc w:val="center"/>
            </w:pPr>
            <w:r>
              <w:rPr>
                <w:sz w:val="15"/>
              </w:rPr>
              <w:t>36.5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623913" w14:textId="77777777" w:rsidR="004550E7" w:rsidRDefault="00000000">
            <w:pPr>
              <w:jc w:val="center"/>
            </w:pPr>
            <w:r>
              <w:rPr>
                <w:sz w:val="15"/>
              </w:rPr>
              <w:t>2.022</w:t>
            </w:r>
          </w:p>
        </w:tc>
      </w:tr>
      <w:tr w:rsidR="004550E7" w14:paraId="63537A7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5DC52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1792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72B80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0B7222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267105" w14:textId="77777777" w:rsidR="004550E7" w:rsidRDefault="00000000">
            <w:pPr>
              <w:jc w:val="center"/>
            </w:pPr>
            <w:r>
              <w:rPr>
                <w:sz w:val="15"/>
              </w:rPr>
              <w:t>40.1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CAB199" w14:textId="77777777" w:rsidR="004550E7" w:rsidRDefault="00000000">
            <w:pPr>
              <w:jc w:val="center"/>
            </w:pPr>
            <w:r>
              <w:rPr>
                <w:sz w:val="15"/>
              </w:rPr>
              <w:t>36.4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BF9D2" w14:textId="77777777" w:rsidR="004550E7" w:rsidRDefault="00000000">
            <w:pPr>
              <w:jc w:val="center"/>
            </w:pPr>
            <w:r>
              <w:rPr>
                <w:sz w:val="15"/>
              </w:rPr>
              <w:t>38.4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7BD2D2" w14:textId="77777777" w:rsidR="004550E7" w:rsidRDefault="00000000">
            <w:pPr>
              <w:jc w:val="center"/>
            </w:pPr>
            <w:r>
              <w:rPr>
                <w:sz w:val="15"/>
              </w:rPr>
              <w:t>0.508</w:t>
            </w:r>
          </w:p>
        </w:tc>
      </w:tr>
      <w:tr w:rsidR="004550E7" w14:paraId="191AE6BA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8EC9B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Hct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DDDDE1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95DD81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5F4C65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0290D0" w14:textId="77777777" w:rsidR="004550E7" w:rsidRDefault="00000000">
            <w:pPr>
              <w:jc w:val="center"/>
            </w:pPr>
            <w:r>
              <w:rPr>
                <w:sz w:val="15"/>
              </w:rPr>
              <w:t>41.0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7A5866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9E1CEA" w14:textId="77777777" w:rsidR="004550E7" w:rsidRDefault="00000000">
            <w:pPr>
              <w:jc w:val="center"/>
            </w:pPr>
            <w:r>
              <w:rPr>
                <w:sz w:val="15"/>
              </w:rPr>
              <w:t>35.1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83160" w14:textId="77777777" w:rsidR="004550E7" w:rsidRDefault="00000000">
            <w:pPr>
              <w:jc w:val="center"/>
            </w:pPr>
            <w:r>
              <w:rPr>
                <w:sz w:val="15"/>
              </w:rPr>
              <w:t>1.783</w:t>
            </w:r>
          </w:p>
        </w:tc>
      </w:tr>
      <w:tr w:rsidR="004550E7" w14:paraId="63CD6CB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121F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511D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EA157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46FCC8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C4A1D" w14:textId="77777777" w:rsidR="004550E7" w:rsidRDefault="00000000">
            <w:pPr>
              <w:jc w:val="center"/>
            </w:pPr>
            <w:r>
              <w:rPr>
                <w:sz w:val="15"/>
              </w:rPr>
              <w:t>39.8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9422FC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0EFF7A" w14:textId="77777777" w:rsidR="004550E7" w:rsidRDefault="00000000">
            <w:pPr>
              <w:jc w:val="center"/>
            </w:pPr>
            <w:r>
              <w:rPr>
                <w:sz w:val="15"/>
              </w:rPr>
              <w:t>35.3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BD4BF" w14:textId="77777777" w:rsidR="004550E7" w:rsidRDefault="00000000">
            <w:pPr>
              <w:jc w:val="center"/>
            </w:pPr>
            <w:r>
              <w:rPr>
                <w:sz w:val="15"/>
              </w:rPr>
              <w:t>1.241</w:t>
            </w:r>
          </w:p>
        </w:tc>
      </w:tr>
      <w:tr w:rsidR="004550E7" w14:paraId="588A08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D1883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2B17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3F111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80CBDF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9FC5C" w14:textId="77777777" w:rsidR="004550E7" w:rsidRDefault="00000000">
            <w:pPr>
              <w:jc w:val="center"/>
            </w:pPr>
            <w:r>
              <w:rPr>
                <w:sz w:val="15"/>
              </w:rPr>
              <w:t>40.6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320CC" w14:textId="77777777" w:rsidR="004550E7" w:rsidRDefault="00000000">
            <w:pPr>
              <w:jc w:val="center"/>
            </w:pPr>
            <w:r>
              <w:rPr>
                <w:sz w:val="15"/>
              </w:rPr>
              <w:t>25.8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E27F9" w14:textId="77777777" w:rsidR="004550E7" w:rsidRDefault="00000000">
            <w:pPr>
              <w:jc w:val="center"/>
            </w:pPr>
            <w:r>
              <w:rPr>
                <w:sz w:val="15"/>
              </w:rPr>
              <w:t>35.1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04A95" w14:textId="77777777" w:rsidR="004550E7" w:rsidRDefault="00000000">
            <w:pPr>
              <w:jc w:val="center"/>
            </w:pPr>
            <w:r>
              <w:rPr>
                <w:sz w:val="15"/>
              </w:rPr>
              <w:t>1.192</w:t>
            </w:r>
          </w:p>
        </w:tc>
      </w:tr>
      <w:tr w:rsidR="004550E7" w14:paraId="58DF8A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7F7B2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A5791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337F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275CB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DC6A7" w14:textId="77777777" w:rsidR="004550E7" w:rsidRDefault="00000000">
            <w:pPr>
              <w:jc w:val="center"/>
            </w:pPr>
            <w:r>
              <w:rPr>
                <w:sz w:val="15"/>
              </w:rPr>
              <w:t>39.0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5AE882" w14:textId="77777777" w:rsidR="004550E7" w:rsidRDefault="00000000">
            <w:pPr>
              <w:jc w:val="center"/>
            </w:pPr>
            <w:r>
              <w:rPr>
                <w:sz w:val="15"/>
              </w:rPr>
              <w:t>31.8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69606" w14:textId="77777777" w:rsidR="004550E7" w:rsidRDefault="00000000">
            <w:pPr>
              <w:jc w:val="center"/>
            </w:pPr>
            <w:r>
              <w:rPr>
                <w:sz w:val="15"/>
              </w:rPr>
              <w:t>36.7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63302" w14:textId="77777777" w:rsidR="004550E7" w:rsidRDefault="00000000">
            <w:pPr>
              <w:jc w:val="center"/>
            </w:pPr>
            <w:r>
              <w:rPr>
                <w:sz w:val="15"/>
              </w:rPr>
              <w:t>0.795</w:t>
            </w:r>
          </w:p>
        </w:tc>
      </w:tr>
      <w:tr w:rsidR="004550E7" w14:paraId="3F8D5E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121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0D4BE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25488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CA064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81D007" w14:textId="77777777" w:rsidR="004550E7" w:rsidRDefault="00000000">
            <w:pPr>
              <w:jc w:val="center"/>
            </w:pPr>
            <w:r>
              <w:rPr>
                <w:sz w:val="15"/>
              </w:rPr>
              <w:t>39.6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6831F" w14:textId="77777777" w:rsidR="004550E7" w:rsidRDefault="00000000">
            <w:pPr>
              <w:jc w:val="center"/>
            </w:pPr>
            <w:r>
              <w:rPr>
                <w:sz w:val="15"/>
              </w:rPr>
              <w:t>31.1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10949" w14:textId="77777777" w:rsidR="004550E7" w:rsidRDefault="00000000">
            <w:pPr>
              <w:jc w:val="center"/>
            </w:pPr>
            <w:r>
              <w:rPr>
                <w:sz w:val="15"/>
              </w:rPr>
              <w:t>34.7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E2B3B" w14:textId="77777777" w:rsidR="004550E7" w:rsidRDefault="00000000">
            <w:pPr>
              <w:jc w:val="center"/>
            </w:pPr>
            <w:r>
              <w:rPr>
                <w:sz w:val="15"/>
              </w:rPr>
              <w:t>1.121</w:t>
            </w:r>
          </w:p>
        </w:tc>
      </w:tr>
      <w:tr w:rsidR="004550E7" w14:paraId="21450E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5E474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E25DB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22247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59CDBD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36C498" w14:textId="77777777" w:rsidR="004550E7" w:rsidRDefault="00000000">
            <w:pPr>
              <w:jc w:val="center"/>
            </w:pPr>
            <w:r>
              <w:rPr>
                <w:sz w:val="15"/>
              </w:rPr>
              <w:t>38.5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20DB81" w14:textId="77777777" w:rsidR="004550E7" w:rsidRDefault="00000000">
            <w:pPr>
              <w:jc w:val="center"/>
            </w:pPr>
            <w:r>
              <w:rPr>
                <w:sz w:val="15"/>
              </w:rPr>
              <w:t>29.2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1A6FF" w14:textId="77777777" w:rsidR="004550E7" w:rsidRDefault="00000000">
            <w:pPr>
              <w:jc w:val="center"/>
            </w:pPr>
            <w:r>
              <w:rPr>
                <w:sz w:val="15"/>
              </w:rPr>
              <w:t>35.5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C07B41" w14:textId="77777777" w:rsidR="004550E7" w:rsidRDefault="00000000">
            <w:pPr>
              <w:jc w:val="center"/>
            </w:pPr>
            <w:r>
              <w:rPr>
                <w:sz w:val="15"/>
              </w:rPr>
              <w:t>1.494</w:t>
            </w:r>
          </w:p>
        </w:tc>
      </w:tr>
      <w:tr w:rsidR="004550E7" w14:paraId="759DE7D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4682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B1BB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3E44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C91744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E4A45" w14:textId="77777777" w:rsidR="004550E7" w:rsidRDefault="00000000">
            <w:pPr>
              <w:jc w:val="center"/>
            </w:pPr>
            <w:r>
              <w:rPr>
                <w:sz w:val="15"/>
              </w:rPr>
              <w:t>37.8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C4063F" w14:textId="77777777" w:rsidR="004550E7" w:rsidRDefault="00000000">
            <w:pPr>
              <w:jc w:val="center"/>
            </w:pPr>
            <w:r>
              <w:rPr>
                <w:sz w:val="15"/>
              </w:rPr>
              <w:t>32.8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055CE" w14:textId="77777777" w:rsidR="004550E7" w:rsidRDefault="00000000">
            <w:pPr>
              <w:jc w:val="center"/>
            </w:pPr>
            <w:r>
              <w:rPr>
                <w:sz w:val="15"/>
              </w:rPr>
              <w:t>35.1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58C581" w14:textId="77777777" w:rsidR="004550E7" w:rsidRDefault="00000000">
            <w:pPr>
              <w:jc w:val="center"/>
            </w:pPr>
            <w:r>
              <w:rPr>
                <w:sz w:val="15"/>
              </w:rPr>
              <w:t>1.684</w:t>
            </w:r>
          </w:p>
        </w:tc>
      </w:tr>
      <w:tr w:rsidR="004550E7" w14:paraId="5554811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D4E8D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F48A8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73D09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14E48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8FDC12" w14:textId="77777777" w:rsidR="004550E7" w:rsidRDefault="00000000">
            <w:pPr>
              <w:jc w:val="center"/>
            </w:pPr>
            <w:r>
              <w:rPr>
                <w:sz w:val="15"/>
              </w:rPr>
              <w:t>38.1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A6DE3" w14:textId="77777777" w:rsidR="004550E7" w:rsidRDefault="00000000">
            <w:pPr>
              <w:jc w:val="center"/>
            </w:pPr>
            <w:r>
              <w:rPr>
                <w:sz w:val="15"/>
              </w:rPr>
              <w:t>34.5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568504" w14:textId="77777777" w:rsidR="004550E7" w:rsidRDefault="00000000">
            <w:pPr>
              <w:jc w:val="center"/>
            </w:pPr>
            <w:r>
              <w:rPr>
                <w:sz w:val="15"/>
              </w:rPr>
              <w:t>36.4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39C558" w14:textId="77777777" w:rsidR="004550E7" w:rsidRDefault="00000000">
            <w:pPr>
              <w:jc w:val="center"/>
            </w:pPr>
            <w:r>
              <w:rPr>
                <w:sz w:val="15"/>
              </w:rPr>
              <w:t>0.846</w:t>
            </w:r>
          </w:p>
        </w:tc>
      </w:tr>
      <w:tr w:rsidR="004550E7" w14:paraId="61FEDCA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9D53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A60BE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3841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F6B22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0DA5BB" w14:textId="77777777" w:rsidR="004550E7" w:rsidRDefault="00000000">
            <w:pPr>
              <w:jc w:val="center"/>
            </w:pPr>
            <w:r>
              <w:rPr>
                <w:sz w:val="15"/>
              </w:rPr>
              <w:t>36.1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9BE17C" w14:textId="77777777" w:rsidR="004550E7" w:rsidRDefault="00000000">
            <w:pPr>
              <w:jc w:val="center"/>
            </w:pPr>
            <w:r>
              <w:rPr>
                <w:sz w:val="15"/>
              </w:rPr>
              <w:t>23.8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610C2" w14:textId="77777777" w:rsidR="004550E7" w:rsidRDefault="00000000">
            <w:pPr>
              <w:jc w:val="center"/>
            </w:pPr>
            <w:r>
              <w:rPr>
                <w:sz w:val="15"/>
              </w:rPr>
              <w:t>34.5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5DE3F4" w14:textId="77777777" w:rsidR="004550E7" w:rsidRDefault="00000000">
            <w:pPr>
              <w:jc w:val="center"/>
            </w:pPr>
            <w:r>
              <w:rPr>
                <w:sz w:val="15"/>
              </w:rPr>
              <w:t>0.966</w:t>
            </w:r>
          </w:p>
        </w:tc>
      </w:tr>
      <w:tr w:rsidR="004550E7" w14:paraId="1CA1F7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505A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95EC7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9CAE07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CD097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F24DDE" w14:textId="77777777" w:rsidR="004550E7" w:rsidRDefault="00000000">
            <w:pPr>
              <w:jc w:val="center"/>
            </w:pPr>
            <w:r>
              <w:rPr>
                <w:sz w:val="15"/>
              </w:rPr>
              <w:t>36.3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1F386" w14:textId="77777777" w:rsidR="004550E7" w:rsidRDefault="00000000">
            <w:pPr>
              <w:jc w:val="center"/>
            </w:pPr>
            <w:r>
              <w:rPr>
                <w:sz w:val="15"/>
              </w:rPr>
              <w:t>32.8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082629" w14:textId="77777777" w:rsidR="004550E7" w:rsidRDefault="00000000">
            <w:pPr>
              <w:jc w:val="center"/>
            </w:pPr>
            <w:r>
              <w:rPr>
                <w:sz w:val="15"/>
              </w:rPr>
              <w:t>34.8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CBB80" w14:textId="77777777" w:rsidR="004550E7" w:rsidRDefault="00000000">
            <w:pPr>
              <w:jc w:val="center"/>
            </w:pPr>
            <w:r>
              <w:rPr>
                <w:sz w:val="15"/>
              </w:rPr>
              <w:t>0.97</w:t>
            </w:r>
          </w:p>
        </w:tc>
      </w:tr>
      <w:tr w:rsidR="004550E7" w14:paraId="64E4945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8F5A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40C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5995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977293" w14:textId="77777777" w:rsidR="004550E7" w:rsidRDefault="00000000">
            <w:pPr>
              <w:jc w:val="center"/>
            </w:pPr>
            <w:r>
              <w:rPr>
                <w:sz w:val="15"/>
              </w:rPr>
              <w:t>276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132314" w14:textId="77777777" w:rsidR="004550E7" w:rsidRDefault="00000000">
            <w:pPr>
              <w:jc w:val="center"/>
            </w:pPr>
            <w:r>
              <w:rPr>
                <w:sz w:val="15"/>
              </w:rPr>
              <w:t>38.4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35A083" w14:textId="77777777" w:rsidR="004550E7" w:rsidRDefault="00000000">
            <w:pPr>
              <w:jc w:val="center"/>
            </w:pPr>
            <w:r>
              <w:rPr>
                <w:sz w:val="15"/>
              </w:rPr>
              <w:t>29.4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5BB14F" w14:textId="77777777" w:rsidR="004550E7" w:rsidRDefault="00000000">
            <w:pPr>
              <w:jc w:val="center"/>
            </w:pPr>
            <w:r>
              <w:rPr>
                <w:sz w:val="15"/>
              </w:rPr>
              <w:t>33.8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DF6DF" w14:textId="77777777" w:rsidR="004550E7" w:rsidRDefault="00000000">
            <w:pPr>
              <w:jc w:val="center"/>
            </w:pPr>
            <w:r>
              <w:rPr>
                <w:sz w:val="15"/>
              </w:rPr>
              <w:t>0.774</w:t>
            </w:r>
          </w:p>
        </w:tc>
      </w:tr>
      <w:tr w:rsidR="004550E7" w14:paraId="32C054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1AAFF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DD1D4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B7F28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DFC317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4C1CF9" w14:textId="77777777" w:rsidR="004550E7" w:rsidRDefault="00000000">
            <w:pPr>
              <w:jc w:val="center"/>
            </w:pPr>
            <w:r>
              <w:rPr>
                <w:sz w:val="15"/>
              </w:rPr>
              <w:t>37.2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07192" w14:textId="77777777" w:rsidR="004550E7" w:rsidRDefault="00000000">
            <w:pPr>
              <w:jc w:val="center"/>
            </w:pPr>
            <w:r>
              <w:rPr>
                <w:sz w:val="15"/>
              </w:rPr>
              <w:t>13.5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1C435" w14:textId="77777777" w:rsidR="004550E7" w:rsidRDefault="00000000">
            <w:pPr>
              <w:jc w:val="center"/>
            </w:pPr>
            <w:r>
              <w:rPr>
                <w:sz w:val="15"/>
              </w:rPr>
              <w:t>33.7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0FABF" w14:textId="77777777" w:rsidR="004550E7" w:rsidRDefault="00000000">
            <w:pPr>
              <w:jc w:val="center"/>
            </w:pPr>
            <w:r>
              <w:rPr>
                <w:sz w:val="15"/>
              </w:rPr>
              <w:t>1.054</w:t>
            </w:r>
          </w:p>
        </w:tc>
      </w:tr>
      <w:tr w:rsidR="004550E7" w14:paraId="1474A39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85911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1ACB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F66DE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E295BA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96C893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99E99" w14:textId="77777777" w:rsidR="004550E7" w:rsidRDefault="00000000">
            <w:pPr>
              <w:jc w:val="center"/>
            </w:pPr>
            <w:r>
              <w:rPr>
                <w:sz w:val="15"/>
              </w:rPr>
              <w:t>31.7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661C57" w14:textId="77777777" w:rsidR="004550E7" w:rsidRDefault="00000000">
            <w:pPr>
              <w:jc w:val="center"/>
            </w:pPr>
            <w:r>
              <w:rPr>
                <w:sz w:val="15"/>
              </w:rPr>
              <w:t>34.4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9F765" w14:textId="77777777" w:rsidR="004550E7" w:rsidRDefault="00000000">
            <w:pPr>
              <w:jc w:val="center"/>
            </w:pPr>
            <w:r>
              <w:rPr>
                <w:sz w:val="15"/>
              </w:rPr>
              <w:t>0.851</w:t>
            </w:r>
          </w:p>
        </w:tc>
      </w:tr>
      <w:tr w:rsidR="004550E7" w14:paraId="068A3BA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510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4607B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A3BB5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56149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6038CD" w14:textId="77777777" w:rsidR="004550E7" w:rsidRDefault="00000000">
            <w:pPr>
              <w:jc w:val="center"/>
            </w:pPr>
            <w:r>
              <w:rPr>
                <w:sz w:val="15"/>
              </w:rPr>
              <w:t>37.6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FCB71" w14:textId="77777777" w:rsidR="004550E7" w:rsidRDefault="00000000">
            <w:pPr>
              <w:jc w:val="center"/>
            </w:pPr>
            <w:r>
              <w:rPr>
                <w:sz w:val="15"/>
              </w:rPr>
              <w:t>35.3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C8605" w14:textId="77777777" w:rsidR="004550E7" w:rsidRDefault="00000000">
            <w:pPr>
              <w:jc w:val="center"/>
            </w:pPr>
            <w:r>
              <w:rPr>
                <w:sz w:val="15"/>
              </w:rPr>
              <w:t>36.4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0E2ABC" w14:textId="77777777" w:rsidR="004550E7" w:rsidRDefault="00000000">
            <w:pPr>
              <w:jc w:val="center"/>
            </w:pPr>
            <w:r>
              <w:rPr>
                <w:sz w:val="15"/>
              </w:rPr>
              <w:t>0.854</w:t>
            </w:r>
          </w:p>
        </w:tc>
      </w:tr>
      <w:tr w:rsidR="004550E7" w14:paraId="618C00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E2D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D6F39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4CAA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32D80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6B334" w14:textId="77777777" w:rsidR="004550E7" w:rsidRDefault="00000000">
            <w:pPr>
              <w:jc w:val="center"/>
            </w:pPr>
            <w:r>
              <w:rPr>
                <w:sz w:val="15"/>
              </w:rPr>
              <w:t>34.9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6594E0" w14:textId="77777777" w:rsidR="004550E7" w:rsidRDefault="00000000">
            <w:pPr>
              <w:jc w:val="center"/>
            </w:pPr>
            <w:r>
              <w:rPr>
                <w:sz w:val="15"/>
              </w:rPr>
              <w:t>32.3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D3E0D" w14:textId="77777777" w:rsidR="004550E7" w:rsidRDefault="00000000">
            <w:pPr>
              <w:jc w:val="center"/>
            </w:pPr>
            <w:r>
              <w:rPr>
                <w:sz w:val="15"/>
              </w:rPr>
              <w:t>33.7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124920" w14:textId="77777777" w:rsidR="004550E7" w:rsidRDefault="00000000">
            <w:pPr>
              <w:jc w:val="center"/>
            </w:pPr>
            <w:r>
              <w:rPr>
                <w:sz w:val="15"/>
              </w:rPr>
              <w:t>0.849</w:t>
            </w:r>
          </w:p>
        </w:tc>
      </w:tr>
      <w:tr w:rsidR="004550E7" w14:paraId="344CDCE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391B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29DED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7A5C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F361B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4B84D8" w14:textId="77777777" w:rsidR="004550E7" w:rsidRDefault="00000000">
            <w:pPr>
              <w:jc w:val="center"/>
            </w:pPr>
            <w:r>
              <w:rPr>
                <w:sz w:val="15"/>
              </w:rPr>
              <w:t>34.2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3446E8" w14:textId="77777777" w:rsidR="004550E7" w:rsidRDefault="00000000">
            <w:pPr>
              <w:jc w:val="center"/>
            </w:pPr>
            <w:r>
              <w:rPr>
                <w:sz w:val="15"/>
              </w:rPr>
              <w:t>31.6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91169C" w14:textId="77777777" w:rsidR="004550E7" w:rsidRDefault="00000000">
            <w:pPr>
              <w:jc w:val="center"/>
            </w:pPr>
            <w:r>
              <w:rPr>
                <w:sz w:val="15"/>
              </w:rPr>
              <w:t>33.1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D40D4" w14:textId="77777777" w:rsidR="004550E7" w:rsidRDefault="00000000">
            <w:pPr>
              <w:jc w:val="center"/>
            </w:pPr>
            <w:r>
              <w:rPr>
                <w:sz w:val="15"/>
              </w:rPr>
              <w:t>1.135</w:t>
            </w:r>
          </w:p>
        </w:tc>
      </w:tr>
      <w:tr w:rsidR="004550E7" w14:paraId="316258F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38C9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574A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89889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4A7D0B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AC0DEC" w14:textId="77777777" w:rsidR="004550E7" w:rsidRDefault="00000000">
            <w:pPr>
              <w:jc w:val="center"/>
            </w:pPr>
            <w:r>
              <w:rPr>
                <w:sz w:val="15"/>
              </w:rPr>
              <w:t>37.1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9F0B65" w14:textId="77777777" w:rsidR="004550E7" w:rsidRDefault="00000000">
            <w:pPr>
              <w:jc w:val="center"/>
            </w:pPr>
            <w:r>
              <w:rPr>
                <w:sz w:val="15"/>
              </w:rPr>
              <w:t>30.8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51ADA" w14:textId="77777777" w:rsidR="004550E7" w:rsidRDefault="00000000">
            <w:pPr>
              <w:jc w:val="center"/>
            </w:pPr>
            <w:r>
              <w:rPr>
                <w:sz w:val="15"/>
              </w:rPr>
              <w:t>33.9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3EC05" w14:textId="77777777" w:rsidR="004550E7" w:rsidRDefault="00000000">
            <w:pPr>
              <w:jc w:val="center"/>
            </w:pPr>
            <w:r>
              <w:rPr>
                <w:sz w:val="15"/>
              </w:rPr>
              <w:t>0.593</w:t>
            </w:r>
          </w:p>
        </w:tc>
      </w:tr>
      <w:tr w:rsidR="004550E7" w14:paraId="329B6C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B5A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908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9F0CE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B7D91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10216C" w14:textId="77777777" w:rsidR="004550E7" w:rsidRDefault="00000000">
            <w:pPr>
              <w:jc w:val="center"/>
            </w:pPr>
            <w:r>
              <w:rPr>
                <w:sz w:val="15"/>
              </w:rPr>
              <w:t>36.9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DEEC98" w14:textId="77777777" w:rsidR="004550E7" w:rsidRDefault="00000000">
            <w:pPr>
              <w:jc w:val="center"/>
            </w:pPr>
            <w:r>
              <w:rPr>
                <w:sz w:val="15"/>
              </w:rPr>
              <w:t>28.1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27848B" w14:textId="77777777" w:rsidR="004550E7" w:rsidRDefault="00000000">
            <w:pPr>
              <w:jc w:val="center"/>
            </w:pPr>
            <w:r>
              <w:rPr>
                <w:sz w:val="15"/>
              </w:rPr>
              <w:t>31.6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14B61E" w14:textId="77777777" w:rsidR="004550E7" w:rsidRDefault="00000000">
            <w:pPr>
              <w:jc w:val="center"/>
            </w:pPr>
            <w:r>
              <w:rPr>
                <w:sz w:val="15"/>
              </w:rPr>
              <w:t>0.173</w:t>
            </w:r>
          </w:p>
        </w:tc>
      </w:tr>
      <w:tr w:rsidR="004550E7" w14:paraId="3FC805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8B38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C4CC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1B8A53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9665EB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0EB6B" w14:textId="77777777" w:rsidR="004550E7" w:rsidRDefault="00000000">
            <w:pPr>
              <w:jc w:val="center"/>
            </w:pPr>
            <w:r>
              <w:rPr>
                <w:sz w:val="15"/>
              </w:rPr>
              <w:t>41.0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45C3C" w14:textId="77777777" w:rsidR="004550E7" w:rsidRDefault="00000000">
            <w:pPr>
              <w:jc w:val="center"/>
            </w:pPr>
            <w:r>
              <w:rPr>
                <w:sz w:val="15"/>
              </w:rPr>
              <w:t>31.4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B34716" w14:textId="77777777" w:rsidR="004550E7" w:rsidRDefault="00000000">
            <w:pPr>
              <w:jc w:val="center"/>
            </w:pPr>
            <w:r>
              <w:rPr>
                <w:sz w:val="15"/>
              </w:rPr>
              <w:t>37.9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BACFF0" w14:textId="77777777" w:rsidR="004550E7" w:rsidRDefault="00000000">
            <w:pPr>
              <w:jc w:val="center"/>
            </w:pPr>
            <w:r>
              <w:rPr>
                <w:sz w:val="15"/>
              </w:rPr>
              <w:t>1.192</w:t>
            </w:r>
          </w:p>
        </w:tc>
      </w:tr>
      <w:tr w:rsidR="004550E7" w14:paraId="30B5AFD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44F1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BCEC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74CAD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B57A23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1B8322" w14:textId="77777777" w:rsidR="004550E7" w:rsidRDefault="00000000">
            <w:pPr>
              <w:jc w:val="center"/>
            </w:pPr>
            <w:r>
              <w:rPr>
                <w:sz w:val="15"/>
              </w:rPr>
              <w:t>40.0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8270EA" w14:textId="77777777" w:rsidR="004550E7" w:rsidRDefault="00000000">
            <w:pPr>
              <w:jc w:val="center"/>
            </w:pPr>
            <w:r>
              <w:rPr>
                <w:sz w:val="15"/>
              </w:rPr>
              <w:t>34.1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329861" w14:textId="77777777" w:rsidR="004550E7" w:rsidRDefault="00000000">
            <w:pPr>
              <w:jc w:val="center"/>
            </w:pPr>
            <w:r>
              <w:rPr>
                <w:sz w:val="15"/>
              </w:rPr>
              <w:t>36.4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0C6CC6" w14:textId="77777777" w:rsidR="004550E7" w:rsidRDefault="00000000">
            <w:pPr>
              <w:jc w:val="center"/>
            </w:pPr>
            <w:r>
              <w:rPr>
                <w:sz w:val="15"/>
              </w:rPr>
              <w:t>1.26</w:t>
            </w:r>
          </w:p>
        </w:tc>
      </w:tr>
      <w:tr w:rsidR="004550E7" w14:paraId="4A1779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287EA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F81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748A2A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E55988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A87BF0" w14:textId="77777777" w:rsidR="004550E7" w:rsidRDefault="00000000">
            <w:pPr>
              <w:jc w:val="center"/>
            </w:pPr>
            <w:r>
              <w:rPr>
                <w:sz w:val="15"/>
              </w:rPr>
              <w:t>39.2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A7959C" w14:textId="77777777" w:rsidR="004550E7" w:rsidRDefault="00000000">
            <w:pPr>
              <w:jc w:val="center"/>
            </w:pPr>
            <w:r>
              <w:rPr>
                <w:sz w:val="15"/>
              </w:rPr>
              <w:t>32.2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2338F9" w14:textId="77777777" w:rsidR="004550E7" w:rsidRDefault="00000000">
            <w:pPr>
              <w:jc w:val="center"/>
            </w:pPr>
            <w:r>
              <w:rPr>
                <w:sz w:val="15"/>
              </w:rPr>
              <w:t>36.6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D5DE3" w14:textId="77777777" w:rsidR="004550E7" w:rsidRDefault="00000000">
            <w:pPr>
              <w:jc w:val="center"/>
            </w:pPr>
            <w:r>
              <w:rPr>
                <w:sz w:val="15"/>
              </w:rPr>
              <w:t>1.324</w:t>
            </w:r>
          </w:p>
        </w:tc>
      </w:tr>
      <w:tr w:rsidR="004550E7" w14:paraId="336E931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A22B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7879B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E284E7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1156ED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40A71A" w14:textId="77777777" w:rsidR="004550E7" w:rsidRDefault="00000000">
            <w:pPr>
              <w:jc w:val="center"/>
            </w:pPr>
            <w:r>
              <w:rPr>
                <w:sz w:val="15"/>
              </w:rPr>
              <w:t>40.6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76498" w14:textId="77777777" w:rsidR="004550E7" w:rsidRDefault="00000000">
            <w:pPr>
              <w:jc w:val="center"/>
            </w:pPr>
            <w:r>
              <w:rPr>
                <w:sz w:val="15"/>
              </w:rPr>
              <w:t>27.3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BACE06" w14:textId="77777777" w:rsidR="004550E7" w:rsidRDefault="00000000">
            <w:pPr>
              <w:jc w:val="center"/>
            </w:pPr>
            <w:r>
              <w:rPr>
                <w:sz w:val="15"/>
              </w:rPr>
              <w:t>34.6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7E7580" w14:textId="77777777" w:rsidR="004550E7" w:rsidRDefault="00000000">
            <w:pPr>
              <w:jc w:val="center"/>
            </w:pPr>
            <w:r>
              <w:rPr>
                <w:sz w:val="15"/>
              </w:rPr>
              <w:t>1.402</w:t>
            </w:r>
          </w:p>
        </w:tc>
      </w:tr>
      <w:tr w:rsidR="004550E7" w14:paraId="1D43BF3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0EBF5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027F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9A8FD1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8C1147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7FAE26" w14:textId="77777777" w:rsidR="004550E7" w:rsidRDefault="00000000">
            <w:pPr>
              <w:jc w:val="center"/>
            </w:pPr>
            <w:r>
              <w:rPr>
                <w:sz w:val="15"/>
              </w:rPr>
              <w:t>34.9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48F472" w14:textId="77777777" w:rsidR="004550E7" w:rsidRDefault="00000000">
            <w:pPr>
              <w:jc w:val="center"/>
            </w:pPr>
            <w:r>
              <w:rPr>
                <w:sz w:val="15"/>
              </w:rPr>
              <w:t>31.5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69102" w14:textId="77777777" w:rsidR="004550E7" w:rsidRDefault="00000000">
            <w:pPr>
              <w:jc w:val="center"/>
            </w:pPr>
            <w:r>
              <w:rPr>
                <w:sz w:val="15"/>
              </w:rPr>
              <w:t>33.2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85BA2A" w14:textId="77777777" w:rsidR="004550E7" w:rsidRDefault="00000000">
            <w:pPr>
              <w:jc w:val="center"/>
            </w:pPr>
            <w:r>
              <w:rPr>
                <w:sz w:val="15"/>
              </w:rPr>
              <w:t>0.828</w:t>
            </w:r>
          </w:p>
        </w:tc>
      </w:tr>
      <w:tr w:rsidR="004550E7" w14:paraId="0F72D7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0A7D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8870B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582CF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2B4F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50D0C" w14:textId="77777777" w:rsidR="004550E7" w:rsidRDefault="00000000">
            <w:pPr>
              <w:jc w:val="center"/>
            </w:pPr>
            <w:r>
              <w:rPr>
                <w:sz w:val="15"/>
              </w:rPr>
              <w:t>36.8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24A5F" w14:textId="77777777" w:rsidR="004550E7" w:rsidRDefault="00000000">
            <w:pPr>
              <w:jc w:val="center"/>
            </w:pPr>
            <w:r>
              <w:rPr>
                <w:sz w:val="15"/>
              </w:rPr>
              <w:t>29.8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BDD26" w14:textId="77777777" w:rsidR="004550E7" w:rsidRDefault="00000000">
            <w:pPr>
              <w:jc w:val="center"/>
            </w:pPr>
            <w:r>
              <w:rPr>
                <w:sz w:val="15"/>
              </w:rPr>
              <w:t>34.6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FFF54F" w14:textId="77777777" w:rsidR="004550E7" w:rsidRDefault="00000000">
            <w:pPr>
              <w:jc w:val="center"/>
            </w:pPr>
            <w:r>
              <w:rPr>
                <w:sz w:val="15"/>
              </w:rPr>
              <w:t>1.934</w:t>
            </w:r>
          </w:p>
        </w:tc>
      </w:tr>
      <w:tr w:rsidR="004550E7" w14:paraId="42F5C6B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B7AB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4AA2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5AED1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459172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E9AE4F" w14:textId="77777777" w:rsidR="004550E7" w:rsidRDefault="00000000">
            <w:pPr>
              <w:jc w:val="center"/>
            </w:pPr>
            <w:r>
              <w:rPr>
                <w:sz w:val="15"/>
              </w:rPr>
              <w:t>38.1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D0FC1E" w14:textId="77777777" w:rsidR="004550E7" w:rsidRDefault="00000000">
            <w:pPr>
              <w:jc w:val="center"/>
            </w:pPr>
            <w:r>
              <w:rPr>
                <w:sz w:val="15"/>
              </w:rPr>
              <w:t>32.4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64E88F" w14:textId="77777777" w:rsidR="004550E7" w:rsidRDefault="00000000">
            <w:pPr>
              <w:jc w:val="center"/>
            </w:pPr>
            <w:r>
              <w:rPr>
                <w:sz w:val="15"/>
              </w:rPr>
              <w:t>36.7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3A91BC" w14:textId="77777777" w:rsidR="004550E7" w:rsidRDefault="00000000">
            <w:pPr>
              <w:jc w:val="center"/>
            </w:pPr>
            <w:r>
              <w:rPr>
                <w:sz w:val="15"/>
              </w:rPr>
              <w:t>0.327</w:t>
            </w:r>
          </w:p>
        </w:tc>
      </w:tr>
      <w:tr w:rsidR="004550E7" w14:paraId="294C0CD9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D455A1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Hct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E5FFD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93D83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DA3695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CB6FD" w14:textId="77777777" w:rsidR="004550E7" w:rsidRDefault="00000000">
            <w:pPr>
              <w:jc w:val="center"/>
            </w:pPr>
            <w:r>
              <w:rPr>
                <w:sz w:val="15"/>
              </w:rPr>
              <w:t>188.0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B4DEFA" w14:textId="77777777" w:rsidR="004550E7" w:rsidRDefault="00000000">
            <w:pPr>
              <w:jc w:val="center"/>
            </w:pPr>
            <w:r>
              <w:rPr>
                <w:sz w:val="15"/>
              </w:rPr>
              <w:t>10.2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DAF935" w14:textId="77777777" w:rsidR="004550E7" w:rsidRDefault="00000000">
            <w:pPr>
              <w:jc w:val="center"/>
            </w:pPr>
            <w:r>
              <w:rPr>
                <w:sz w:val="15"/>
              </w:rPr>
              <w:t>23.4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73EAC" w14:textId="77777777" w:rsidR="004550E7" w:rsidRDefault="00000000">
            <w:pPr>
              <w:jc w:val="center"/>
            </w:pPr>
            <w:r>
              <w:rPr>
                <w:sz w:val="15"/>
              </w:rPr>
              <w:t>1.076</w:t>
            </w:r>
          </w:p>
        </w:tc>
      </w:tr>
      <w:tr w:rsidR="004550E7" w14:paraId="3C3A2B7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5BBC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52483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A94E4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2CF400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987A7" w14:textId="77777777" w:rsidR="004550E7" w:rsidRDefault="00000000">
            <w:pPr>
              <w:jc w:val="center"/>
            </w:pPr>
            <w:r>
              <w:rPr>
                <w:sz w:val="15"/>
              </w:rPr>
              <w:t>149.0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601D6" w14:textId="77777777" w:rsidR="004550E7" w:rsidRDefault="00000000">
            <w:pPr>
              <w:jc w:val="center"/>
            </w:pPr>
            <w:r>
              <w:rPr>
                <w:sz w:val="15"/>
              </w:rPr>
              <w:t>13.1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B14570" w14:textId="77777777" w:rsidR="004550E7" w:rsidRDefault="00000000">
            <w:pPr>
              <w:jc w:val="center"/>
            </w:pPr>
            <w:r>
              <w:rPr>
                <w:sz w:val="15"/>
              </w:rPr>
              <w:t>23.3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C1933C" w14:textId="77777777" w:rsidR="004550E7" w:rsidRDefault="00000000">
            <w:pPr>
              <w:jc w:val="center"/>
            </w:pPr>
            <w:r>
              <w:rPr>
                <w:sz w:val="15"/>
              </w:rPr>
              <w:t>0.78</w:t>
            </w:r>
          </w:p>
        </w:tc>
      </w:tr>
      <w:tr w:rsidR="004550E7" w14:paraId="7C602C1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1F17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BA69F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7FA72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3C8A7E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99B8E6" w14:textId="77777777" w:rsidR="004550E7" w:rsidRDefault="00000000">
            <w:pPr>
              <w:jc w:val="center"/>
            </w:pPr>
            <w:r>
              <w:rPr>
                <w:sz w:val="15"/>
              </w:rPr>
              <w:t>30.2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72114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CC7B8" w14:textId="77777777" w:rsidR="004550E7" w:rsidRDefault="00000000">
            <w:pPr>
              <w:jc w:val="center"/>
            </w:pPr>
            <w:r>
              <w:rPr>
                <w:sz w:val="15"/>
              </w:rPr>
              <w:t>23.3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6B450" w14:textId="77777777" w:rsidR="004550E7" w:rsidRDefault="00000000">
            <w:pPr>
              <w:jc w:val="center"/>
            </w:pPr>
            <w:r>
              <w:rPr>
                <w:sz w:val="15"/>
              </w:rPr>
              <w:t>0.789</w:t>
            </w:r>
          </w:p>
        </w:tc>
      </w:tr>
      <w:tr w:rsidR="004550E7" w14:paraId="7446D91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75B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C270E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71D1F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90C33A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9E6162" w14:textId="77777777" w:rsidR="004550E7" w:rsidRDefault="00000000">
            <w:pPr>
              <w:jc w:val="center"/>
            </w:pPr>
            <w:r>
              <w:rPr>
                <w:sz w:val="15"/>
              </w:rPr>
              <w:t>26.4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ADA38" w14:textId="77777777" w:rsidR="004550E7" w:rsidRDefault="00000000">
            <w:pPr>
              <w:jc w:val="center"/>
            </w:pPr>
            <w:r>
              <w:rPr>
                <w:sz w:val="15"/>
              </w:rPr>
              <w:t>22.2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628C95" w14:textId="77777777" w:rsidR="004550E7" w:rsidRDefault="00000000">
            <w:pPr>
              <w:jc w:val="center"/>
            </w:pPr>
            <w:r>
              <w:rPr>
                <w:sz w:val="15"/>
              </w:rPr>
              <w:t>24.4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7FBE1" w14:textId="77777777" w:rsidR="004550E7" w:rsidRDefault="00000000">
            <w:pPr>
              <w:jc w:val="center"/>
            </w:pPr>
            <w:r>
              <w:rPr>
                <w:sz w:val="15"/>
              </w:rPr>
              <w:t>0.579</w:t>
            </w:r>
          </w:p>
        </w:tc>
      </w:tr>
      <w:tr w:rsidR="004550E7" w14:paraId="58304EC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2B5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F2072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08C47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5377C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0E635D" w14:textId="77777777" w:rsidR="004550E7" w:rsidRDefault="00000000">
            <w:pPr>
              <w:jc w:val="center"/>
            </w:pPr>
            <w:r>
              <w:rPr>
                <w:sz w:val="15"/>
              </w:rPr>
              <w:t>25.2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06E663" w14:textId="77777777" w:rsidR="004550E7" w:rsidRDefault="00000000">
            <w:pPr>
              <w:jc w:val="center"/>
            </w:pPr>
            <w:r>
              <w:rPr>
                <w:sz w:val="15"/>
              </w:rPr>
              <w:t>19.9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14AB1" w14:textId="77777777" w:rsidR="004550E7" w:rsidRDefault="00000000">
            <w:pPr>
              <w:jc w:val="center"/>
            </w:pPr>
            <w:r>
              <w:rPr>
                <w:sz w:val="15"/>
              </w:rPr>
              <w:t>23.2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5B4343" w14:textId="77777777" w:rsidR="004550E7" w:rsidRDefault="00000000">
            <w:pPr>
              <w:jc w:val="center"/>
            </w:pPr>
            <w:r>
              <w:rPr>
                <w:sz w:val="15"/>
              </w:rPr>
              <w:t>0.823</w:t>
            </w:r>
          </w:p>
        </w:tc>
      </w:tr>
      <w:tr w:rsidR="004550E7" w14:paraId="2D82389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4C438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6595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5E68A0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E08BEF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50013" w14:textId="77777777" w:rsidR="004550E7" w:rsidRDefault="00000000">
            <w:pPr>
              <w:jc w:val="center"/>
            </w:pPr>
            <w:r>
              <w:rPr>
                <w:sz w:val="15"/>
              </w:rPr>
              <w:t>188.0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0D834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33341C" w14:textId="77777777" w:rsidR="004550E7" w:rsidRDefault="00000000">
            <w:pPr>
              <w:jc w:val="center"/>
            </w:pPr>
            <w:r>
              <w:rPr>
                <w:sz w:val="15"/>
              </w:rPr>
              <w:t>23.7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2DB42" w14:textId="77777777" w:rsidR="004550E7" w:rsidRDefault="00000000">
            <w:pPr>
              <w:jc w:val="center"/>
            </w:pPr>
            <w:r>
              <w:rPr>
                <w:sz w:val="15"/>
              </w:rPr>
              <w:t>1.044</w:t>
            </w:r>
          </w:p>
        </w:tc>
      </w:tr>
      <w:tr w:rsidR="004550E7" w14:paraId="6058068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1A28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847B7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826D0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CD691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067A6" w14:textId="77777777" w:rsidR="004550E7" w:rsidRDefault="00000000">
            <w:pPr>
              <w:jc w:val="center"/>
            </w:pPr>
            <w:r>
              <w:rPr>
                <w:sz w:val="15"/>
              </w:rPr>
              <w:t>34.7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F4FF28" w14:textId="77777777" w:rsidR="004550E7" w:rsidRDefault="00000000">
            <w:pPr>
              <w:jc w:val="center"/>
            </w:pPr>
            <w:r>
              <w:rPr>
                <w:sz w:val="15"/>
              </w:rPr>
              <w:t>21.7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D6FAF" w14:textId="77777777" w:rsidR="004550E7" w:rsidRDefault="00000000">
            <w:pPr>
              <w:jc w:val="center"/>
            </w:pPr>
            <w:r>
              <w:rPr>
                <w:sz w:val="15"/>
              </w:rPr>
              <w:t>23.5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E2515C" w14:textId="77777777" w:rsidR="004550E7" w:rsidRDefault="00000000">
            <w:pPr>
              <w:jc w:val="center"/>
            </w:pPr>
            <w:r>
              <w:rPr>
                <w:sz w:val="15"/>
              </w:rPr>
              <w:t>0.886</w:t>
            </w:r>
          </w:p>
        </w:tc>
      </w:tr>
      <w:tr w:rsidR="004550E7" w14:paraId="2E15BD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FEFCD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3602B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22A8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72C9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75FCF1" w14:textId="77777777" w:rsidR="004550E7" w:rsidRDefault="00000000">
            <w:pPr>
              <w:jc w:val="center"/>
            </w:pPr>
            <w:r>
              <w:rPr>
                <w:sz w:val="15"/>
              </w:rPr>
              <w:t>25.2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754E7D" w14:textId="77777777" w:rsidR="004550E7" w:rsidRDefault="00000000">
            <w:pPr>
              <w:jc w:val="center"/>
            </w:pPr>
            <w:r>
              <w:rPr>
                <w:sz w:val="15"/>
              </w:rPr>
              <w:t>23.0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51004E" w14:textId="77777777" w:rsidR="004550E7" w:rsidRDefault="00000000">
            <w:pPr>
              <w:jc w:val="center"/>
            </w:pPr>
            <w:r>
              <w:rPr>
                <w:sz w:val="15"/>
              </w:rPr>
              <w:t>24.1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58395" w14:textId="77777777" w:rsidR="004550E7" w:rsidRDefault="00000000">
            <w:pPr>
              <w:jc w:val="center"/>
            </w:pPr>
            <w:r>
              <w:rPr>
                <w:sz w:val="15"/>
              </w:rPr>
              <w:t>0.704</w:t>
            </w:r>
          </w:p>
        </w:tc>
      </w:tr>
      <w:tr w:rsidR="004550E7" w14:paraId="5EA315E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FDC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9784A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C82FF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E4ECE6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1090C" w14:textId="77777777" w:rsidR="004550E7" w:rsidRDefault="00000000">
            <w:pPr>
              <w:jc w:val="center"/>
            </w:pPr>
            <w:r>
              <w:rPr>
                <w:sz w:val="15"/>
              </w:rPr>
              <w:t>35.1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A4F4DD" w14:textId="77777777" w:rsidR="004550E7" w:rsidRDefault="00000000">
            <w:pPr>
              <w:jc w:val="center"/>
            </w:pPr>
            <w:r>
              <w:rPr>
                <w:sz w:val="15"/>
              </w:rPr>
              <w:t>21.5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2A483" w14:textId="77777777" w:rsidR="004550E7" w:rsidRDefault="00000000">
            <w:pPr>
              <w:jc w:val="center"/>
            </w:pPr>
            <w:r>
              <w:rPr>
                <w:sz w:val="15"/>
              </w:rPr>
              <w:t>22.9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7E3AD0" w14:textId="77777777" w:rsidR="004550E7" w:rsidRDefault="00000000">
            <w:pPr>
              <w:jc w:val="center"/>
            </w:pPr>
            <w:r>
              <w:rPr>
                <w:sz w:val="15"/>
              </w:rPr>
              <w:t>0.888</w:t>
            </w:r>
          </w:p>
        </w:tc>
      </w:tr>
      <w:tr w:rsidR="004550E7" w14:paraId="70C7C7D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8C1E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1B1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93E48E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B40768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8D094F" w14:textId="77777777" w:rsidR="004550E7" w:rsidRDefault="00000000">
            <w:pPr>
              <w:jc w:val="center"/>
            </w:pPr>
            <w:r>
              <w:rPr>
                <w:sz w:val="15"/>
              </w:rPr>
              <w:t>24.8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AADE17" w14:textId="77777777" w:rsidR="004550E7" w:rsidRDefault="00000000">
            <w:pPr>
              <w:jc w:val="center"/>
            </w:pPr>
            <w:r>
              <w:rPr>
                <w:sz w:val="15"/>
              </w:rPr>
              <w:t>22.3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16C949" w14:textId="77777777" w:rsidR="004550E7" w:rsidRDefault="00000000">
            <w:pPr>
              <w:jc w:val="center"/>
            </w:pPr>
            <w:r>
              <w:rPr>
                <w:sz w:val="15"/>
              </w:rPr>
              <w:t>23.3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34C073" w14:textId="77777777" w:rsidR="004550E7" w:rsidRDefault="00000000">
            <w:pPr>
              <w:jc w:val="center"/>
            </w:pPr>
            <w:r>
              <w:rPr>
                <w:sz w:val="15"/>
              </w:rPr>
              <w:t>0.782</w:t>
            </w:r>
          </w:p>
        </w:tc>
      </w:tr>
      <w:tr w:rsidR="004550E7" w14:paraId="48F5D54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49F7D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B6D03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DF21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E4E94" w14:textId="77777777" w:rsidR="004550E7" w:rsidRDefault="00000000">
            <w:pPr>
              <w:jc w:val="center"/>
            </w:pPr>
            <w:r>
              <w:rPr>
                <w:sz w:val="15"/>
              </w:rPr>
              <w:t>276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949E6" w14:textId="77777777" w:rsidR="004550E7" w:rsidRDefault="00000000">
            <w:pPr>
              <w:jc w:val="center"/>
            </w:pPr>
            <w:r>
              <w:rPr>
                <w:sz w:val="15"/>
              </w:rPr>
              <w:t>36.0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54D6FF" w14:textId="77777777" w:rsidR="004550E7" w:rsidRDefault="00000000">
            <w:pPr>
              <w:jc w:val="center"/>
            </w:pPr>
            <w:r>
              <w:rPr>
                <w:sz w:val="15"/>
              </w:rPr>
              <w:t>20.0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8B153" w14:textId="77777777" w:rsidR="004550E7" w:rsidRDefault="00000000">
            <w:pPr>
              <w:jc w:val="center"/>
            </w:pPr>
            <w:r>
              <w:rPr>
                <w:sz w:val="15"/>
              </w:rPr>
              <w:t>22.8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47C24D" w14:textId="77777777" w:rsidR="004550E7" w:rsidRDefault="00000000">
            <w:pPr>
              <w:jc w:val="center"/>
            </w:pPr>
            <w:r>
              <w:rPr>
                <w:sz w:val="15"/>
              </w:rPr>
              <w:t>0.631</w:t>
            </w:r>
          </w:p>
        </w:tc>
      </w:tr>
      <w:tr w:rsidR="004550E7" w14:paraId="0C8EEC9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0394F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71DA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9598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AD2D72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B5434F" w14:textId="77777777" w:rsidR="004550E7" w:rsidRDefault="00000000">
            <w:pPr>
              <w:jc w:val="center"/>
            </w:pPr>
            <w:r>
              <w:rPr>
                <w:sz w:val="15"/>
              </w:rPr>
              <w:t>31.6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E3FFD2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9F81F" w14:textId="77777777" w:rsidR="004550E7" w:rsidRDefault="00000000">
            <w:pPr>
              <w:jc w:val="center"/>
            </w:pPr>
            <w:r>
              <w:rPr>
                <w:sz w:val="15"/>
              </w:rPr>
              <w:t>22.8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10BF7D" w14:textId="77777777" w:rsidR="004550E7" w:rsidRDefault="00000000">
            <w:pPr>
              <w:jc w:val="center"/>
            </w:pPr>
            <w:r>
              <w:rPr>
                <w:sz w:val="15"/>
              </w:rPr>
              <w:t>0.585</w:t>
            </w:r>
          </w:p>
        </w:tc>
      </w:tr>
      <w:tr w:rsidR="004550E7" w14:paraId="7422F1C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615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4302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29353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EB7D63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3602D9" w14:textId="77777777" w:rsidR="004550E7" w:rsidRDefault="00000000">
            <w:pPr>
              <w:jc w:val="center"/>
            </w:pPr>
            <w:r>
              <w:rPr>
                <w:sz w:val="15"/>
              </w:rPr>
              <w:t>24.6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182E67" w14:textId="77777777" w:rsidR="004550E7" w:rsidRDefault="00000000">
            <w:pPr>
              <w:jc w:val="center"/>
            </w:pPr>
            <w:r>
              <w:rPr>
                <w:sz w:val="15"/>
              </w:rPr>
              <w:t>19.8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8EAA7" w14:textId="77777777" w:rsidR="004550E7" w:rsidRDefault="00000000">
            <w:pPr>
              <w:jc w:val="center"/>
            </w:pPr>
            <w:r>
              <w:rPr>
                <w:sz w:val="15"/>
              </w:rPr>
              <w:t>22.9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0EDC37" w14:textId="77777777" w:rsidR="004550E7" w:rsidRDefault="00000000">
            <w:pPr>
              <w:jc w:val="center"/>
            </w:pPr>
            <w:r>
              <w:rPr>
                <w:sz w:val="15"/>
              </w:rPr>
              <w:t>0.836</w:t>
            </w:r>
          </w:p>
        </w:tc>
      </w:tr>
      <w:tr w:rsidR="004550E7" w14:paraId="6E1D16F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1A0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8E73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19BDC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274F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9E8B10" w14:textId="77777777" w:rsidR="004550E7" w:rsidRDefault="00000000">
            <w:pPr>
              <w:jc w:val="center"/>
            </w:pPr>
            <w:r>
              <w:rPr>
                <w:sz w:val="15"/>
              </w:rPr>
              <w:t>25.7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9C265" w14:textId="77777777" w:rsidR="004550E7" w:rsidRDefault="00000000">
            <w:pPr>
              <w:jc w:val="center"/>
            </w:pPr>
            <w:r>
              <w:rPr>
                <w:sz w:val="15"/>
              </w:rPr>
              <w:t>23.2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397E0" w14:textId="77777777" w:rsidR="004550E7" w:rsidRDefault="00000000">
            <w:pPr>
              <w:jc w:val="center"/>
            </w:pPr>
            <w:r>
              <w:rPr>
                <w:sz w:val="15"/>
              </w:rPr>
              <w:t>24.6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63788" w14:textId="77777777" w:rsidR="004550E7" w:rsidRDefault="00000000">
            <w:pPr>
              <w:jc w:val="center"/>
            </w:pPr>
            <w:r>
              <w:rPr>
                <w:sz w:val="15"/>
              </w:rPr>
              <w:t>0.587</w:t>
            </w:r>
          </w:p>
        </w:tc>
      </w:tr>
      <w:tr w:rsidR="004550E7" w14:paraId="7B0ED72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8367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1F2B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C1BE3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B6A1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20F4F" w14:textId="77777777" w:rsidR="004550E7" w:rsidRDefault="00000000">
            <w:pPr>
              <w:jc w:val="center"/>
            </w:pPr>
            <w:r>
              <w:rPr>
                <w:sz w:val="15"/>
              </w:rPr>
              <w:t>23.6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21575" w14:textId="77777777" w:rsidR="004550E7" w:rsidRDefault="00000000">
            <w:pPr>
              <w:jc w:val="center"/>
            </w:pPr>
            <w:r>
              <w:rPr>
                <w:sz w:val="15"/>
              </w:rPr>
              <w:t>19.8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5DCF1F" w14:textId="77777777" w:rsidR="004550E7" w:rsidRDefault="00000000">
            <w:pPr>
              <w:jc w:val="center"/>
            </w:pPr>
            <w:r>
              <w:rPr>
                <w:sz w:val="15"/>
              </w:rPr>
              <w:t>22.5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DF92C7" w14:textId="77777777" w:rsidR="004550E7" w:rsidRDefault="00000000">
            <w:pPr>
              <w:jc w:val="center"/>
            </w:pPr>
            <w:r>
              <w:rPr>
                <w:sz w:val="15"/>
              </w:rPr>
              <w:t>0.757</w:t>
            </w:r>
          </w:p>
        </w:tc>
      </w:tr>
      <w:tr w:rsidR="004550E7" w14:paraId="101A5DD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1AE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3116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40638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381A12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4D1C6D" w14:textId="77777777" w:rsidR="004550E7" w:rsidRDefault="00000000">
            <w:pPr>
              <w:jc w:val="center"/>
            </w:pPr>
            <w:r>
              <w:rPr>
                <w:sz w:val="15"/>
              </w:rPr>
              <w:t>23.0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84D0C" w14:textId="77777777" w:rsidR="004550E7" w:rsidRDefault="00000000">
            <w:pPr>
              <w:jc w:val="center"/>
            </w:pPr>
            <w:r>
              <w:rPr>
                <w:sz w:val="15"/>
              </w:rPr>
              <w:t>21.0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0C231" w14:textId="77777777" w:rsidR="004550E7" w:rsidRDefault="00000000">
            <w:pPr>
              <w:jc w:val="center"/>
            </w:pPr>
            <w:r>
              <w:rPr>
                <w:sz w:val="15"/>
              </w:rPr>
              <w:t>22.4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E69CCE" w14:textId="77777777" w:rsidR="004550E7" w:rsidRDefault="00000000">
            <w:pPr>
              <w:jc w:val="center"/>
            </w:pPr>
            <w:r>
              <w:rPr>
                <w:sz w:val="15"/>
              </w:rPr>
              <w:t>0.518</w:t>
            </w:r>
          </w:p>
        </w:tc>
      </w:tr>
      <w:tr w:rsidR="004550E7" w14:paraId="51D585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8F7E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ECADA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CED88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558C5C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F66CAE" w14:textId="77777777" w:rsidR="004550E7" w:rsidRDefault="00000000">
            <w:pPr>
              <w:jc w:val="center"/>
            </w:pPr>
            <w:r>
              <w:rPr>
                <w:sz w:val="15"/>
              </w:rPr>
              <w:t>24.0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B41F16" w14:textId="77777777" w:rsidR="004550E7" w:rsidRDefault="00000000">
            <w:pPr>
              <w:jc w:val="center"/>
            </w:pPr>
            <w:r>
              <w:rPr>
                <w:sz w:val="15"/>
              </w:rPr>
              <w:t>21.8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195A99" w14:textId="77777777" w:rsidR="004550E7" w:rsidRDefault="00000000">
            <w:pPr>
              <w:jc w:val="center"/>
            </w:pPr>
            <w:r>
              <w:rPr>
                <w:sz w:val="15"/>
              </w:rPr>
              <w:t>22.9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55DA0" w14:textId="77777777" w:rsidR="004550E7" w:rsidRDefault="00000000">
            <w:pPr>
              <w:jc w:val="center"/>
            </w:pPr>
            <w:r>
              <w:rPr>
                <w:sz w:val="15"/>
              </w:rPr>
              <w:t>0.644</w:t>
            </w:r>
          </w:p>
        </w:tc>
      </w:tr>
      <w:tr w:rsidR="004550E7" w14:paraId="4B099ED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7E293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00BF7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BEC5F9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BDB7B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D2A7D" w14:textId="77777777" w:rsidR="004550E7" w:rsidRDefault="00000000">
            <w:pPr>
              <w:jc w:val="center"/>
            </w:pPr>
            <w:r>
              <w:rPr>
                <w:sz w:val="15"/>
              </w:rPr>
              <w:t>24.0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3DCCC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A3A5A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D6A08" w14:textId="77777777" w:rsidR="004550E7" w:rsidRDefault="00000000">
            <w:pPr>
              <w:jc w:val="center"/>
            </w:pPr>
            <w:r>
              <w:rPr>
                <w:sz w:val="15"/>
              </w:rPr>
              <w:t>0.087</w:t>
            </w:r>
          </w:p>
        </w:tc>
      </w:tr>
      <w:tr w:rsidR="004550E7" w14:paraId="57E47A6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200B4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C925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698ED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0591F7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BD90B7" w14:textId="77777777" w:rsidR="004550E7" w:rsidRDefault="00000000">
            <w:pPr>
              <w:jc w:val="center"/>
            </w:pPr>
            <w:r>
              <w:rPr>
                <w:sz w:val="15"/>
              </w:rPr>
              <w:t>27.4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58A2D" w14:textId="77777777" w:rsidR="004550E7" w:rsidRDefault="00000000">
            <w:pPr>
              <w:jc w:val="center"/>
            </w:pPr>
            <w:r>
              <w:rPr>
                <w:sz w:val="15"/>
              </w:rPr>
              <w:t>20.9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2EE69" w14:textId="77777777" w:rsidR="004550E7" w:rsidRDefault="00000000">
            <w:pPr>
              <w:jc w:val="center"/>
            </w:pPr>
            <w:r>
              <w:rPr>
                <w:sz w:val="15"/>
              </w:rPr>
              <w:t>24.9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311AF8" w14:textId="77777777" w:rsidR="004550E7" w:rsidRDefault="00000000">
            <w:pPr>
              <w:jc w:val="center"/>
            </w:pPr>
            <w:r>
              <w:rPr>
                <w:sz w:val="15"/>
              </w:rPr>
              <w:t>0.618</w:t>
            </w:r>
          </w:p>
        </w:tc>
      </w:tr>
      <w:tr w:rsidR="004550E7" w14:paraId="60218F1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399B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1869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60D83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119D4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28BF8B" w14:textId="77777777" w:rsidR="004550E7" w:rsidRDefault="00000000">
            <w:pPr>
              <w:jc w:val="center"/>
            </w:pPr>
            <w:r>
              <w:rPr>
                <w:sz w:val="15"/>
              </w:rPr>
              <w:t>26.8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491621" w14:textId="77777777" w:rsidR="004550E7" w:rsidRDefault="00000000">
            <w:pPr>
              <w:jc w:val="center"/>
            </w:pPr>
            <w:r>
              <w:rPr>
                <w:sz w:val="15"/>
              </w:rPr>
              <w:t>22.6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2D9A3" w14:textId="77777777" w:rsidR="004550E7" w:rsidRDefault="00000000">
            <w:pPr>
              <w:jc w:val="center"/>
            </w:pPr>
            <w:r>
              <w:rPr>
                <w:sz w:val="15"/>
              </w:rPr>
              <w:t>24.3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C4208C" w14:textId="77777777" w:rsidR="004550E7" w:rsidRDefault="00000000">
            <w:pPr>
              <w:jc w:val="center"/>
            </w:pPr>
            <w:r>
              <w:rPr>
                <w:sz w:val="15"/>
              </w:rPr>
              <w:t>0.98</w:t>
            </w:r>
          </w:p>
        </w:tc>
      </w:tr>
      <w:tr w:rsidR="004550E7" w14:paraId="0ECF8A5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7A9B2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FED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7A27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A0D2B9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C0EA3C" w14:textId="77777777" w:rsidR="004550E7" w:rsidRDefault="00000000">
            <w:pPr>
              <w:jc w:val="center"/>
            </w:pPr>
            <w:r>
              <w:rPr>
                <w:sz w:val="15"/>
              </w:rPr>
              <w:t>25.9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6D044" w14:textId="77777777" w:rsidR="004550E7" w:rsidRDefault="00000000">
            <w:pPr>
              <w:jc w:val="center"/>
            </w:pPr>
            <w:r>
              <w:rPr>
                <w:sz w:val="15"/>
              </w:rPr>
              <w:t>20.9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D0C40E" w14:textId="77777777" w:rsidR="004550E7" w:rsidRDefault="00000000">
            <w:pPr>
              <w:jc w:val="center"/>
            </w:pPr>
            <w:r>
              <w:rPr>
                <w:sz w:val="15"/>
              </w:rPr>
              <w:t>24.2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E1098" w14:textId="77777777" w:rsidR="004550E7" w:rsidRDefault="00000000">
            <w:pPr>
              <w:jc w:val="center"/>
            </w:pPr>
            <w:r>
              <w:rPr>
                <w:sz w:val="15"/>
              </w:rPr>
              <w:t>1.153</w:t>
            </w:r>
          </w:p>
        </w:tc>
      </w:tr>
      <w:tr w:rsidR="004550E7" w14:paraId="191A07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9D28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EC9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60BD39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8285E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1974E" w14:textId="77777777" w:rsidR="004550E7" w:rsidRDefault="00000000">
            <w:pPr>
              <w:jc w:val="center"/>
            </w:pPr>
            <w:r>
              <w:rPr>
                <w:sz w:val="15"/>
              </w:rPr>
              <w:t>27.2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568099" w14:textId="77777777" w:rsidR="004550E7" w:rsidRDefault="00000000">
            <w:pPr>
              <w:jc w:val="center"/>
            </w:pPr>
            <w:r>
              <w:rPr>
                <w:sz w:val="15"/>
              </w:rPr>
              <w:t>10.2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051B0" w14:textId="77777777" w:rsidR="004550E7" w:rsidRDefault="00000000">
            <w:pPr>
              <w:jc w:val="center"/>
            </w:pPr>
            <w:r>
              <w:rPr>
                <w:sz w:val="15"/>
              </w:rPr>
              <w:t>22.8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9A9A30" w14:textId="77777777" w:rsidR="004550E7" w:rsidRDefault="00000000">
            <w:pPr>
              <w:jc w:val="center"/>
            </w:pPr>
            <w:r>
              <w:rPr>
                <w:sz w:val="15"/>
              </w:rPr>
              <w:t>0.934</w:t>
            </w:r>
          </w:p>
        </w:tc>
      </w:tr>
      <w:tr w:rsidR="004550E7" w14:paraId="75F63CE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A5EC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413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005F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C1376F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87657" w14:textId="77777777" w:rsidR="004550E7" w:rsidRDefault="00000000">
            <w:pPr>
              <w:jc w:val="center"/>
            </w:pPr>
            <w:r>
              <w:rPr>
                <w:sz w:val="15"/>
              </w:rPr>
              <w:t>24.4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60B95A" w14:textId="77777777" w:rsidR="004550E7" w:rsidRDefault="00000000">
            <w:pPr>
              <w:jc w:val="center"/>
            </w:pPr>
            <w:r>
              <w:rPr>
                <w:sz w:val="15"/>
              </w:rPr>
              <w:t>19.1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B3920E" w14:textId="77777777" w:rsidR="004550E7" w:rsidRDefault="00000000">
            <w:pPr>
              <w:jc w:val="center"/>
            </w:pPr>
            <w:r>
              <w:rPr>
                <w:sz w:val="15"/>
              </w:rPr>
              <w:t>22.7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6ED31" w14:textId="77777777" w:rsidR="004550E7" w:rsidRDefault="00000000">
            <w:pPr>
              <w:jc w:val="center"/>
            </w:pPr>
            <w:r>
              <w:rPr>
                <w:sz w:val="15"/>
              </w:rPr>
              <w:t>0.751</w:t>
            </w:r>
          </w:p>
        </w:tc>
      </w:tr>
      <w:tr w:rsidR="004550E7" w14:paraId="3350E4F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C3EE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5689B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E5B9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BC6F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4C7375" w14:textId="77777777" w:rsidR="004550E7" w:rsidRDefault="00000000">
            <w:pPr>
              <w:jc w:val="center"/>
            </w:pPr>
            <w:r>
              <w:rPr>
                <w:sz w:val="15"/>
              </w:rPr>
              <w:t>34.2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F609CD" w14:textId="77777777" w:rsidR="004550E7" w:rsidRDefault="00000000">
            <w:pPr>
              <w:jc w:val="center"/>
            </w:pPr>
            <w:r>
              <w:rPr>
                <w:sz w:val="15"/>
              </w:rPr>
              <w:t>20.7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E2BD17" w14:textId="77777777" w:rsidR="004550E7" w:rsidRDefault="00000000">
            <w:pPr>
              <w:jc w:val="center"/>
            </w:pPr>
            <w:r>
              <w:rPr>
                <w:sz w:val="15"/>
              </w:rPr>
              <w:t>23.3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7CD700" w14:textId="77777777" w:rsidR="004550E7" w:rsidRDefault="00000000">
            <w:pPr>
              <w:jc w:val="center"/>
            </w:pPr>
            <w:r>
              <w:rPr>
                <w:sz w:val="15"/>
              </w:rPr>
              <w:t>1.514</w:t>
            </w:r>
          </w:p>
        </w:tc>
      </w:tr>
      <w:tr w:rsidR="004550E7" w14:paraId="217D34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6C493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40D3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0C90D0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1C58FF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8F1BE1" w14:textId="77777777" w:rsidR="004550E7" w:rsidRDefault="00000000">
            <w:pPr>
              <w:jc w:val="center"/>
            </w:pPr>
            <w:r>
              <w:rPr>
                <w:sz w:val="15"/>
              </w:rPr>
              <w:t>26.0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2D8080" w14:textId="77777777" w:rsidR="004550E7" w:rsidRDefault="00000000">
            <w:pPr>
              <w:jc w:val="center"/>
            </w:pPr>
            <w:r>
              <w:rPr>
                <w:sz w:val="15"/>
              </w:rPr>
              <w:t>23.7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A76858" w14:textId="77777777" w:rsidR="004550E7" w:rsidRDefault="00000000">
            <w:pPr>
              <w:jc w:val="center"/>
            </w:pPr>
            <w:r>
              <w:rPr>
                <w:sz w:val="15"/>
              </w:rPr>
              <w:t>24.7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5ADA7F" w14:textId="77777777" w:rsidR="004550E7" w:rsidRDefault="00000000">
            <w:pPr>
              <w:jc w:val="center"/>
            </w:pPr>
            <w:r>
              <w:rPr>
                <w:sz w:val="15"/>
              </w:rPr>
              <w:t>0.483</w:t>
            </w:r>
          </w:p>
        </w:tc>
      </w:tr>
      <w:tr w:rsidR="004550E7" w14:paraId="587DC9D4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6216D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Plt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1423E7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24C47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252732" w14:textId="77777777" w:rsidR="004550E7" w:rsidRDefault="00000000">
            <w:pPr>
              <w:jc w:val="center"/>
            </w:pPr>
            <w:r>
              <w:rPr>
                <w:sz w:val="15"/>
              </w:rPr>
              <w:t>1830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5D761D" w14:textId="77777777" w:rsidR="004550E7" w:rsidRDefault="00000000">
            <w:pPr>
              <w:jc w:val="center"/>
            </w:pPr>
            <w:r>
              <w:rPr>
                <w:sz w:val="15"/>
              </w:rPr>
              <w:t>1214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892547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8009D" w14:textId="77777777" w:rsidR="004550E7" w:rsidRDefault="00000000">
            <w:pPr>
              <w:jc w:val="center"/>
            </w:pPr>
            <w:r>
              <w:rPr>
                <w:sz w:val="15"/>
              </w:rPr>
              <w:t>459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EC6F7D" w14:textId="77777777" w:rsidR="004550E7" w:rsidRDefault="00000000">
            <w:pPr>
              <w:jc w:val="center"/>
            </w:pPr>
            <w:r>
              <w:rPr>
                <w:sz w:val="15"/>
              </w:rPr>
              <w:t>26.361</w:t>
            </w:r>
          </w:p>
        </w:tc>
      </w:tr>
      <w:tr w:rsidR="004550E7" w14:paraId="2CBD331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B4A5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3B378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D929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7DFB02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34621" w14:textId="77777777" w:rsidR="004550E7" w:rsidRDefault="00000000">
            <w:pPr>
              <w:jc w:val="center"/>
            </w:pPr>
            <w:r>
              <w:rPr>
                <w:sz w:val="15"/>
              </w:rPr>
              <w:t>585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647FE" w14:textId="77777777" w:rsidR="004550E7" w:rsidRDefault="00000000">
            <w:pPr>
              <w:jc w:val="center"/>
            </w:pPr>
            <w:r>
              <w:rPr>
                <w:sz w:val="15"/>
              </w:rPr>
              <w:t>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4933E" w14:textId="77777777" w:rsidR="004550E7" w:rsidRDefault="00000000">
            <w:pPr>
              <w:jc w:val="center"/>
            </w:pPr>
            <w:r>
              <w:rPr>
                <w:sz w:val="15"/>
              </w:rPr>
              <w:t>467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81A5A9" w14:textId="77777777" w:rsidR="004550E7" w:rsidRDefault="00000000">
            <w:pPr>
              <w:jc w:val="center"/>
            </w:pPr>
            <w:r>
              <w:rPr>
                <w:sz w:val="15"/>
              </w:rPr>
              <w:t>18.252</w:t>
            </w:r>
          </w:p>
        </w:tc>
      </w:tr>
      <w:tr w:rsidR="004550E7" w14:paraId="3256FA2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5CD1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1737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17350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A5276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1A81EA" w14:textId="77777777" w:rsidR="004550E7" w:rsidRDefault="00000000">
            <w:pPr>
              <w:jc w:val="center"/>
            </w:pPr>
            <w:r>
              <w:rPr>
                <w:sz w:val="15"/>
              </w:rPr>
              <w:t>527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6AA07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594FA" w14:textId="77777777" w:rsidR="004550E7" w:rsidRDefault="00000000">
            <w:pPr>
              <w:jc w:val="center"/>
            </w:pPr>
            <w:r>
              <w:rPr>
                <w:sz w:val="15"/>
              </w:rPr>
              <w:t>469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910AC6" w14:textId="77777777" w:rsidR="004550E7" w:rsidRDefault="00000000">
            <w:pPr>
              <w:jc w:val="center"/>
            </w:pPr>
            <w:r>
              <w:rPr>
                <w:sz w:val="15"/>
              </w:rPr>
              <w:t>15.434</w:t>
            </w:r>
          </w:p>
        </w:tc>
      </w:tr>
      <w:tr w:rsidR="004550E7" w14:paraId="1A9F4A5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6F0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8502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C71EF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FBB1CF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E1485C" w14:textId="77777777" w:rsidR="004550E7" w:rsidRDefault="00000000">
            <w:pPr>
              <w:jc w:val="center"/>
            </w:pPr>
            <w:r>
              <w:rPr>
                <w:sz w:val="15"/>
              </w:rPr>
              <w:t>489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1DC6B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91DD65" w14:textId="77777777" w:rsidR="004550E7" w:rsidRDefault="00000000">
            <w:pPr>
              <w:jc w:val="center"/>
            </w:pPr>
            <w:r>
              <w:rPr>
                <w:sz w:val="15"/>
              </w:rPr>
              <w:t>443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E75471" w14:textId="77777777" w:rsidR="004550E7" w:rsidRDefault="00000000">
            <w:pPr>
              <w:jc w:val="center"/>
            </w:pPr>
            <w:r>
              <w:rPr>
                <w:sz w:val="15"/>
              </w:rPr>
              <w:t>14.29</w:t>
            </w:r>
          </w:p>
        </w:tc>
      </w:tr>
      <w:tr w:rsidR="004550E7" w14:paraId="1BDB456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3DCE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E2F9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25353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78162B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F71B4D" w14:textId="77777777" w:rsidR="004550E7" w:rsidRDefault="00000000">
            <w:pPr>
              <w:jc w:val="center"/>
            </w:pPr>
            <w:r>
              <w:rPr>
                <w:sz w:val="15"/>
              </w:rPr>
              <w:t>527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F5536" w14:textId="77777777" w:rsidR="004550E7" w:rsidRDefault="00000000">
            <w:pPr>
              <w:jc w:val="center"/>
            </w:pPr>
            <w:r>
              <w:rPr>
                <w:sz w:val="15"/>
              </w:rPr>
              <w:t>375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4976A" w14:textId="77777777" w:rsidR="004550E7" w:rsidRDefault="00000000">
            <w:pPr>
              <w:jc w:val="center"/>
            </w:pPr>
            <w:r>
              <w:rPr>
                <w:sz w:val="15"/>
              </w:rPr>
              <w:t>447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18A17" w14:textId="77777777" w:rsidR="004550E7" w:rsidRDefault="00000000">
            <w:pPr>
              <w:jc w:val="center"/>
            </w:pPr>
            <w:r>
              <w:rPr>
                <w:sz w:val="15"/>
              </w:rPr>
              <w:t>38.367</w:t>
            </w:r>
          </w:p>
        </w:tc>
      </w:tr>
      <w:tr w:rsidR="004550E7" w14:paraId="523F79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021C4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02CE2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C1852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2DCD51" w14:textId="77777777" w:rsidR="004550E7" w:rsidRDefault="00000000">
            <w:pPr>
              <w:jc w:val="center"/>
            </w:pPr>
            <w:r>
              <w:rPr>
                <w:sz w:val="15"/>
              </w:rPr>
              <w:t>255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A79DD" w14:textId="77777777" w:rsidR="004550E7" w:rsidRDefault="00000000">
            <w:pPr>
              <w:jc w:val="center"/>
            </w:pPr>
            <w:r>
              <w:rPr>
                <w:sz w:val="15"/>
              </w:rPr>
              <w:t>555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91DA2A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6B7703" w14:textId="77777777" w:rsidR="004550E7" w:rsidRDefault="00000000">
            <w:pPr>
              <w:jc w:val="center"/>
            </w:pPr>
            <w:r>
              <w:rPr>
                <w:sz w:val="15"/>
              </w:rPr>
              <w:t>459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1B4BC" w14:textId="77777777" w:rsidR="004550E7" w:rsidRDefault="00000000">
            <w:pPr>
              <w:jc w:val="center"/>
            </w:pPr>
            <w:r>
              <w:rPr>
                <w:sz w:val="15"/>
              </w:rPr>
              <w:t>28.72</w:t>
            </w:r>
          </w:p>
        </w:tc>
      </w:tr>
      <w:tr w:rsidR="004550E7" w14:paraId="7585A86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3374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DD764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0EDAC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B05F6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50A522" w14:textId="77777777" w:rsidR="004550E7" w:rsidRDefault="00000000">
            <w:pPr>
              <w:jc w:val="center"/>
            </w:pPr>
            <w:r>
              <w:rPr>
                <w:sz w:val="15"/>
              </w:rPr>
              <w:t>1214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BB903" w14:textId="77777777" w:rsidR="004550E7" w:rsidRDefault="00000000">
            <w:pPr>
              <w:jc w:val="center"/>
            </w:pPr>
            <w:r>
              <w:rPr>
                <w:sz w:val="15"/>
              </w:rPr>
              <w:t>365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554948" w14:textId="77777777" w:rsidR="004550E7" w:rsidRDefault="00000000">
            <w:pPr>
              <w:jc w:val="center"/>
            </w:pPr>
            <w:r>
              <w:rPr>
                <w:sz w:val="15"/>
              </w:rPr>
              <w:t>421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E93AE9" w14:textId="77777777" w:rsidR="004550E7" w:rsidRDefault="00000000">
            <w:pPr>
              <w:jc w:val="center"/>
            </w:pPr>
            <w:r>
              <w:rPr>
                <w:sz w:val="15"/>
              </w:rPr>
              <w:t>38.867</w:t>
            </w:r>
          </w:p>
        </w:tc>
      </w:tr>
      <w:tr w:rsidR="004550E7" w14:paraId="6EF9A99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9A544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9F1D8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3D7F3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45540B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B5EA49" w14:textId="77777777" w:rsidR="004550E7" w:rsidRDefault="00000000">
            <w:pPr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E9C683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71812E" w14:textId="77777777" w:rsidR="004550E7" w:rsidRDefault="00000000">
            <w:pPr>
              <w:jc w:val="center"/>
            </w:pPr>
            <w:r>
              <w:rPr>
                <w:sz w:val="15"/>
              </w:rPr>
              <w:t>442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75A9A3" w14:textId="77777777" w:rsidR="004550E7" w:rsidRDefault="00000000">
            <w:pPr>
              <w:jc w:val="center"/>
            </w:pPr>
            <w:r>
              <w:rPr>
                <w:sz w:val="15"/>
              </w:rPr>
              <w:t>13.083</w:t>
            </w:r>
          </w:p>
        </w:tc>
      </w:tr>
      <w:tr w:rsidR="004550E7" w14:paraId="5018B8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EB8B0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41538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F112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B0EEB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C2A026" w14:textId="77777777" w:rsidR="004550E7" w:rsidRDefault="00000000">
            <w:pPr>
              <w:jc w:val="center"/>
            </w:pPr>
            <w:r>
              <w:rPr>
                <w:sz w:val="15"/>
              </w:rPr>
              <w:t>483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69817" w14:textId="77777777" w:rsidR="004550E7" w:rsidRDefault="00000000">
            <w:pPr>
              <w:jc w:val="center"/>
            </w:pPr>
            <w:r>
              <w:rPr>
                <w:sz w:val="15"/>
              </w:rPr>
              <w:t>180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56C5D" w14:textId="77777777" w:rsidR="004550E7" w:rsidRDefault="00000000">
            <w:pPr>
              <w:jc w:val="center"/>
            </w:pPr>
            <w:r>
              <w:rPr>
                <w:sz w:val="15"/>
              </w:rPr>
              <w:t>438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B2CF7" w14:textId="77777777" w:rsidR="004550E7" w:rsidRDefault="00000000">
            <w:pPr>
              <w:jc w:val="center"/>
            </w:pPr>
            <w:r>
              <w:rPr>
                <w:sz w:val="15"/>
              </w:rPr>
              <w:t>18.189</w:t>
            </w:r>
          </w:p>
        </w:tc>
      </w:tr>
      <w:tr w:rsidR="004550E7" w14:paraId="01DD01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A40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9D22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00F30B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8E002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36A5F5" w14:textId="77777777" w:rsidR="004550E7" w:rsidRDefault="00000000">
            <w:pPr>
              <w:jc w:val="center"/>
            </w:pPr>
            <w:r>
              <w:rPr>
                <w:sz w:val="15"/>
              </w:rPr>
              <w:t>556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9A428" w14:textId="77777777" w:rsidR="004550E7" w:rsidRDefault="00000000">
            <w:pPr>
              <w:jc w:val="center"/>
            </w:pPr>
            <w:r>
              <w:rPr>
                <w:sz w:val="15"/>
              </w:rPr>
              <w:t>409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6B91E8" w14:textId="77777777" w:rsidR="004550E7" w:rsidRDefault="00000000">
            <w:pPr>
              <w:jc w:val="center"/>
            </w:pPr>
            <w:r>
              <w:rPr>
                <w:sz w:val="15"/>
              </w:rPr>
              <w:t>438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96965" w14:textId="77777777" w:rsidR="004550E7" w:rsidRDefault="00000000">
            <w:pPr>
              <w:jc w:val="center"/>
            </w:pPr>
            <w:r>
              <w:rPr>
                <w:sz w:val="15"/>
              </w:rPr>
              <w:t>16.559</w:t>
            </w:r>
          </w:p>
        </w:tc>
      </w:tr>
      <w:tr w:rsidR="004550E7" w14:paraId="77B319D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9966E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0DE70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4644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82A92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360C04" w14:textId="77777777" w:rsidR="004550E7" w:rsidRDefault="00000000">
            <w:pPr>
              <w:jc w:val="center"/>
            </w:pPr>
            <w:r>
              <w:rPr>
                <w:sz w:val="15"/>
              </w:rPr>
              <w:t>508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77BB49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8C472" w14:textId="77777777" w:rsidR="004550E7" w:rsidRDefault="00000000">
            <w:pPr>
              <w:jc w:val="center"/>
            </w:pPr>
            <w:r>
              <w:rPr>
                <w:sz w:val="15"/>
              </w:rPr>
              <w:t>445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53D07" w14:textId="77777777" w:rsidR="004550E7" w:rsidRDefault="00000000">
            <w:pPr>
              <w:jc w:val="center"/>
            </w:pPr>
            <w:r>
              <w:rPr>
                <w:sz w:val="15"/>
              </w:rPr>
              <w:t>12.409</w:t>
            </w:r>
          </w:p>
        </w:tc>
      </w:tr>
      <w:tr w:rsidR="004550E7" w14:paraId="28B834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F4622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66E3A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8B4A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76E726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8E620A" w14:textId="77777777" w:rsidR="004550E7" w:rsidRDefault="00000000">
            <w:pPr>
              <w:jc w:val="center"/>
            </w:pPr>
            <w:r>
              <w:rPr>
                <w:sz w:val="15"/>
              </w:rPr>
              <w:t>490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3ED2D" w14:textId="77777777" w:rsidR="004550E7" w:rsidRDefault="00000000">
            <w:pPr>
              <w:jc w:val="center"/>
            </w:pPr>
            <w:r>
              <w:rPr>
                <w:sz w:val="15"/>
              </w:rPr>
              <w:t>168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BEC57D" w14:textId="77777777" w:rsidR="004550E7" w:rsidRDefault="00000000">
            <w:pPr>
              <w:jc w:val="center"/>
            </w:pPr>
            <w:r>
              <w:rPr>
                <w:sz w:val="15"/>
              </w:rPr>
              <w:t>449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AB4D10" w14:textId="77777777" w:rsidR="004550E7" w:rsidRDefault="00000000">
            <w:pPr>
              <w:jc w:val="center"/>
            </w:pPr>
            <w:r>
              <w:rPr>
                <w:sz w:val="15"/>
              </w:rPr>
              <w:t>18.859</w:t>
            </w:r>
          </w:p>
        </w:tc>
      </w:tr>
      <w:tr w:rsidR="004550E7" w14:paraId="5DE6A0D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FF8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D7ADC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2624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F19728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40D769" w14:textId="77777777" w:rsidR="004550E7" w:rsidRDefault="00000000">
            <w:pPr>
              <w:jc w:val="center"/>
            </w:pPr>
            <w:r>
              <w:rPr>
                <w:sz w:val="15"/>
              </w:rPr>
              <w:t>499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4B6FB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C7ADF" w14:textId="77777777" w:rsidR="004550E7" w:rsidRDefault="00000000">
            <w:pPr>
              <w:jc w:val="center"/>
            </w:pPr>
            <w:r>
              <w:rPr>
                <w:sz w:val="15"/>
              </w:rPr>
              <w:t>448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42A5FC" w14:textId="77777777" w:rsidR="004550E7" w:rsidRDefault="00000000">
            <w:pPr>
              <w:jc w:val="center"/>
            </w:pPr>
            <w:r>
              <w:rPr>
                <w:sz w:val="15"/>
              </w:rPr>
              <w:t>16.782</w:t>
            </w:r>
          </w:p>
        </w:tc>
      </w:tr>
      <w:tr w:rsidR="004550E7" w14:paraId="6D5105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45DE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3109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FD74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3A780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8D9D03" w14:textId="77777777" w:rsidR="004550E7" w:rsidRDefault="00000000">
            <w:pPr>
              <w:jc w:val="center"/>
            </w:pPr>
            <w:r>
              <w:rPr>
                <w:sz w:val="15"/>
              </w:rPr>
              <w:t>475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D48D2" w14:textId="77777777" w:rsidR="004550E7" w:rsidRDefault="00000000">
            <w:pPr>
              <w:jc w:val="center"/>
            </w:pPr>
            <w:r>
              <w:rPr>
                <w:sz w:val="15"/>
              </w:rPr>
              <w:t>419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F53C3" w14:textId="77777777" w:rsidR="004550E7" w:rsidRDefault="00000000">
            <w:pPr>
              <w:jc w:val="center"/>
            </w:pPr>
            <w:r>
              <w:rPr>
                <w:sz w:val="15"/>
              </w:rPr>
              <w:t>458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ED57E0" w14:textId="77777777" w:rsidR="004550E7" w:rsidRDefault="00000000">
            <w:pPr>
              <w:jc w:val="center"/>
            </w:pPr>
            <w:r>
              <w:rPr>
                <w:sz w:val="15"/>
              </w:rPr>
              <w:t>10.437</w:t>
            </w:r>
          </w:p>
        </w:tc>
      </w:tr>
      <w:tr w:rsidR="004550E7" w14:paraId="7FD53AC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56FE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B8DB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28717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95766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B887D" w14:textId="77777777" w:rsidR="004550E7" w:rsidRDefault="00000000">
            <w:pPr>
              <w:jc w:val="center"/>
            </w:pPr>
            <w:r>
              <w:rPr>
                <w:sz w:val="15"/>
              </w:rPr>
              <w:t>474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DFD2B0" w14:textId="77777777" w:rsidR="004550E7" w:rsidRDefault="00000000">
            <w:pPr>
              <w:jc w:val="center"/>
            </w:pPr>
            <w:r>
              <w:rPr>
                <w:sz w:val="15"/>
              </w:rPr>
              <w:t>387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A29B60" w14:textId="77777777" w:rsidR="004550E7" w:rsidRDefault="00000000">
            <w:pPr>
              <w:jc w:val="center"/>
            </w:pPr>
            <w:r>
              <w:rPr>
                <w:sz w:val="15"/>
              </w:rPr>
              <w:t>442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2FB23A" w14:textId="77777777" w:rsidR="004550E7" w:rsidRDefault="00000000">
            <w:pPr>
              <w:jc w:val="center"/>
            </w:pPr>
            <w:r>
              <w:rPr>
                <w:sz w:val="15"/>
              </w:rPr>
              <w:t>12.878</w:t>
            </w:r>
          </w:p>
        </w:tc>
      </w:tr>
      <w:tr w:rsidR="004550E7" w14:paraId="79FFA6E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3BD63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6604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8BBF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FDEB4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1F6F7C" w14:textId="77777777" w:rsidR="004550E7" w:rsidRDefault="00000000">
            <w:pPr>
              <w:jc w:val="center"/>
            </w:pPr>
            <w:r>
              <w:rPr>
                <w:sz w:val="15"/>
              </w:rPr>
              <w:t>532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04EEEC" w14:textId="77777777" w:rsidR="004550E7" w:rsidRDefault="00000000">
            <w:pPr>
              <w:jc w:val="center"/>
            </w:pPr>
            <w:r>
              <w:rPr>
                <w:sz w:val="15"/>
              </w:rPr>
              <w:t>429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E856A" w14:textId="77777777" w:rsidR="004550E7" w:rsidRDefault="00000000">
            <w:pPr>
              <w:jc w:val="center"/>
            </w:pPr>
            <w:r>
              <w:rPr>
                <w:sz w:val="15"/>
              </w:rPr>
              <w:t>450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60F765" w14:textId="77777777" w:rsidR="004550E7" w:rsidRDefault="00000000">
            <w:pPr>
              <w:jc w:val="center"/>
            </w:pPr>
            <w:r>
              <w:rPr>
                <w:sz w:val="15"/>
              </w:rPr>
              <w:t>17.467</w:t>
            </w:r>
          </w:p>
        </w:tc>
      </w:tr>
      <w:tr w:rsidR="004550E7" w14:paraId="4D3060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B28A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833AE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78843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7618D0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A2B8AF" w14:textId="77777777" w:rsidR="004550E7" w:rsidRDefault="00000000">
            <w:pPr>
              <w:jc w:val="center"/>
            </w:pPr>
            <w:r>
              <w:rPr>
                <w:sz w:val="15"/>
              </w:rPr>
              <w:t>471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3D23C" w14:textId="77777777" w:rsidR="004550E7" w:rsidRDefault="00000000">
            <w:pPr>
              <w:jc w:val="center"/>
            </w:pPr>
            <w:r>
              <w:rPr>
                <w:sz w:val="15"/>
              </w:rPr>
              <w:t>425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F53EA2" w14:textId="77777777" w:rsidR="004550E7" w:rsidRDefault="00000000">
            <w:pPr>
              <w:jc w:val="center"/>
            </w:pPr>
            <w:r>
              <w:rPr>
                <w:sz w:val="15"/>
              </w:rPr>
              <w:t>444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0A9D7" w14:textId="77777777" w:rsidR="004550E7" w:rsidRDefault="00000000">
            <w:pPr>
              <w:jc w:val="center"/>
            </w:pPr>
            <w:r>
              <w:rPr>
                <w:sz w:val="15"/>
              </w:rPr>
              <w:t>15.001</w:t>
            </w:r>
          </w:p>
        </w:tc>
      </w:tr>
      <w:tr w:rsidR="004550E7" w14:paraId="7AE856A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F47A4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02ED9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0F1B3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253CF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FA605" w14:textId="77777777" w:rsidR="004550E7" w:rsidRDefault="00000000">
            <w:pPr>
              <w:jc w:val="center"/>
            </w:pPr>
            <w:r>
              <w:rPr>
                <w:sz w:val="15"/>
              </w:rPr>
              <w:t>529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0D7C4" w14:textId="77777777" w:rsidR="004550E7" w:rsidRDefault="00000000">
            <w:pPr>
              <w:jc w:val="center"/>
            </w:pPr>
            <w:r>
              <w:rPr>
                <w:sz w:val="15"/>
              </w:rPr>
              <w:t>427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52851F" w14:textId="77777777" w:rsidR="004550E7" w:rsidRDefault="00000000">
            <w:pPr>
              <w:jc w:val="center"/>
            </w:pPr>
            <w:r>
              <w:rPr>
                <w:sz w:val="15"/>
              </w:rPr>
              <w:t>454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C9C71B" w14:textId="77777777" w:rsidR="004550E7" w:rsidRDefault="00000000">
            <w:pPr>
              <w:jc w:val="center"/>
            </w:pPr>
            <w:r>
              <w:rPr>
                <w:sz w:val="15"/>
              </w:rPr>
              <w:t>3.925</w:t>
            </w:r>
          </w:p>
        </w:tc>
      </w:tr>
      <w:tr w:rsidR="004550E7" w14:paraId="181A134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0808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60C39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C694B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06298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F36731" w14:textId="77777777" w:rsidR="004550E7" w:rsidRDefault="00000000">
            <w:pPr>
              <w:jc w:val="center"/>
            </w:pPr>
            <w:r>
              <w:rPr>
                <w:sz w:val="15"/>
              </w:rPr>
              <w:t>536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CA93F3" w14:textId="77777777" w:rsidR="004550E7" w:rsidRDefault="00000000">
            <w:pPr>
              <w:jc w:val="center"/>
            </w:pPr>
            <w:r>
              <w:rPr>
                <w:sz w:val="15"/>
              </w:rPr>
              <w:t>444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AA040" w14:textId="77777777" w:rsidR="004550E7" w:rsidRDefault="00000000">
            <w:pPr>
              <w:jc w:val="center"/>
            </w:pPr>
            <w:r>
              <w:rPr>
                <w:sz w:val="15"/>
              </w:rPr>
              <w:t>488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02A252" w14:textId="77777777" w:rsidR="004550E7" w:rsidRDefault="00000000">
            <w:pPr>
              <w:jc w:val="center"/>
            </w:pPr>
            <w:r>
              <w:rPr>
                <w:sz w:val="15"/>
              </w:rPr>
              <w:t>12.646</w:t>
            </w:r>
          </w:p>
        </w:tc>
      </w:tr>
      <w:tr w:rsidR="004550E7" w14:paraId="543399A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295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1917A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E8257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B47C7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8D8704" w14:textId="77777777" w:rsidR="004550E7" w:rsidRDefault="00000000">
            <w:pPr>
              <w:jc w:val="center"/>
            </w:pPr>
            <w:r>
              <w:rPr>
                <w:sz w:val="15"/>
              </w:rPr>
              <w:t>520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81899C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88E164" w14:textId="77777777" w:rsidR="004550E7" w:rsidRDefault="00000000">
            <w:pPr>
              <w:jc w:val="center"/>
            </w:pPr>
            <w:r>
              <w:rPr>
                <w:sz w:val="15"/>
              </w:rPr>
              <w:t>483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3B8A40" w14:textId="77777777" w:rsidR="004550E7" w:rsidRDefault="00000000">
            <w:pPr>
              <w:jc w:val="center"/>
            </w:pPr>
            <w:r>
              <w:rPr>
                <w:sz w:val="15"/>
              </w:rPr>
              <w:t>18.197</w:t>
            </w:r>
          </w:p>
        </w:tc>
      </w:tr>
      <w:tr w:rsidR="004550E7" w14:paraId="0706B9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9B9FA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86B5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49A4E5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47ADF2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E90510" w14:textId="77777777" w:rsidR="004550E7" w:rsidRDefault="00000000">
            <w:pPr>
              <w:jc w:val="center"/>
            </w:pPr>
            <w:r>
              <w:rPr>
                <w:sz w:val="15"/>
              </w:rPr>
              <w:t>518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74233C" w14:textId="77777777" w:rsidR="004550E7" w:rsidRDefault="00000000">
            <w:pPr>
              <w:jc w:val="center"/>
            </w:pPr>
            <w:r>
              <w:rPr>
                <w:sz w:val="15"/>
              </w:rPr>
              <w:t>469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88845" w14:textId="77777777" w:rsidR="004550E7" w:rsidRDefault="00000000">
            <w:pPr>
              <w:jc w:val="center"/>
            </w:pPr>
            <w:r>
              <w:rPr>
                <w:sz w:val="15"/>
              </w:rPr>
              <w:t>493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107FE2" w14:textId="77777777" w:rsidR="004550E7" w:rsidRDefault="00000000">
            <w:pPr>
              <w:jc w:val="center"/>
            </w:pPr>
            <w:r>
              <w:rPr>
                <w:sz w:val="15"/>
              </w:rPr>
              <w:t>13.119</w:t>
            </w:r>
          </w:p>
        </w:tc>
      </w:tr>
      <w:tr w:rsidR="004550E7" w14:paraId="485819F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F9BB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9CD4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D7EDC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489908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3C350" w14:textId="77777777" w:rsidR="004550E7" w:rsidRDefault="00000000">
            <w:pPr>
              <w:jc w:val="center"/>
            </w:pPr>
            <w:r>
              <w:rPr>
                <w:sz w:val="15"/>
              </w:rPr>
              <w:t>610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8B41E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F2DDDB" w14:textId="77777777" w:rsidR="004550E7" w:rsidRDefault="00000000">
            <w:pPr>
              <w:jc w:val="center"/>
            </w:pPr>
            <w:r>
              <w:rPr>
                <w:sz w:val="15"/>
              </w:rPr>
              <w:t>464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5F72D" w14:textId="77777777" w:rsidR="004550E7" w:rsidRDefault="00000000">
            <w:pPr>
              <w:jc w:val="center"/>
            </w:pPr>
            <w:r>
              <w:rPr>
                <w:sz w:val="15"/>
              </w:rPr>
              <w:t>27.752</w:t>
            </w:r>
          </w:p>
        </w:tc>
      </w:tr>
      <w:tr w:rsidR="004550E7" w14:paraId="1989974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E80CE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4601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2778EC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6C768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CBA2B" w14:textId="77777777" w:rsidR="004550E7" w:rsidRDefault="00000000">
            <w:pPr>
              <w:jc w:val="center"/>
            </w:pPr>
            <w:r>
              <w:rPr>
                <w:sz w:val="15"/>
              </w:rPr>
              <w:t>636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EF836" w14:textId="77777777" w:rsidR="004550E7" w:rsidRDefault="00000000">
            <w:pPr>
              <w:jc w:val="center"/>
            </w:pPr>
            <w:r>
              <w:rPr>
                <w:sz w:val="15"/>
              </w:rPr>
              <w:t>404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4FB5F" w14:textId="77777777" w:rsidR="004550E7" w:rsidRDefault="00000000">
            <w:pPr>
              <w:jc w:val="center"/>
            </w:pPr>
            <w:r>
              <w:rPr>
                <w:sz w:val="15"/>
              </w:rPr>
              <w:t>540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1C377E" w14:textId="77777777" w:rsidR="004550E7" w:rsidRDefault="00000000">
            <w:pPr>
              <w:jc w:val="center"/>
            </w:pPr>
            <w:r>
              <w:rPr>
                <w:sz w:val="15"/>
              </w:rPr>
              <w:t>15.84</w:t>
            </w:r>
          </w:p>
        </w:tc>
      </w:tr>
      <w:tr w:rsidR="004550E7" w14:paraId="2164D89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DECC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F0F0D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547FE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BE7A2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21175" w14:textId="77777777" w:rsidR="004550E7" w:rsidRDefault="00000000">
            <w:pPr>
              <w:jc w:val="center"/>
            </w:pPr>
            <w:r>
              <w:rPr>
                <w:sz w:val="15"/>
              </w:rPr>
              <w:t>609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4AD05" w14:textId="77777777" w:rsidR="004550E7" w:rsidRDefault="00000000">
            <w:pPr>
              <w:jc w:val="center"/>
            </w:pPr>
            <w:r>
              <w:rPr>
                <w:sz w:val="15"/>
              </w:rPr>
              <w:t>412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7E416D" w14:textId="77777777" w:rsidR="004550E7" w:rsidRDefault="00000000">
            <w:pPr>
              <w:jc w:val="center"/>
            </w:pPr>
            <w:r>
              <w:rPr>
                <w:sz w:val="15"/>
              </w:rPr>
              <w:t>488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0DDAB" w14:textId="77777777" w:rsidR="004550E7" w:rsidRDefault="00000000">
            <w:pPr>
              <w:jc w:val="center"/>
            </w:pPr>
            <w:r>
              <w:rPr>
                <w:sz w:val="15"/>
              </w:rPr>
              <w:t>28.596</w:t>
            </w:r>
          </w:p>
        </w:tc>
      </w:tr>
      <w:tr w:rsidR="004550E7" w14:paraId="06D43FF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6E3A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E8C86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DC50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B952C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76A2B4" w14:textId="77777777" w:rsidR="004550E7" w:rsidRDefault="00000000">
            <w:pPr>
              <w:jc w:val="center"/>
            </w:pPr>
            <w:r>
              <w:rPr>
                <w:sz w:val="15"/>
              </w:rPr>
              <w:t>504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4CDEE9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04C83" w14:textId="77777777" w:rsidR="004550E7" w:rsidRDefault="00000000">
            <w:pPr>
              <w:jc w:val="center"/>
            </w:pPr>
            <w:r>
              <w:rPr>
                <w:sz w:val="15"/>
              </w:rPr>
              <w:t>468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541C74" w14:textId="77777777" w:rsidR="004550E7" w:rsidRDefault="00000000">
            <w:pPr>
              <w:jc w:val="center"/>
            </w:pPr>
            <w:r>
              <w:rPr>
                <w:sz w:val="15"/>
              </w:rPr>
              <w:t>12.983</w:t>
            </w:r>
          </w:p>
        </w:tc>
      </w:tr>
      <w:tr w:rsidR="004550E7" w14:paraId="3627491C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A6DEEB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Plt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29E55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410F3B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F1F0B8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ACBC15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B82F73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00FCA3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8B2FB" w14:textId="77777777" w:rsidR="004550E7" w:rsidRDefault="00000000">
            <w:pPr>
              <w:jc w:val="center"/>
            </w:pPr>
            <w:r>
              <w:rPr>
                <w:sz w:val="15"/>
              </w:rPr>
              <w:t>6.351</w:t>
            </w:r>
          </w:p>
        </w:tc>
      </w:tr>
      <w:tr w:rsidR="004550E7" w14:paraId="4A0F65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C8FD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95F3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B800F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0A657E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E4511E" w14:textId="77777777" w:rsidR="004550E7" w:rsidRDefault="00000000">
            <w:pPr>
              <w:jc w:val="center"/>
            </w:pPr>
            <w:r>
              <w:rPr>
                <w:sz w:val="15"/>
              </w:rPr>
              <w:t>112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8A42B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8EEF45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7E0840" w14:textId="77777777" w:rsidR="004550E7" w:rsidRDefault="00000000">
            <w:pPr>
              <w:jc w:val="center"/>
            </w:pPr>
            <w:r>
              <w:rPr>
                <w:sz w:val="15"/>
              </w:rPr>
              <w:t>3.363</w:t>
            </w:r>
          </w:p>
        </w:tc>
      </w:tr>
      <w:tr w:rsidR="004550E7" w14:paraId="556A47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B3E3B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32BAE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8A28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BF1B5C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8972DC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0844FA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B099B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BC5087" w14:textId="77777777" w:rsidR="004550E7" w:rsidRDefault="00000000">
            <w:pPr>
              <w:jc w:val="center"/>
            </w:pPr>
            <w:r>
              <w:rPr>
                <w:sz w:val="15"/>
              </w:rPr>
              <w:t>4.138</w:t>
            </w:r>
          </w:p>
        </w:tc>
      </w:tr>
      <w:tr w:rsidR="004550E7" w14:paraId="57485B9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0084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8AA20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76A14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1656F2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124B31" w14:textId="77777777" w:rsidR="004550E7" w:rsidRDefault="00000000">
            <w:pPr>
              <w:jc w:val="center"/>
            </w:pPr>
            <w:r>
              <w:rPr>
                <w:sz w:val="15"/>
              </w:rPr>
              <w:t>87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DB895E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31AAA6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6C716E" w14:textId="77777777" w:rsidR="004550E7" w:rsidRDefault="00000000">
            <w:pPr>
              <w:jc w:val="center"/>
            </w:pPr>
            <w:r>
              <w:rPr>
                <w:sz w:val="15"/>
              </w:rPr>
              <w:t>3.038</w:t>
            </w:r>
          </w:p>
        </w:tc>
      </w:tr>
      <w:tr w:rsidR="004550E7" w14:paraId="58DB3D9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EF30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6C35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203E2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FCAFA2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EAE1C5" w14:textId="77777777" w:rsidR="004550E7" w:rsidRDefault="00000000">
            <w:pPr>
              <w:jc w:val="center"/>
            </w:pPr>
            <w:r>
              <w:rPr>
                <w:sz w:val="15"/>
              </w:rPr>
              <w:t>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42F97" w14:textId="77777777" w:rsidR="004550E7" w:rsidRDefault="00000000">
            <w:pPr>
              <w:jc w:val="center"/>
            </w:pPr>
            <w:r>
              <w:rPr>
                <w:sz w:val="15"/>
              </w:rPr>
              <w:t>69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027258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E9868A" w14:textId="77777777" w:rsidR="004550E7" w:rsidRDefault="00000000">
            <w:pPr>
              <w:jc w:val="center"/>
            </w:pPr>
            <w:r>
              <w:rPr>
                <w:sz w:val="15"/>
              </w:rPr>
              <w:t>4.967</w:t>
            </w:r>
          </w:p>
        </w:tc>
      </w:tr>
      <w:tr w:rsidR="004550E7" w14:paraId="2E36C5E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795E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FF33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42C638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BB3D7F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2F1E0" w14:textId="77777777" w:rsidR="004550E7" w:rsidRDefault="00000000">
            <w:pPr>
              <w:jc w:val="center"/>
            </w:pPr>
            <w:r>
              <w:rPr>
                <w:sz w:val="15"/>
              </w:rPr>
              <w:t>174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75F5D0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42BCA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F0CEB5" w14:textId="77777777" w:rsidR="004550E7" w:rsidRDefault="00000000">
            <w:pPr>
              <w:jc w:val="center"/>
            </w:pPr>
            <w:r>
              <w:rPr>
                <w:sz w:val="15"/>
              </w:rPr>
              <w:t>4.665</w:t>
            </w:r>
          </w:p>
        </w:tc>
      </w:tr>
      <w:tr w:rsidR="004550E7" w14:paraId="2DE9E89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53FC9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D675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419F6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D6B32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560DCC" w14:textId="77777777" w:rsidR="004550E7" w:rsidRDefault="00000000">
            <w:pPr>
              <w:jc w:val="center"/>
            </w:pPr>
            <w:r>
              <w:rPr>
                <w:sz w:val="15"/>
              </w:rPr>
              <w:t>116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5BFA2A" w14:textId="77777777" w:rsidR="004550E7" w:rsidRDefault="00000000">
            <w:pPr>
              <w:jc w:val="center"/>
            </w:pPr>
            <w:r>
              <w:rPr>
                <w:sz w:val="15"/>
              </w:rPr>
              <w:t>66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98F9CB" w14:textId="77777777" w:rsidR="004550E7" w:rsidRDefault="00000000">
            <w:pPr>
              <w:jc w:val="center"/>
            </w:pPr>
            <w:r>
              <w:rPr>
                <w:sz w:val="15"/>
              </w:rPr>
              <w:t>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3C71A" w14:textId="77777777" w:rsidR="004550E7" w:rsidRDefault="00000000">
            <w:pPr>
              <w:jc w:val="center"/>
            </w:pPr>
            <w:r>
              <w:rPr>
                <w:sz w:val="15"/>
              </w:rPr>
              <w:t>5.383</w:t>
            </w:r>
          </w:p>
        </w:tc>
      </w:tr>
      <w:tr w:rsidR="004550E7" w14:paraId="00FCFC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BDE6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F626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CE7BC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6F8AC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2C26C7" w14:textId="77777777" w:rsidR="004550E7" w:rsidRDefault="00000000">
            <w:pPr>
              <w:jc w:val="center"/>
            </w:pPr>
            <w:r>
              <w:rPr>
                <w:sz w:val="15"/>
              </w:rPr>
              <w:t>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D84708" w14:textId="77777777" w:rsidR="004550E7" w:rsidRDefault="00000000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29D43A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BF8923" w14:textId="77777777" w:rsidR="004550E7" w:rsidRDefault="00000000">
            <w:pPr>
              <w:jc w:val="center"/>
            </w:pPr>
            <w:r>
              <w:rPr>
                <w:sz w:val="15"/>
              </w:rPr>
              <w:t>3.767</w:t>
            </w:r>
          </w:p>
        </w:tc>
      </w:tr>
      <w:tr w:rsidR="004550E7" w14:paraId="5B4305E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66ED3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7EE8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76FE0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FB4D1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C97EBE" w14:textId="77777777" w:rsidR="004550E7" w:rsidRDefault="00000000">
            <w:pPr>
              <w:jc w:val="center"/>
            </w:pPr>
            <w:r>
              <w:rPr>
                <w:sz w:val="15"/>
              </w:rPr>
              <w:t>99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0FFD84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7D7728" w14:textId="77777777" w:rsidR="004550E7" w:rsidRDefault="00000000">
            <w:pPr>
              <w:jc w:val="center"/>
            </w:pPr>
            <w:r>
              <w:rPr>
                <w:sz w:val="15"/>
              </w:rPr>
              <w:t>84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1414D" w14:textId="77777777" w:rsidR="004550E7" w:rsidRDefault="00000000">
            <w:pPr>
              <w:jc w:val="center"/>
            </w:pPr>
            <w:r>
              <w:rPr>
                <w:sz w:val="15"/>
              </w:rPr>
              <w:t>7.42</w:t>
            </w:r>
          </w:p>
        </w:tc>
      </w:tr>
      <w:tr w:rsidR="004550E7" w14:paraId="01A38A9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46747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EDE0C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D40D7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14DD9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863B35" w14:textId="77777777" w:rsidR="004550E7" w:rsidRDefault="00000000">
            <w:pPr>
              <w:jc w:val="center"/>
            </w:pPr>
            <w:r>
              <w:rPr>
                <w:sz w:val="15"/>
              </w:rPr>
              <w:t>98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A270F" w14:textId="77777777" w:rsidR="004550E7" w:rsidRDefault="00000000">
            <w:pPr>
              <w:jc w:val="center"/>
            </w:pPr>
            <w:r>
              <w:rPr>
                <w:sz w:val="15"/>
              </w:rPr>
              <w:t>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D95D3E" w14:textId="77777777" w:rsidR="004550E7" w:rsidRDefault="00000000">
            <w:pPr>
              <w:jc w:val="center"/>
            </w:pPr>
            <w:r>
              <w:rPr>
                <w:sz w:val="15"/>
              </w:rPr>
              <w:t>90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DAD17D" w14:textId="77777777" w:rsidR="004550E7" w:rsidRDefault="00000000">
            <w:pPr>
              <w:jc w:val="center"/>
            </w:pPr>
            <w:r>
              <w:rPr>
                <w:sz w:val="15"/>
              </w:rPr>
              <w:t>5.287</w:t>
            </w:r>
          </w:p>
        </w:tc>
      </w:tr>
      <w:tr w:rsidR="004550E7" w14:paraId="0C61024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07B4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A6FAF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F798E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B172FE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54007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C650DE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192618" w14:textId="77777777" w:rsidR="004550E7" w:rsidRDefault="00000000">
            <w:pPr>
              <w:jc w:val="center"/>
            </w:pPr>
            <w:r>
              <w:rPr>
                <w:sz w:val="15"/>
              </w:rPr>
              <w:t>89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75192" w14:textId="77777777" w:rsidR="004550E7" w:rsidRDefault="00000000">
            <w:pPr>
              <w:jc w:val="center"/>
            </w:pPr>
            <w:r>
              <w:rPr>
                <w:sz w:val="15"/>
              </w:rPr>
              <w:t>4.497</w:t>
            </w:r>
          </w:p>
        </w:tc>
      </w:tr>
      <w:tr w:rsidR="004550E7" w14:paraId="43E6D0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0B55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954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08853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EB1CA7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72588" w14:textId="77777777" w:rsidR="004550E7" w:rsidRDefault="00000000">
            <w:pPr>
              <w:jc w:val="center"/>
            </w:pPr>
            <w:r>
              <w:rPr>
                <w:sz w:val="15"/>
              </w:rPr>
              <w:t>258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7BDB5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A5806E" w14:textId="77777777" w:rsidR="004550E7" w:rsidRDefault="00000000">
            <w:pPr>
              <w:jc w:val="center"/>
            </w:pPr>
            <w:r>
              <w:rPr>
                <w:sz w:val="15"/>
              </w:rPr>
              <w:t>90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3CADDD" w14:textId="77777777" w:rsidR="004550E7" w:rsidRDefault="00000000">
            <w:pPr>
              <w:jc w:val="center"/>
            </w:pPr>
            <w:r>
              <w:rPr>
                <w:sz w:val="15"/>
              </w:rPr>
              <w:t>4.053</w:t>
            </w:r>
          </w:p>
        </w:tc>
      </w:tr>
      <w:tr w:rsidR="004550E7" w14:paraId="6FDD99B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C9579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160B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5937A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B911AE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E81E64" w14:textId="77777777" w:rsidR="004550E7" w:rsidRDefault="00000000">
            <w:pPr>
              <w:jc w:val="center"/>
            </w:pPr>
            <w:r>
              <w:rPr>
                <w:sz w:val="15"/>
              </w:rPr>
              <w:t>172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2EEE6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397BD" w14:textId="77777777" w:rsidR="004550E7" w:rsidRDefault="00000000">
            <w:pPr>
              <w:jc w:val="center"/>
            </w:pPr>
            <w:r>
              <w:rPr>
                <w:sz w:val="15"/>
              </w:rPr>
              <w:t>94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11119C" w14:textId="77777777" w:rsidR="004550E7" w:rsidRDefault="00000000">
            <w:pPr>
              <w:jc w:val="center"/>
            </w:pPr>
            <w:r>
              <w:rPr>
                <w:sz w:val="15"/>
              </w:rPr>
              <w:t>6.856</w:t>
            </w:r>
          </w:p>
        </w:tc>
      </w:tr>
      <w:tr w:rsidR="004550E7" w14:paraId="3F3E60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EC7B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F8C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5ACAC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1E8F8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3402C" w14:textId="77777777" w:rsidR="004550E7" w:rsidRDefault="00000000">
            <w:pPr>
              <w:jc w:val="center"/>
            </w:pPr>
            <w:r>
              <w:rPr>
                <w:sz w:val="15"/>
              </w:rPr>
              <w:t>93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195CE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0CADB1" w14:textId="77777777" w:rsidR="004550E7" w:rsidRDefault="00000000">
            <w:pPr>
              <w:jc w:val="center"/>
            </w:pPr>
            <w:r>
              <w:rPr>
                <w:sz w:val="15"/>
              </w:rPr>
              <w:t>86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703F6E" w14:textId="77777777" w:rsidR="004550E7" w:rsidRDefault="00000000">
            <w:pPr>
              <w:jc w:val="center"/>
            </w:pPr>
            <w:r>
              <w:rPr>
                <w:sz w:val="15"/>
              </w:rPr>
              <w:t>2.701</w:t>
            </w:r>
          </w:p>
        </w:tc>
      </w:tr>
      <w:tr w:rsidR="004550E7" w14:paraId="51DAE6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17BD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BE8A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C3EFD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5DFE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FA987A" w14:textId="77777777" w:rsidR="004550E7" w:rsidRDefault="00000000">
            <w:pPr>
              <w:jc w:val="center"/>
            </w:pPr>
            <w:r>
              <w:rPr>
                <w:sz w:val="15"/>
              </w:rPr>
              <w:t>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83CB7" w14:textId="77777777" w:rsidR="004550E7" w:rsidRDefault="00000000">
            <w:pPr>
              <w:jc w:val="center"/>
            </w:pPr>
            <w:r>
              <w:rPr>
                <w:sz w:val="15"/>
              </w:rPr>
              <w:t>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FDFB64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A20D09" w14:textId="77777777" w:rsidR="004550E7" w:rsidRDefault="00000000">
            <w:pPr>
              <w:jc w:val="center"/>
            </w:pPr>
            <w:r>
              <w:rPr>
                <w:sz w:val="15"/>
              </w:rPr>
              <w:t>3.833</w:t>
            </w:r>
          </w:p>
        </w:tc>
      </w:tr>
      <w:tr w:rsidR="004550E7" w14:paraId="093793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D1C92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1ED2B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7298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51C2FD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B249BD" w14:textId="77777777" w:rsidR="004550E7" w:rsidRDefault="00000000">
            <w:pPr>
              <w:jc w:val="center"/>
            </w:pPr>
            <w:r>
              <w:rPr>
                <w:sz w:val="15"/>
              </w:rPr>
              <w:t>98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3ABBA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9FF720" w14:textId="77777777" w:rsidR="004550E7" w:rsidRDefault="00000000">
            <w:pPr>
              <w:jc w:val="center"/>
            </w:pPr>
            <w:r>
              <w:rPr>
                <w:sz w:val="15"/>
              </w:rPr>
              <w:t>89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D890CB" w14:textId="77777777" w:rsidR="004550E7" w:rsidRDefault="00000000">
            <w:pPr>
              <w:jc w:val="center"/>
            </w:pPr>
            <w:r>
              <w:rPr>
                <w:sz w:val="15"/>
              </w:rPr>
              <w:t>1.734</w:t>
            </w:r>
          </w:p>
        </w:tc>
      </w:tr>
      <w:tr w:rsidR="004550E7" w14:paraId="46FB119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21F0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1F28B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991D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0D39D3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70477F" w14:textId="77777777" w:rsidR="004550E7" w:rsidRDefault="00000000">
            <w:pPr>
              <w:jc w:val="center"/>
            </w:pPr>
            <w:r>
              <w:rPr>
                <w:sz w:val="15"/>
              </w:rPr>
              <w:t>99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737F93" w14:textId="77777777" w:rsidR="004550E7" w:rsidRDefault="00000000">
            <w:pPr>
              <w:jc w:val="center"/>
            </w:pPr>
            <w:r>
              <w:rPr>
                <w:sz w:val="15"/>
              </w:rPr>
              <w:t>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F1D2DD" w14:textId="77777777" w:rsidR="004550E7" w:rsidRDefault="00000000">
            <w:pPr>
              <w:jc w:val="center"/>
            </w:pPr>
            <w:r>
              <w:rPr>
                <w:sz w:val="15"/>
              </w:rPr>
              <w:t>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33456C" w14:textId="77777777" w:rsidR="004550E7" w:rsidRDefault="00000000">
            <w:pPr>
              <w:jc w:val="center"/>
            </w:pPr>
            <w:r>
              <w:rPr>
                <w:sz w:val="15"/>
              </w:rPr>
              <w:t>3.768</w:t>
            </w:r>
          </w:p>
        </w:tc>
      </w:tr>
      <w:tr w:rsidR="004550E7" w14:paraId="0243F61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F4B3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544F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6D2F0F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B32C8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F842B" w14:textId="77777777" w:rsidR="004550E7" w:rsidRDefault="00000000">
            <w:pPr>
              <w:jc w:val="center"/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3E32A5" w14:textId="77777777" w:rsidR="004550E7" w:rsidRDefault="00000000">
            <w:pPr>
              <w:jc w:val="center"/>
            </w:pPr>
            <w:r>
              <w:rPr>
                <w:sz w:val="15"/>
              </w:rPr>
              <w:t>78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9D9A8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8FC34C" w14:textId="77777777" w:rsidR="004550E7" w:rsidRDefault="00000000">
            <w:pPr>
              <w:jc w:val="center"/>
            </w:pPr>
            <w:r>
              <w:rPr>
                <w:sz w:val="15"/>
              </w:rPr>
              <w:t>0.753</w:t>
            </w:r>
          </w:p>
        </w:tc>
      </w:tr>
      <w:tr w:rsidR="004550E7" w14:paraId="33B5C0D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525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C8FC7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9AEB9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00A993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765959" w14:textId="77777777" w:rsidR="004550E7" w:rsidRDefault="00000000">
            <w:pPr>
              <w:jc w:val="center"/>
            </w:pPr>
            <w:r>
              <w:rPr>
                <w:sz w:val="15"/>
              </w:rPr>
              <w:t>95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E895F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F8B36B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07C24C" w14:textId="77777777" w:rsidR="004550E7" w:rsidRDefault="00000000">
            <w:pPr>
              <w:jc w:val="center"/>
            </w:pPr>
            <w:r>
              <w:rPr>
                <w:sz w:val="15"/>
              </w:rPr>
              <w:t>3.289</w:t>
            </w:r>
          </w:p>
        </w:tc>
      </w:tr>
      <w:tr w:rsidR="004550E7" w14:paraId="44D5DB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B2D84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0318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17D232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781B6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7E9C6" w14:textId="77777777" w:rsidR="004550E7" w:rsidRDefault="00000000">
            <w:pPr>
              <w:jc w:val="center"/>
            </w:pPr>
            <w:r>
              <w:rPr>
                <w:sz w:val="15"/>
              </w:rPr>
              <w:t>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035C8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C2660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92038" w14:textId="77777777" w:rsidR="004550E7" w:rsidRDefault="00000000">
            <w:pPr>
              <w:jc w:val="center"/>
            </w:pPr>
            <w:r>
              <w:rPr>
                <w:sz w:val="15"/>
              </w:rPr>
              <w:t>3.354</w:t>
            </w:r>
          </w:p>
        </w:tc>
      </w:tr>
      <w:tr w:rsidR="004550E7" w14:paraId="5264C6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4687E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927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BFC269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91F550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7CB642" w14:textId="77777777" w:rsidR="004550E7" w:rsidRDefault="00000000">
            <w:pPr>
              <w:jc w:val="center"/>
            </w:pPr>
            <w:r>
              <w:rPr>
                <w:sz w:val="15"/>
              </w:rPr>
              <w:t>105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68E4A8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8E356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D64012" w14:textId="77777777" w:rsidR="004550E7" w:rsidRDefault="00000000">
            <w:pPr>
              <w:jc w:val="center"/>
            </w:pPr>
            <w:r>
              <w:rPr>
                <w:sz w:val="15"/>
              </w:rPr>
              <w:t>3.018</w:t>
            </w:r>
          </w:p>
        </w:tc>
      </w:tr>
      <w:tr w:rsidR="004550E7" w14:paraId="237E376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2420D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0DC87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CFE1E2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19697A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04702" w14:textId="77777777" w:rsidR="004550E7" w:rsidRDefault="00000000">
            <w:pPr>
              <w:jc w:val="center"/>
            </w:pPr>
            <w:r>
              <w:rPr>
                <w:sz w:val="15"/>
              </w:rPr>
              <w:t>187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101D4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FDD48" w14:textId="77777777" w:rsidR="004550E7" w:rsidRDefault="00000000">
            <w:pPr>
              <w:jc w:val="center"/>
            </w:pPr>
            <w:r>
              <w:rPr>
                <w:sz w:val="15"/>
              </w:rPr>
              <w:t>82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A906FF" w14:textId="77777777" w:rsidR="004550E7" w:rsidRDefault="00000000">
            <w:pPr>
              <w:jc w:val="center"/>
            </w:pPr>
            <w:r>
              <w:rPr>
                <w:sz w:val="15"/>
              </w:rPr>
              <w:t>6.291</w:t>
            </w:r>
          </w:p>
        </w:tc>
      </w:tr>
      <w:tr w:rsidR="004550E7" w14:paraId="01E431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216C2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3ECAF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C50ED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9519C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7CD2BF" w14:textId="77777777" w:rsidR="004550E7" w:rsidRDefault="00000000">
            <w:pPr>
              <w:jc w:val="center"/>
            </w:pPr>
            <w:r>
              <w:rPr>
                <w:sz w:val="15"/>
              </w:rPr>
              <w:t>109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ADB3A4" w14:textId="77777777" w:rsidR="004550E7" w:rsidRDefault="00000000">
            <w:pPr>
              <w:jc w:val="center"/>
            </w:pPr>
            <w:r>
              <w:rPr>
                <w:sz w:val="15"/>
              </w:rPr>
              <w:t>77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D174A4" w14:textId="77777777" w:rsidR="004550E7" w:rsidRDefault="00000000">
            <w:pPr>
              <w:jc w:val="center"/>
            </w:pPr>
            <w:r>
              <w:rPr>
                <w:sz w:val="15"/>
              </w:rPr>
              <w:t>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749E27" w14:textId="77777777" w:rsidR="004550E7" w:rsidRDefault="00000000">
            <w:pPr>
              <w:jc w:val="center"/>
            </w:pPr>
            <w:r>
              <w:rPr>
                <w:sz w:val="15"/>
              </w:rPr>
              <w:t>4.716</w:t>
            </w:r>
          </w:p>
        </w:tc>
      </w:tr>
      <w:tr w:rsidR="004550E7" w14:paraId="365663F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50EA2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4570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C7FF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6E6E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94E529" w14:textId="77777777" w:rsidR="004550E7" w:rsidRDefault="00000000">
            <w:pPr>
              <w:jc w:val="center"/>
            </w:pPr>
            <w:r>
              <w:rPr>
                <w:sz w:val="15"/>
              </w:rPr>
              <w:t>97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284D69" w14:textId="77777777" w:rsidR="004550E7" w:rsidRDefault="00000000">
            <w:pPr>
              <w:jc w:val="center"/>
            </w:pPr>
            <w:r>
              <w:rPr>
                <w:sz w:val="15"/>
              </w:rPr>
              <w:t>79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2E6937" w14:textId="77777777" w:rsidR="004550E7" w:rsidRDefault="00000000">
            <w:pPr>
              <w:jc w:val="center"/>
            </w:pPr>
            <w:r>
              <w:rPr>
                <w:sz w:val="15"/>
              </w:rPr>
              <w:t>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76C67" w14:textId="77777777" w:rsidR="004550E7" w:rsidRDefault="00000000">
            <w:pPr>
              <w:jc w:val="center"/>
            </w:pPr>
            <w:r>
              <w:rPr>
                <w:sz w:val="15"/>
              </w:rPr>
              <w:t>6.956</w:t>
            </w:r>
          </w:p>
        </w:tc>
      </w:tr>
      <w:tr w:rsidR="004550E7" w14:paraId="2FE25CB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46C0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3403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044BD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F1FBF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D1C0A5" w14:textId="77777777" w:rsidR="004550E7" w:rsidRDefault="00000000">
            <w:pPr>
              <w:jc w:val="center"/>
            </w:pPr>
            <w:r>
              <w:rPr>
                <w:sz w:val="15"/>
              </w:rPr>
              <w:t>102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D8671D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8900A" w14:textId="77777777" w:rsidR="004550E7" w:rsidRDefault="00000000">
            <w:pPr>
              <w:jc w:val="center"/>
            </w:pPr>
            <w:r>
              <w:rPr>
                <w:sz w:val="15"/>
              </w:rPr>
              <w:t>94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BA9492" w14:textId="77777777" w:rsidR="004550E7" w:rsidRDefault="00000000">
            <w:pPr>
              <w:jc w:val="center"/>
            </w:pPr>
            <w:r>
              <w:rPr>
                <w:sz w:val="15"/>
              </w:rPr>
              <w:t>1.824</w:t>
            </w:r>
          </w:p>
        </w:tc>
      </w:tr>
      <w:tr w:rsidR="004550E7" w14:paraId="59263937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0B8A6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Plt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8AA64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DA188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6ACB20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F7A0A" w14:textId="77777777" w:rsidR="004550E7" w:rsidRDefault="00000000">
            <w:pPr>
              <w:jc w:val="center"/>
            </w:pPr>
            <w:r>
              <w:rPr>
                <w:sz w:val="15"/>
              </w:rPr>
              <w:t>956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F9D5BB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949C3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FAE16" w14:textId="77777777" w:rsidR="004550E7" w:rsidRDefault="00000000">
            <w:pPr>
              <w:jc w:val="center"/>
            </w:pPr>
            <w:r>
              <w:rPr>
                <w:sz w:val="15"/>
              </w:rPr>
              <w:t>15.596</w:t>
            </w:r>
          </w:p>
        </w:tc>
      </w:tr>
      <w:tr w:rsidR="004550E7" w14:paraId="049BA00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DC7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6CEA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1B11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734E1E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88A66B" w14:textId="77777777" w:rsidR="004550E7" w:rsidRDefault="00000000">
            <w:pPr>
              <w:jc w:val="center"/>
            </w:pPr>
            <w:r>
              <w:rPr>
                <w:sz w:val="15"/>
              </w:rPr>
              <w:t>396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6548B0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A25E68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0C86C9" w14:textId="77777777" w:rsidR="004550E7" w:rsidRDefault="00000000">
            <w:pPr>
              <w:jc w:val="center"/>
            </w:pPr>
            <w:r>
              <w:rPr>
                <w:sz w:val="15"/>
              </w:rPr>
              <w:t>13.426</w:t>
            </w:r>
          </w:p>
        </w:tc>
      </w:tr>
      <w:tr w:rsidR="004550E7" w14:paraId="1D306B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5783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7578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C6DB7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D7DCF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30160F" w14:textId="77777777" w:rsidR="004550E7" w:rsidRDefault="00000000">
            <w:pPr>
              <w:jc w:val="center"/>
            </w:pPr>
            <w:r>
              <w:rPr>
                <w:sz w:val="15"/>
              </w:rPr>
              <w:t>360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CB2F91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EC99BA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D25C6C" w14:textId="77777777" w:rsidR="004550E7" w:rsidRDefault="00000000">
            <w:pPr>
              <w:jc w:val="center"/>
            </w:pPr>
            <w:r>
              <w:rPr>
                <w:sz w:val="15"/>
              </w:rPr>
              <w:t>14.097</w:t>
            </w:r>
          </w:p>
        </w:tc>
      </w:tr>
      <w:tr w:rsidR="004550E7" w14:paraId="2FF9A8D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DFBD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D4619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FE36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B487D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D1D20" w14:textId="77777777" w:rsidR="004550E7" w:rsidRDefault="00000000">
            <w:pPr>
              <w:jc w:val="center"/>
            </w:pPr>
            <w:r>
              <w:rPr>
                <w:sz w:val="15"/>
              </w:rPr>
              <w:t>354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E3276C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C290F" w14:textId="77777777" w:rsidR="004550E7" w:rsidRDefault="00000000">
            <w:pPr>
              <w:jc w:val="center"/>
            </w:pPr>
            <w:r>
              <w:rPr>
                <w:sz w:val="15"/>
              </w:rPr>
              <w:t>316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700196" w14:textId="77777777" w:rsidR="004550E7" w:rsidRDefault="00000000">
            <w:pPr>
              <w:jc w:val="center"/>
            </w:pPr>
            <w:r>
              <w:rPr>
                <w:sz w:val="15"/>
              </w:rPr>
              <w:t>9.683</w:t>
            </w:r>
          </w:p>
        </w:tc>
      </w:tr>
      <w:tr w:rsidR="004550E7" w14:paraId="13B6219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00A2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2CB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F7B35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A83766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20445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4A9818" w14:textId="77777777" w:rsidR="004550E7" w:rsidRDefault="00000000">
            <w:pPr>
              <w:jc w:val="center"/>
            </w:pPr>
            <w:r>
              <w:rPr>
                <w:sz w:val="15"/>
              </w:rPr>
              <w:t>262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B9A010" w14:textId="77777777" w:rsidR="004550E7" w:rsidRDefault="00000000">
            <w:pPr>
              <w:jc w:val="center"/>
            </w:pPr>
            <w:r>
              <w:rPr>
                <w:sz w:val="15"/>
              </w:rPr>
              <w:t>315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E93B9" w14:textId="77777777" w:rsidR="004550E7" w:rsidRDefault="00000000">
            <w:pPr>
              <w:jc w:val="center"/>
            </w:pPr>
            <w:r>
              <w:rPr>
                <w:sz w:val="15"/>
              </w:rPr>
              <w:t>23.708</w:t>
            </w:r>
          </w:p>
        </w:tc>
      </w:tr>
      <w:tr w:rsidR="004550E7" w14:paraId="5BA72D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342BD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82026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A452C9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08C988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81816" w14:textId="77777777" w:rsidR="004550E7" w:rsidRDefault="00000000">
            <w:pPr>
              <w:jc w:val="center"/>
            </w:pPr>
            <w:r>
              <w:rPr>
                <w:sz w:val="15"/>
              </w:rPr>
              <w:t>395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30C7E1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0CBF1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4CC826" w14:textId="77777777" w:rsidR="004550E7" w:rsidRDefault="00000000">
            <w:pPr>
              <w:jc w:val="center"/>
            </w:pPr>
            <w:r>
              <w:rPr>
                <w:sz w:val="15"/>
              </w:rPr>
              <w:t>18.792</w:t>
            </w:r>
          </w:p>
        </w:tc>
      </w:tr>
      <w:tr w:rsidR="004550E7" w14:paraId="28C543A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39D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3D2B9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ED4C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F63069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ABFCB1" w14:textId="77777777" w:rsidR="004550E7" w:rsidRDefault="00000000">
            <w:pPr>
              <w:jc w:val="center"/>
            </w:pPr>
            <w:r>
              <w:rPr>
                <w:sz w:val="15"/>
              </w:rPr>
              <w:t>956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09F641" w14:textId="77777777" w:rsidR="004550E7" w:rsidRDefault="00000000">
            <w:pPr>
              <w:jc w:val="center"/>
            </w:pPr>
            <w:r>
              <w:rPr>
                <w:sz w:val="15"/>
              </w:rPr>
              <w:t>260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9014C" w14:textId="77777777" w:rsidR="004550E7" w:rsidRDefault="00000000">
            <w:pPr>
              <w:jc w:val="center"/>
            </w:pPr>
            <w:r>
              <w:rPr>
                <w:sz w:val="15"/>
              </w:rPr>
              <w:t>295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F36062" w14:textId="77777777" w:rsidR="004550E7" w:rsidRDefault="00000000">
            <w:pPr>
              <w:jc w:val="center"/>
            </w:pPr>
            <w:r>
              <w:rPr>
                <w:sz w:val="15"/>
              </w:rPr>
              <w:t>22.995</w:t>
            </w:r>
          </w:p>
        </w:tc>
      </w:tr>
      <w:tr w:rsidR="004550E7" w14:paraId="79FE593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C226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5B4AB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4DAC9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3D8FA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7D5C5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0D670" w14:textId="77777777" w:rsidR="004550E7" w:rsidRDefault="00000000">
            <w:pPr>
              <w:jc w:val="center"/>
            </w:pPr>
            <w:r>
              <w:rPr>
                <w:sz w:val="15"/>
              </w:rPr>
              <w:t>212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4F416F" w14:textId="77777777" w:rsidR="004550E7" w:rsidRDefault="00000000">
            <w:pPr>
              <w:jc w:val="center"/>
            </w:pPr>
            <w:r>
              <w:rPr>
                <w:sz w:val="15"/>
              </w:rPr>
              <w:t>314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8E0264" w14:textId="77777777" w:rsidR="004550E7" w:rsidRDefault="00000000">
            <w:pPr>
              <w:jc w:val="center"/>
            </w:pPr>
            <w:r>
              <w:rPr>
                <w:sz w:val="15"/>
              </w:rPr>
              <w:t>9.096</w:t>
            </w:r>
          </w:p>
        </w:tc>
      </w:tr>
      <w:tr w:rsidR="004550E7" w14:paraId="6F754D7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B2921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B4BD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B9DFA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C70F3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9FBEAB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629278" w14:textId="77777777" w:rsidR="004550E7" w:rsidRDefault="00000000">
            <w:pPr>
              <w:jc w:val="center"/>
            </w:pPr>
            <w:r>
              <w:rPr>
                <w:sz w:val="15"/>
              </w:rPr>
              <w:t>273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99D219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1DCE05" w14:textId="77777777" w:rsidR="004550E7" w:rsidRDefault="00000000">
            <w:pPr>
              <w:jc w:val="center"/>
            </w:pPr>
            <w:r>
              <w:rPr>
                <w:sz w:val="15"/>
              </w:rPr>
              <w:t>9.753</w:t>
            </w:r>
          </w:p>
        </w:tc>
      </w:tr>
      <w:tr w:rsidR="004550E7" w14:paraId="64D1F38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2A8C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63AD2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F77981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D38C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73DB8" w14:textId="77777777" w:rsidR="004550E7" w:rsidRDefault="00000000">
            <w:pPr>
              <w:jc w:val="center"/>
            </w:pPr>
            <w:r>
              <w:rPr>
                <w:sz w:val="15"/>
              </w:rPr>
              <w:t>385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87B48D" w14:textId="77777777" w:rsidR="004550E7" w:rsidRDefault="00000000">
            <w:pPr>
              <w:jc w:val="center"/>
            </w:pPr>
            <w:r>
              <w:rPr>
                <w:sz w:val="15"/>
              </w:rPr>
              <w:t>205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676F7" w14:textId="77777777" w:rsidR="004550E7" w:rsidRDefault="00000000">
            <w:pPr>
              <w:jc w:val="center"/>
            </w:pPr>
            <w:r>
              <w:rPr>
                <w:sz w:val="15"/>
              </w:rPr>
              <w:t>320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AEB13B" w14:textId="77777777" w:rsidR="004550E7" w:rsidRDefault="00000000">
            <w:pPr>
              <w:jc w:val="center"/>
            </w:pPr>
            <w:r>
              <w:rPr>
                <w:sz w:val="15"/>
              </w:rPr>
              <w:t>12.867</w:t>
            </w:r>
          </w:p>
        </w:tc>
      </w:tr>
      <w:tr w:rsidR="004550E7" w14:paraId="3A3E1B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9879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53B97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F15F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AC215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F47B32" w14:textId="77777777" w:rsidR="004550E7" w:rsidRDefault="00000000">
            <w:pPr>
              <w:jc w:val="center"/>
            </w:pPr>
            <w:r>
              <w:rPr>
                <w:sz w:val="15"/>
              </w:rPr>
              <w:t>406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26DF4A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10795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9C8F9C" w14:textId="77777777" w:rsidR="004550E7" w:rsidRDefault="00000000">
            <w:pPr>
              <w:jc w:val="center"/>
            </w:pPr>
            <w:r>
              <w:rPr>
                <w:sz w:val="15"/>
              </w:rPr>
              <w:t>9.601</w:t>
            </w:r>
          </w:p>
        </w:tc>
      </w:tr>
      <w:tr w:rsidR="004550E7" w14:paraId="426CE81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48BF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99A88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2B57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590E52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872313" w14:textId="77777777" w:rsidR="004550E7" w:rsidRDefault="00000000">
            <w:pPr>
              <w:jc w:val="center"/>
            </w:pPr>
            <w:r>
              <w:rPr>
                <w:sz w:val="15"/>
              </w:rPr>
              <w:t>466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596E17" w14:textId="77777777" w:rsidR="004550E7" w:rsidRDefault="00000000">
            <w:pPr>
              <w:jc w:val="center"/>
            </w:pPr>
            <w:r>
              <w:rPr>
                <w:sz w:val="15"/>
              </w:rPr>
              <w:t>302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12832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CFD6B6" w14:textId="77777777" w:rsidR="004550E7" w:rsidRDefault="00000000">
            <w:pPr>
              <w:jc w:val="center"/>
            </w:pPr>
            <w:r>
              <w:rPr>
                <w:sz w:val="15"/>
              </w:rPr>
              <w:t>10.958</w:t>
            </w:r>
          </w:p>
        </w:tc>
      </w:tr>
      <w:tr w:rsidR="004550E7" w14:paraId="68F9CD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0FE05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1F4A3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6F188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D49F0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DA53EE" w14:textId="77777777" w:rsidR="004550E7" w:rsidRDefault="00000000">
            <w:pPr>
              <w:jc w:val="center"/>
            </w:pPr>
            <w:r>
              <w:rPr>
                <w:sz w:val="15"/>
              </w:rPr>
              <w:t>358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D29FD7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4AAE6F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29C0F" w14:textId="77777777" w:rsidR="004550E7" w:rsidRDefault="00000000">
            <w:pPr>
              <w:jc w:val="center"/>
            </w:pPr>
            <w:r>
              <w:rPr>
                <w:sz w:val="15"/>
              </w:rPr>
              <w:t>11.721</w:t>
            </w:r>
          </w:p>
        </w:tc>
      </w:tr>
      <w:tr w:rsidR="004550E7" w14:paraId="40D1829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D6C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691A9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E7B2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36A47D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5120DB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65C68" w14:textId="77777777" w:rsidR="004550E7" w:rsidRDefault="00000000">
            <w:pPr>
              <w:jc w:val="center"/>
            </w:pPr>
            <w:r>
              <w:rPr>
                <w:sz w:val="15"/>
              </w:rPr>
              <w:t>300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F3DC5E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9F324" w14:textId="77777777" w:rsidR="004550E7" w:rsidRDefault="00000000">
            <w:pPr>
              <w:jc w:val="center"/>
            </w:pPr>
            <w:r>
              <w:rPr>
                <w:sz w:val="15"/>
              </w:rPr>
              <w:t>7.588</w:t>
            </w:r>
          </w:p>
        </w:tc>
      </w:tr>
      <w:tr w:rsidR="004550E7" w14:paraId="0B6405A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8CDF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6FFE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77A84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F2C5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D403AD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9E058C" w14:textId="77777777" w:rsidR="004550E7" w:rsidRDefault="00000000">
            <w:pPr>
              <w:jc w:val="center"/>
            </w:pPr>
            <w:r>
              <w:rPr>
                <w:sz w:val="15"/>
              </w:rPr>
              <w:t>270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47B5E3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1979D7" w14:textId="77777777" w:rsidR="004550E7" w:rsidRDefault="00000000">
            <w:pPr>
              <w:jc w:val="center"/>
            </w:pPr>
            <w:r>
              <w:rPr>
                <w:sz w:val="15"/>
              </w:rPr>
              <w:t>5.945</w:t>
            </w:r>
          </w:p>
        </w:tc>
      </w:tr>
      <w:tr w:rsidR="004550E7" w14:paraId="2462D4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3A65C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5FA2B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F31AE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5B0AFF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C1A9A3" w14:textId="77777777" w:rsidR="004550E7" w:rsidRDefault="00000000">
            <w:pPr>
              <w:jc w:val="center"/>
            </w:pPr>
            <w:r>
              <w:rPr>
                <w:sz w:val="15"/>
              </w:rPr>
              <w:t>404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959340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3EF190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6100F" w14:textId="77777777" w:rsidR="004550E7" w:rsidRDefault="00000000">
            <w:pPr>
              <w:jc w:val="center"/>
            </w:pPr>
            <w:r>
              <w:rPr>
                <w:sz w:val="15"/>
              </w:rPr>
              <w:t>11.19</w:t>
            </w:r>
          </w:p>
        </w:tc>
      </w:tr>
      <w:tr w:rsidR="004550E7" w14:paraId="3E7013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88F0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9203E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DC29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0DE6E1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5F1409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90965B" w14:textId="77777777" w:rsidR="004550E7" w:rsidRDefault="00000000">
            <w:pPr>
              <w:jc w:val="center"/>
            </w:pPr>
            <w:r>
              <w:rPr>
                <w:sz w:val="15"/>
              </w:rPr>
              <w:t>305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4E8EB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83A45" w14:textId="77777777" w:rsidR="004550E7" w:rsidRDefault="00000000">
            <w:pPr>
              <w:jc w:val="center"/>
            </w:pPr>
            <w:r>
              <w:rPr>
                <w:sz w:val="15"/>
              </w:rPr>
              <w:t>8.024</w:t>
            </w:r>
          </w:p>
        </w:tc>
      </w:tr>
      <w:tr w:rsidR="004550E7" w14:paraId="44CC4C9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B0A1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2DC5E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E6A77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17238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A089F" w14:textId="77777777" w:rsidR="004550E7" w:rsidRDefault="00000000">
            <w:pPr>
              <w:jc w:val="center"/>
            </w:pPr>
            <w:r>
              <w:rPr>
                <w:sz w:val="15"/>
              </w:rPr>
              <w:t>390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E97FCC" w14:textId="77777777" w:rsidR="004550E7" w:rsidRDefault="00000000">
            <w:pPr>
              <w:jc w:val="center"/>
            </w:pPr>
            <w:r>
              <w:rPr>
                <w:sz w:val="15"/>
              </w:rPr>
              <w:t>230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D88C41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89569C" w14:textId="77777777" w:rsidR="004550E7" w:rsidRDefault="00000000">
            <w:pPr>
              <w:jc w:val="center"/>
            </w:pPr>
            <w:r>
              <w:rPr>
                <w:sz w:val="15"/>
              </w:rPr>
              <w:t>1.827</w:t>
            </w:r>
          </w:p>
        </w:tc>
      </w:tr>
      <w:tr w:rsidR="004550E7" w14:paraId="51A2F6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A3970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67E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B5769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754848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62FD00" w14:textId="77777777" w:rsidR="004550E7" w:rsidRDefault="00000000">
            <w:pPr>
              <w:jc w:val="center"/>
            </w:pPr>
            <w:r>
              <w:rPr>
                <w:sz w:val="15"/>
              </w:rPr>
              <w:t>377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0B2CE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285F75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2BE14" w14:textId="77777777" w:rsidR="004550E7" w:rsidRDefault="00000000">
            <w:pPr>
              <w:jc w:val="center"/>
            </w:pPr>
            <w:r>
              <w:rPr>
                <w:sz w:val="15"/>
              </w:rPr>
              <w:t>8.22</w:t>
            </w:r>
          </w:p>
        </w:tc>
      </w:tr>
      <w:tr w:rsidR="004550E7" w14:paraId="636F009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D3D86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20BD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2BF21F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F454A5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01F6C" w14:textId="77777777" w:rsidR="004550E7" w:rsidRDefault="00000000">
            <w:pPr>
              <w:jc w:val="center"/>
            </w:pPr>
            <w:r>
              <w:rPr>
                <w:sz w:val="15"/>
              </w:rPr>
              <w:t>362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A25824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C11C0" w14:textId="77777777" w:rsidR="004550E7" w:rsidRDefault="00000000">
            <w:pPr>
              <w:jc w:val="center"/>
            </w:pPr>
            <w:r>
              <w:rPr>
                <w:sz w:val="15"/>
              </w:rPr>
              <w:t>337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E1E730" w14:textId="77777777" w:rsidR="004550E7" w:rsidRDefault="00000000">
            <w:pPr>
              <w:jc w:val="center"/>
            </w:pPr>
            <w:r>
              <w:rPr>
                <w:sz w:val="15"/>
              </w:rPr>
              <w:t>10.816</w:t>
            </w:r>
          </w:p>
        </w:tc>
      </w:tr>
      <w:tr w:rsidR="004550E7" w14:paraId="0B4FF6F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781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46A8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7BEF9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160896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5429D3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D55A7E" w14:textId="77777777" w:rsidR="004550E7" w:rsidRDefault="00000000">
            <w:pPr>
              <w:jc w:val="center"/>
            </w:pPr>
            <w:r>
              <w:rPr>
                <w:sz w:val="15"/>
              </w:rPr>
              <w:t>333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FD819E" w14:textId="77777777" w:rsidR="004550E7" w:rsidRDefault="00000000">
            <w:pPr>
              <w:jc w:val="center"/>
            </w:pPr>
            <w:r>
              <w:rPr>
                <w:sz w:val="15"/>
              </w:rPr>
              <w:t>345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626F2D" w14:textId="77777777" w:rsidR="004550E7" w:rsidRDefault="00000000">
            <w:pPr>
              <w:jc w:val="center"/>
            </w:pPr>
            <w:r>
              <w:rPr>
                <w:sz w:val="15"/>
              </w:rPr>
              <w:t>6.85</w:t>
            </w:r>
          </w:p>
        </w:tc>
      </w:tr>
      <w:tr w:rsidR="004550E7" w14:paraId="3131E5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1ADC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35966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D78360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7B5D2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66F8C0" w14:textId="77777777" w:rsidR="004550E7" w:rsidRDefault="00000000">
            <w:pPr>
              <w:jc w:val="center"/>
            </w:pPr>
            <w:r>
              <w:rPr>
                <w:sz w:val="15"/>
              </w:rPr>
              <w:t>491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61D82F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AF556C" w14:textId="77777777" w:rsidR="004550E7" w:rsidRDefault="00000000">
            <w:pPr>
              <w:jc w:val="center"/>
            </w:pPr>
            <w:r>
              <w:rPr>
                <w:sz w:val="15"/>
              </w:rPr>
              <w:t>329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6CDB9C" w14:textId="77777777" w:rsidR="004550E7" w:rsidRDefault="00000000">
            <w:pPr>
              <w:jc w:val="center"/>
            </w:pPr>
            <w:r>
              <w:rPr>
                <w:sz w:val="15"/>
              </w:rPr>
              <w:t>12.755</w:t>
            </w:r>
          </w:p>
        </w:tc>
      </w:tr>
      <w:tr w:rsidR="004550E7" w14:paraId="346E213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F87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00EB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5118E3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47BDB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804DA8" w14:textId="77777777" w:rsidR="004550E7" w:rsidRDefault="00000000">
            <w:pPr>
              <w:jc w:val="center"/>
            </w:pPr>
            <w:r>
              <w:rPr>
                <w:sz w:val="15"/>
              </w:rPr>
              <w:t>423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3022B7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B0838D" w14:textId="77777777" w:rsidR="004550E7" w:rsidRDefault="00000000">
            <w:pPr>
              <w:jc w:val="center"/>
            </w:pPr>
            <w:r>
              <w:rPr>
                <w:sz w:val="15"/>
              </w:rPr>
              <w:t>380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36D20" w14:textId="77777777" w:rsidR="004550E7" w:rsidRDefault="00000000">
            <w:pPr>
              <w:jc w:val="center"/>
            </w:pPr>
            <w:r>
              <w:rPr>
                <w:sz w:val="15"/>
              </w:rPr>
              <w:t>10.254</w:t>
            </w:r>
          </w:p>
        </w:tc>
      </w:tr>
      <w:tr w:rsidR="004550E7" w14:paraId="1EA1BB8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E1F5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0521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43CE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1F4D0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9A98E" w14:textId="77777777" w:rsidR="004550E7" w:rsidRDefault="00000000">
            <w:pPr>
              <w:jc w:val="center"/>
            </w:pPr>
            <w:r>
              <w:rPr>
                <w:sz w:val="15"/>
              </w:rPr>
              <w:t>446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DA65D5" w14:textId="77777777" w:rsidR="004550E7" w:rsidRDefault="00000000">
            <w:pPr>
              <w:jc w:val="center"/>
            </w:pPr>
            <w:r>
              <w:rPr>
                <w:sz w:val="15"/>
              </w:rPr>
              <w:t>299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816D87" w14:textId="77777777" w:rsidR="004550E7" w:rsidRDefault="00000000">
            <w:pPr>
              <w:jc w:val="center"/>
            </w:pPr>
            <w:r>
              <w:rPr>
                <w:sz w:val="15"/>
              </w:rPr>
              <w:t>345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53A305" w14:textId="77777777" w:rsidR="004550E7" w:rsidRDefault="00000000">
            <w:pPr>
              <w:jc w:val="center"/>
            </w:pPr>
            <w:r>
              <w:rPr>
                <w:sz w:val="15"/>
              </w:rPr>
              <w:t>20.134</w:t>
            </w:r>
          </w:p>
        </w:tc>
      </w:tr>
      <w:tr w:rsidR="004550E7" w14:paraId="141DB8A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3F32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4C39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135B4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3601CD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FCCEB" w14:textId="77777777" w:rsidR="004550E7" w:rsidRDefault="00000000">
            <w:pPr>
              <w:jc w:val="center"/>
            </w:pPr>
            <w:r>
              <w:rPr>
                <w:sz w:val="15"/>
              </w:rPr>
              <w:t>360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953D18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55A6DF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EF9B18" w14:textId="77777777" w:rsidR="004550E7" w:rsidRDefault="00000000">
            <w:pPr>
              <w:jc w:val="center"/>
            </w:pPr>
            <w:r>
              <w:rPr>
                <w:sz w:val="15"/>
              </w:rPr>
              <w:t>3.61</w:t>
            </w:r>
          </w:p>
        </w:tc>
      </w:tr>
      <w:tr w:rsidR="004550E7" w14:paraId="53CBB2ED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414C0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Plt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0DE02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D7344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BC088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61087" w14:textId="77777777" w:rsidR="004550E7" w:rsidRDefault="00000000">
            <w:pPr>
              <w:jc w:val="center"/>
            </w:pPr>
            <w:r>
              <w:rPr>
                <w:sz w:val="15"/>
              </w:rPr>
              <w:t>756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A4CCD5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2CD49" w14:textId="77777777" w:rsidR="004550E7" w:rsidRDefault="00000000">
            <w:pPr>
              <w:jc w:val="center"/>
            </w:pPr>
            <w:r>
              <w:rPr>
                <w:sz w:val="15"/>
              </w:rPr>
              <w:t>240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A556A" w14:textId="77777777" w:rsidR="004550E7" w:rsidRDefault="00000000">
            <w:pPr>
              <w:jc w:val="center"/>
            </w:pPr>
            <w:r>
              <w:rPr>
                <w:sz w:val="15"/>
              </w:rPr>
              <w:t>12.135</w:t>
            </w:r>
          </w:p>
        </w:tc>
      </w:tr>
      <w:tr w:rsidR="004550E7" w14:paraId="60B9C3A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9C0B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7ECD2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907AA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D2DD5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418D2" w14:textId="77777777" w:rsidR="004550E7" w:rsidRDefault="00000000">
            <w:pPr>
              <w:jc w:val="center"/>
            </w:pPr>
            <w:r>
              <w:rPr>
                <w:sz w:val="15"/>
              </w:rPr>
              <w:t>286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92554" w14:textId="77777777" w:rsidR="004550E7" w:rsidRDefault="00000000">
            <w:pPr>
              <w:jc w:val="center"/>
            </w:pPr>
            <w:r>
              <w:rPr>
                <w:sz w:val="15"/>
              </w:rPr>
              <w:t>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69D6DD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4C3D7" w14:textId="77777777" w:rsidR="004550E7" w:rsidRDefault="00000000">
            <w:pPr>
              <w:jc w:val="center"/>
            </w:pPr>
            <w:r>
              <w:rPr>
                <w:sz w:val="15"/>
              </w:rPr>
              <w:t>9.12</w:t>
            </w:r>
          </w:p>
        </w:tc>
      </w:tr>
      <w:tr w:rsidR="004550E7" w14:paraId="2386FE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2DD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5B1F5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CDD35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1E482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82DA2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9B9AF6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94938D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ED6D4E" w14:textId="77777777" w:rsidR="004550E7" w:rsidRDefault="00000000">
            <w:pPr>
              <w:jc w:val="center"/>
            </w:pPr>
            <w:r>
              <w:rPr>
                <w:sz w:val="15"/>
              </w:rPr>
              <w:t>9.413</w:t>
            </w:r>
          </w:p>
        </w:tc>
      </w:tr>
      <w:tr w:rsidR="004550E7" w14:paraId="57ABDA5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CE670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53A45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3FF1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EEB1C8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2732FA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DB7B30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11962A" w14:textId="77777777" w:rsidR="004550E7" w:rsidRDefault="00000000">
            <w:pPr>
              <w:jc w:val="center"/>
            </w:pPr>
            <w:r>
              <w:rPr>
                <w:sz w:val="15"/>
              </w:rPr>
              <w:t>230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BA85CC" w14:textId="77777777" w:rsidR="004550E7" w:rsidRDefault="00000000">
            <w:pPr>
              <w:jc w:val="center"/>
            </w:pPr>
            <w:r>
              <w:rPr>
                <w:sz w:val="15"/>
              </w:rPr>
              <w:t>8.077</w:t>
            </w:r>
          </w:p>
        </w:tc>
      </w:tr>
      <w:tr w:rsidR="004550E7" w14:paraId="4880B9D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E3554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A73C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4993E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BFE9A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233330" w14:textId="77777777" w:rsidR="004550E7" w:rsidRDefault="00000000">
            <w:pPr>
              <w:jc w:val="center"/>
            </w:pPr>
            <w:r>
              <w:rPr>
                <w:sz w:val="15"/>
              </w:rPr>
              <w:t>266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6F78BB" w14:textId="77777777" w:rsidR="004550E7" w:rsidRDefault="00000000">
            <w:pPr>
              <w:jc w:val="center"/>
            </w:pPr>
            <w:r>
              <w:rPr>
                <w:sz w:val="15"/>
              </w:rPr>
              <w:t>195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74B90" w14:textId="77777777" w:rsidR="004550E7" w:rsidRDefault="00000000">
            <w:pPr>
              <w:jc w:val="center"/>
            </w:pPr>
            <w:r>
              <w:rPr>
                <w:sz w:val="15"/>
              </w:rPr>
              <w:t>231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9AC4E8" w14:textId="77777777" w:rsidR="004550E7" w:rsidRDefault="00000000">
            <w:pPr>
              <w:jc w:val="center"/>
            </w:pPr>
            <w:r>
              <w:rPr>
                <w:sz w:val="15"/>
              </w:rPr>
              <w:t>21.134</w:t>
            </w:r>
          </w:p>
        </w:tc>
      </w:tr>
      <w:tr w:rsidR="004550E7" w14:paraId="3BC643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666A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1D65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10C82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D9BF73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29205" w14:textId="77777777" w:rsidR="004550E7" w:rsidRDefault="00000000">
            <w:pPr>
              <w:jc w:val="center"/>
            </w:pPr>
            <w:r>
              <w:rPr>
                <w:sz w:val="15"/>
              </w:rPr>
              <w:t>284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F88B62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7DF9C" w14:textId="77777777" w:rsidR="004550E7" w:rsidRDefault="00000000">
            <w:pPr>
              <w:jc w:val="center"/>
            </w:pPr>
            <w:r>
              <w:rPr>
                <w:sz w:val="15"/>
              </w:rPr>
              <w:t>236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1A0F36" w14:textId="77777777" w:rsidR="004550E7" w:rsidRDefault="00000000">
            <w:pPr>
              <w:jc w:val="center"/>
            </w:pPr>
            <w:r>
              <w:rPr>
                <w:sz w:val="15"/>
              </w:rPr>
              <w:t>14.77</w:t>
            </w:r>
          </w:p>
        </w:tc>
      </w:tr>
      <w:tr w:rsidR="004550E7" w14:paraId="6CA433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0C679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EF264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9C7FD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E1DD63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F6D6DC" w14:textId="77777777" w:rsidR="004550E7" w:rsidRDefault="00000000">
            <w:pPr>
              <w:jc w:val="center"/>
            </w:pPr>
            <w:r>
              <w:rPr>
                <w:sz w:val="15"/>
              </w:rPr>
              <w:t>756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9DA319" w14:textId="77777777" w:rsidR="004550E7" w:rsidRDefault="00000000">
            <w:pPr>
              <w:jc w:val="center"/>
            </w:pPr>
            <w:r>
              <w:rPr>
                <w:sz w:val="15"/>
              </w:rPr>
              <w:t>188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6B326" w14:textId="77777777" w:rsidR="004550E7" w:rsidRDefault="00000000">
            <w:pPr>
              <w:jc w:val="center"/>
            </w:pPr>
            <w:r>
              <w:rPr>
                <w:sz w:val="15"/>
              </w:rPr>
              <w:t>215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39411" w14:textId="77777777" w:rsidR="004550E7" w:rsidRDefault="00000000">
            <w:pPr>
              <w:jc w:val="center"/>
            </w:pPr>
            <w:r>
              <w:rPr>
                <w:sz w:val="15"/>
              </w:rPr>
              <w:t>17.592</w:t>
            </w:r>
          </w:p>
        </w:tc>
      </w:tr>
      <w:tr w:rsidR="004550E7" w14:paraId="7DABE3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4B5D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48F4A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F667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BBADA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EC1730" w14:textId="77777777" w:rsidR="004550E7" w:rsidRDefault="00000000">
            <w:pPr>
              <w:jc w:val="center"/>
            </w:pPr>
            <w:r>
              <w:rPr>
                <w:sz w:val="15"/>
              </w:rPr>
              <w:t>240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4245AE" w14:textId="77777777" w:rsidR="004550E7" w:rsidRDefault="00000000">
            <w:pPr>
              <w:jc w:val="center"/>
            </w:pPr>
            <w:r>
              <w:rPr>
                <w:sz w:val="15"/>
              </w:rPr>
              <w:t>140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81BB9" w14:textId="77777777" w:rsidR="004550E7" w:rsidRDefault="00000000">
            <w:pPr>
              <w:jc w:val="center"/>
            </w:pPr>
            <w:r>
              <w:rPr>
                <w:sz w:val="15"/>
              </w:rPr>
              <w:t>231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CC6E2F" w14:textId="77777777" w:rsidR="004550E7" w:rsidRDefault="00000000">
            <w:pPr>
              <w:jc w:val="center"/>
            </w:pPr>
            <w:r>
              <w:rPr>
                <w:sz w:val="15"/>
              </w:rPr>
              <w:t>5.044</w:t>
            </w:r>
          </w:p>
        </w:tc>
      </w:tr>
      <w:tr w:rsidR="004550E7" w14:paraId="447D4F9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33669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346C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E582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B84AD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1C44A4" w14:textId="77777777" w:rsidR="004550E7" w:rsidRDefault="00000000">
            <w:pPr>
              <w:jc w:val="center"/>
            </w:pPr>
            <w:r>
              <w:rPr>
                <w:sz w:val="15"/>
              </w:rPr>
              <w:t>250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2314E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A3C33" w14:textId="77777777" w:rsidR="004550E7" w:rsidRDefault="00000000">
            <w:pPr>
              <w:jc w:val="center"/>
            </w:pPr>
            <w:r>
              <w:rPr>
                <w:sz w:val="15"/>
              </w:rPr>
              <w:t>235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D45994" w14:textId="77777777" w:rsidR="004550E7" w:rsidRDefault="00000000">
            <w:pPr>
              <w:jc w:val="center"/>
            </w:pPr>
            <w:r>
              <w:rPr>
                <w:sz w:val="15"/>
              </w:rPr>
              <w:t>13.269</w:t>
            </w:r>
          </w:p>
        </w:tc>
      </w:tr>
      <w:tr w:rsidR="004550E7" w14:paraId="277571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624E7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9B89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B9F58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7CE409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450ADA" w14:textId="77777777" w:rsidR="004550E7" w:rsidRDefault="00000000">
            <w:pPr>
              <w:jc w:val="center"/>
            </w:pPr>
            <w:r>
              <w:rPr>
                <w:sz w:val="15"/>
              </w:rPr>
              <w:t>289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BE4861" w14:textId="77777777" w:rsidR="004550E7" w:rsidRDefault="00000000">
            <w:pPr>
              <w:jc w:val="center"/>
            </w:pPr>
            <w:r>
              <w:rPr>
                <w:sz w:val="15"/>
              </w:rPr>
              <w:t>220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EB7C64" w14:textId="77777777" w:rsidR="004550E7" w:rsidRDefault="00000000">
            <w:pPr>
              <w:jc w:val="center"/>
            </w:pPr>
            <w:r>
              <w:rPr>
                <w:sz w:val="15"/>
              </w:rPr>
              <w:t>240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FE949" w14:textId="77777777" w:rsidR="004550E7" w:rsidRDefault="00000000">
            <w:pPr>
              <w:jc w:val="center"/>
            </w:pPr>
            <w:r>
              <w:rPr>
                <w:sz w:val="15"/>
              </w:rPr>
              <w:t>7.478</w:t>
            </w:r>
          </w:p>
        </w:tc>
      </w:tr>
      <w:tr w:rsidR="004550E7" w14:paraId="0B6BE7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D2B3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F101B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B2CD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54BEEC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D5D1E" w14:textId="77777777" w:rsidR="004550E7" w:rsidRDefault="00000000">
            <w:pPr>
              <w:jc w:val="center"/>
            </w:pPr>
            <w:r>
              <w:rPr>
                <w:sz w:val="15"/>
              </w:rPr>
              <w:t>354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A2BA1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489043" w14:textId="77777777" w:rsidR="004550E7" w:rsidRDefault="00000000">
            <w:pPr>
              <w:jc w:val="center"/>
            </w:pPr>
            <w:r>
              <w:rPr>
                <w:sz w:val="15"/>
              </w:rPr>
              <w:t>244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32CD6" w14:textId="77777777" w:rsidR="004550E7" w:rsidRDefault="00000000">
            <w:pPr>
              <w:jc w:val="center"/>
            </w:pPr>
            <w:r>
              <w:rPr>
                <w:sz w:val="15"/>
              </w:rPr>
              <w:t>7.596</w:t>
            </w:r>
          </w:p>
        </w:tc>
      </w:tr>
      <w:tr w:rsidR="004550E7" w14:paraId="05001CE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BF1B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C47CA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DF81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536EC2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CF199" w14:textId="77777777" w:rsidR="004550E7" w:rsidRDefault="00000000">
            <w:pPr>
              <w:jc w:val="center"/>
            </w:pPr>
            <w:r>
              <w:rPr>
                <w:sz w:val="15"/>
              </w:rPr>
              <w:t>271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5D74B8" w14:textId="77777777" w:rsidR="004550E7" w:rsidRDefault="00000000">
            <w:pPr>
              <w:jc w:val="center"/>
            </w:pPr>
            <w:r>
              <w:rPr>
                <w:sz w:val="15"/>
              </w:rPr>
              <w:t>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36D51" w14:textId="77777777" w:rsidR="004550E7" w:rsidRDefault="00000000">
            <w:pPr>
              <w:jc w:val="center"/>
            </w:pPr>
            <w:r>
              <w:rPr>
                <w:sz w:val="15"/>
              </w:rPr>
              <w:t>245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5984B" w14:textId="77777777" w:rsidR="004550E7" w:rsidRDefault="00000000">
            <w:pPr>
              <w:jc w:val="center"/>
            </w:pPr>
            <w:r>
              <w:rPr>
                <w:sz w:val="15"/>
              </w:rPr>
              <w:t>7.606</w:t>
            </w:r>
          </w:p>
        </w:tc>
      </w:tr>
      <w:tr w:rsidR="004550E7" w14:paraId="133E64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60E74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6C06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600F4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35F04D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50A2F4" w14:textId="77777777" w:rsidR="004550E7" w:rsidRDefault="00000000">
            <w:pPr>
              <w:jc w:val="center"/>
            </w:pPr>
            <w:r>
              <w:rPr>
                <w:sz w:val="15"/>
              </w:rPr>
              <w:t>301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880A2F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FB98F8" w14:textId="77777777" w:rsidR="004550E7" w:rsidRDefault="00000000">
            <w:pPr>
              <w:jc w:val="center"/>
            </w:pPr>
            <w:r>
              <w:rPr>
                <w:sz w:val="15"/>
              </w:rPr>
              <w:t>257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86883" w14:textId="77777777" w:rsidR="004550E7" w:rsidRDefault="00000000">
            <w:pPr>
              <w:jc w:val="center"/>
            </w:pPr>
            <w:r>
              <w:rPr>
                <w:sz w:val="15"/>
              </w:rPr>
              <w:t>14.68</w:t>
            </w:r>
          </w:p>
        </w:tc>
      </w:tr>
      <w:tr w:rsidR="004550E7" w14:paraId="4B5C1A4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A9EB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B43B9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E00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4C758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460BAB" w14:textId="77777777" w:rsidR="004550E7" w:rsidRDefault="00000000">
            <w:pPr>
              <w:jc w:val="center"/>
            </w:pPr>
            <w:r>
              <w:rPr>
                <w:sz w:val="15"/>
              </w:rPr>
              <w:t>255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A857A" w14:textId="77777777" w:rsidR="004550E7" w:rsidRDefault="00000000">
            <w:pPr>
              <w:jc w:val="center"/>
            </w:pPr>
            <w:r>
              <w:rPr>
                <w:sz w:val="15"/>
              </w:rPr>
              <w:t>217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F5172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437C3" w14:textId="77777777" w:rsidR="004550E7" w:rsidRDefault="00000000">
            <w:pPr>
              <w:jc w:val="center"/>
            </w:pPr>
            <w:r>
              <w:rPr>
                <w:sz w:val="15"/>
              </w:rPr>
              <w:t>6.109</w:t>
            </w:r>
          </w:p>
        </w:tc>
      </w:tr>
      <w:tr w:rsidR="004550E7" w14:paraId="416882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68882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3C3E1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8121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9D1BE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04F60" w14:textId="77777777" w:rsidR="004550E7" w:rsidRDefault="00000000">
            <w:pPr>
              <w:jc w:val="center"/>
            </w:pPr>
            <w:r>
              <w:rPr>
                <w:sz w:val="15"/>
              </w:rPr>
              <w:t>255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1D82F" w14:textId="77777777" w:rsidR="004550E7" w:rsidRDefault="00000000">
            <w:pPr>
              <w:jc w:val="center"/>
            </w:pPr>
            <w:r>
              <w:rPr>
                <w:sz w:val="15"/>
              </w:rPr>
              <w:t>207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FF79C2" w14:textId="77777777" w:rsidR="004550E7" w:rsidRDefault="00000000">
            <w:pPr>
              <w:jc w:val="center"/>
            </w:pPr>
            <w:r>
              <w:rPr>
                <w:sz w:val="15"/>
              </w:rPr>
              <w:t>238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EEFCE3" w14:textId="77777777" w:rsidR="004550E7" w:rsidRDefault="00000000">
            <w:pPr>
              <w:jc w:val="center"/>
            </w:pPr>
            <w:r>
              <w:rPr>
                <w:sz w:val="15"/>
              </w:rPr>
              <w:t>7.244</w:t>
            </w:r>
          </w:p>
        </w:tc>
      </w:tr>
      <w:tr w:rsidR="004550E7" w14:paraId="071EC66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37A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5534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7709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083691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221200" w14:textId="77777777" w:rsidR="004550E7" w:rsidRDefault="00000000">
            <w:pPr>
              <w:jc w:val="center"/>
            </w:pPr>
            <w:r>
              <w:rPr>
                <w:sz w:val="15"/>
              </w:rPr>
              <w:t>288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193BC1" w14:textId="77777777" w:rsidR="004550E7" w:rsidRDefault="00000000">
            <w:pPr>
              <w:jc w:val="center"/>
            </w:pPr>
            <w:r>
              <w:rPr>
                <w:sz w:val="15"/>
              </w:rPr>
              <w:t>242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625F8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B6BAE" w14:textId="77777777" w:rsidR="004550E7" w:rsidRDefault="00000000">
            <w:pPr>
              <w:jc w:val="center"/>
            </w:pPr>
            <w:r>
              <w:rPr>
                <w:sz w:val="15"/>
              </w:rPr>
              <w:t>12.066</w:t>
            </w:r>
          </w:p>
        </w:tc>
      </w:tr>
      <w:tr w:rsidR="004550E7" w14:paraId="2339C75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F4A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A564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CE0A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9307A3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98CF0E" w14:textId="77777777" w:rsidR="004550E7" w:rsidRDefault="00000000">
            <w:pPr>
              <w:jc w:val="center"/>
            </w:pPr>
            <w:r>
              <w:rPr>
                <w:sz w:val="15"/>
              </w:rPr>
              <w:t>262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4C39EF" w14:textId="77777777" w:rsidR="004550E7" w:rsidRDefault="00000000">
            <w:pPr>
              <w:jc w:val="center"/>
            </w:pPr>
            <w:r>
              <w:rPr>
                <w:sz w:val="15"/>
              </w:rPr>
              <w:t>226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7443E" w14:textId="77777777" w:rsidR="004550E7" w:rsidRDefault="00000000">
            <w:pPr>
              <w:jc w:val="center"/>
            </w:pPr>
            <w:r>
              <w:rPr>
                <w:sz w:val="15"/>
              </w:rPr>
              <w:t>242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E1BDC3" w14:textId="77777777" w:rsidR="004550E7" w:rsidRDefault="00000000">
            <w:pPr>
              <w:jc w:val="center"/>
            </w:pPr>
            <w:r>
              <w:rPr>
                <w:sz w:val="15"/>
              </w:rPr>
              <w:t>5.388</w:t>
            </w:r>
          </w:p>
        </w:tc>
      </w:tr>
      <w:tr w:rsidR="004550E7" w14:paraId="0EBDA2F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A23FB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72E56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8B5B4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BFA73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7DAC63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B2489" w14:textId="77777777" w:rsidR="004550E7" w:rsidRDefault="00000000">
            <w:pPr>
              <w:jc w:val="center"/>
            </w:pPr>
            <w:r>
              <w:rPr>
                <w:sz w:val="15"/>
              </w:rPr>
              <w:t>218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C57C0E" w14:textId="77777777" w:rsidR="004550E7" w:rsidRDefault="00000000">
            <w:pPr>
              <w:jc w:val="center"/>
            </w:pPr>
            <w:r>
              <w:rPr>
                <w:sz w:val="15"/>
              </w:rPr>
              <w:t>236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4E839" w14:textId="77777777" w:rsidR="004550E7" w:rsidRDefault="00000000">
            <w:pPr>
              <w:jc w:val="center"/>
            </w:pPr>
            <w:r>
              <w:rPr>
                <w:sz w:val="15"/>
              </w:rPr>
              <w:t>1.664</w:t>
            </w:r>
          </w:p>
        </w:tc>
      </w:tr>
      <w:tr w:rsidR="004550E7" w14:paraId="737A235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21591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6370C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EAE061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AED1C4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B20EA9" w14:textId="77777777" w:rsidR="004550E7" w:rsidRDefault="00000000">
            <w:pPr>
              <w:jc w:val="center"/>
            </w:pPr>
            <w:r>
              <w:rPr>
                <w:sz w:val="15"/>
              </w:rPr>
              <w:t>279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96E04" w14:textId="77777777" w:rsidR="004550E7" w:rsidRDefault="00000000">
            <w:pPr>
              <w:jc w:val="center"/>
            </w:pPr>
            <w:r>
              <w:rPr>
                <w:sz w:val="15"/>
              </w:rPr>
              <w:t>227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2E7CC6" w14:textId="77777777" w:rsidR="004550E7" w:rsidRDefault="00000000">
            <w:pPr>
              <w:jc w:val="center"/>
            </w:pPr>
            <w:r>
              <w:rPr>
                <w:sz w:val="15"/>
              </w:rPr>
              <w:t>246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75924C" w14:textId="77777777" w:rsidR="004550E7" w:rsidRDefault="00000000">
            <w:pPr>
              <w:jc w:val="center"/>
            </w:pPr>
            <w:r>
              <w:rPr>
                <w:sz w:val="15"/>
              </w:rPr>
              <w:t>7.315</w:t>
            </w:r>
          </w:p>
        </w:tc>
      </w:tr>
      <w:tr w:rsidR="004550E7" w14:paraId="27BBF90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AA56C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044F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1CF48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A9CF0E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791404" w14:textId="77777777" w:rsidR="004550E7" w:rsidRDefault="00000000">
            <w:pPr>
              <w:jc w:val="center"/>
            </w:pPr>
            <w:r>
              <w:rPr>
                <w:sz w:val="15"/>
              </w:rPr>
              <w:t>261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1C5AE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097129" w14:textId="77777777" w:rsidR="004550E7" w:rsidRDefault="00000000">
            <w:pPr>
              <w:jc w:val="center"/>
            </w:pPr>
            <w:r>
              <w:rPr>
                <w:sz w:val="15"/>
              </w:rPr>
              <w:t>240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720A4" w14:textId="77777777" w:rsidR="004550E7" w:rsidRDefault="00000000">
            <w:pPr>
              <w:jc w:val="center"/>
            </w:pPr>
            <w:r>
              <w:rPr>
                <w:sz w:val="15"/>
              </w:rPr>
              <w:t>10.061</w:t>
            </w:r>
          </w:p>
        </w:tc>
      </w:tr>
      <w:tr w:rsidR="004550E7" w14:paraId="154CE8C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4DB6B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792A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0DF9D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3F5B8F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A84868" w14:textId="77777777" w:rsidR="004550E7" w:rsidRDefault="00000000">
            <w:pPr>
              <w:jc w:val="center"/>
            </w:pPr>
            <w:r>
              <w:rPr>
                <w:sz w:val="15"/>
              </w:rPr>
              <w:t>281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EE6DE2" w14:textId="77777777" w:rsidR="004550E7" w:rsidRDefault="00000000">
            <w:pPr>
              <w:jc w:val="center"/>
            </w:pPr>
            <w:r>
              <w:rPr>
                <w:sz w:val="15"/>
              </w:rPr>
              <w:t>234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A6878" w14:textId="77777777" w:rsidR="004550E7" w:rsidRDefault="00000000">
            <w:pPr>
              <w:jc w:val="center"/>
            </w:pPr>
            <w:r>
              <w:rPr>
                <w:sz w:val="15"/>
              </w:rPr>
              <w:t>247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6969E" w14:textId="77777777" w:rsidR="004550E7" w:rsidRDefault="00000000">
            <w:pPr>
              <w:jc w:val="center"/>
            </w:pPr>
            <w:r>
              <w:rPr>
                <w:sz w:val="15"/>
              </w:rPr>
              <w:t>7.198</w:t>
            </w:r>
          </w:p>
        </w:tc>
      </w:tr>
      <w:tr w:rsidR="004550E7" w14:paraId="51F196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A77F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2984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C5F0BE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B17048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D4A08" w14:textId="77777777" w:rsidR="004550E7" w:rsidRDefault="00000000">
            <w:pPr>
              <w:jc w:val="center"/>
            </w:pPr>
            <w:r>
              <w:rPr>
                <w:sz w:val="15"/>
              </w:rPr>
              <w:t>292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DE082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1ABFA1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66C9D" w14:textId="77777777" w:rsidR="004550E7" w:rsidRDefault="00000000">
            <w:pPr>
              <w:jc w:val="center"/>
            </w:pPr>
            <w:r>
              <w:rPr>
                <w:sz w:val="15"/>
              </w:rPr>
              <w:t>15.051</w:t>
            </w:r>
          </w:p>
        </w:tc>
      </w:tr>
      <w:tr w:rsidR="004550E7" w14:paraId="2092EA4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33398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2979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EEB8C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CF5CAF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23851C" w14:textId="77777777" w:rsidR="004550E7" w:rsidRDefault="00000000">
            <w:pPr>
              <w:jc w:val="center"/>
            </w:pPr>
            <w:r>
              <w:rPr>
                <w:sz w:val="15"/>
              </w:rPr>
              <w:t>308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64D5B" w14:textId="77777777" w:rsidR="004550E7" w:rsidRDefault="00000000">
            <w:pPr>
              <w:jc w:val="center"/>
            </w:pPr>
            <w:r>
              <w:rPr>
                <w:sz w:val="15"/>
              </w:rPr>
              <w:t>226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C248CB" w14:textId="77777777" w:rsidR="004550E7" w:rsidRDefault="00000000">
            <w:pPr>
              <w:jc w:val="center"/>
            </w:pPr>
            <w:r>
              <w:rPr>
                <w:sz w:val="15"/>
              </w:rPr>
              <w:t>281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6F5815" w14:textId="77777777" w:rsidR="004550E7" w:rsidRDefault="00000000">
            <w:pPr>
              <w:jc w:val="center"/>
            </w:pPr>
            <w:r>
              <w:rPr>
                <w:sz w:val="15"/>
              </w:rPr>
              <w:t>13.43</w:t>
            </w:r>
          </w:p>
        </w:tc>
      </w:tr>
      <w:tr w:rsidR="004550E7" w14:paraId="25DBD69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329F0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BA55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D2AD4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4D8EB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692F90" w14:textId="77777777" w:rsidR="004550E7" w:rsidRDefault="00000000">
            <w:pPr>
              <w:jc w:val="center"/>
            </w:pPr>
            <w:r>
              <w:rPr>
                <w:sz w:val="15"/>
              </w:rPr>
              <w:t>312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297C7" w14:textId="77777777" w:rsidR="004550E7" w:rsidRDefault="00000000">
            <w:pPr>
              <w:jc w:val="center"/>
            </w:pPr>
            <w:r>
              <w:rPr>
                <w:sz w:val="15"/>
              </w:rPr>
              <w:t>221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959FC9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1FAA7A" w14:textId="77777777" w:rsidR="004550E7" w:rsidRDefault="00000000">
            <w:pPr>
              <w:jc w:val="center"/>
            </w:pPr>
            <w:r>
              <w:rPr>
                <w:sz w:val="15"/>
              </w:rPr>
              <w:t>10.715</w:t>
            </w:r>
          </w:p>
        </w:tc>
      </w:tr>
      <w:tr w:rsidR="004550E7" w14:paraId="29FAF3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C481F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BB17D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F03B4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8DCD75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FDCC5" w14:textId="77777777" w:rsidR="004550E7" w:rsidRDefault="00000000">
            <w:pPr>
              <w:jc w:val="center"/>
            </w:pPr>
            <w:r>
              <w:rPr>
                <w:sz w:val="15"/>
              </w:rPr>
              <w:t>271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54530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8C112F" w14:textId="77777777" w:rsidR="004550E7" w:rsidRDefault="00000000">
            <w:pPr>
              <w:jc w:val="center"/>
            </w:pPr>
            <w:r>
              <w:rPr>
                <w:sz w:val="15"/>
              </w:rPr>
              <w:t>250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7C349C" w14:textId="77777777" w:rsidR="004550E7" w:rsidRDefault="00000000">
            <w:pPr>
              <w:jc w:val="center"/>
            </w:pPr>
            <w:r>
              <w:rPr>
                <w:sz w:val="15"/>
              </w:rPr>
              <w:t>7.005</w:t>
            </w:r>
          </w:p>
        </w:tc>
      </w:tr>
      <w:tr w:rsidR="004550E7" w14:paraId="4C68AB5C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67E2FB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Plt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7B730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F9989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5F6479" w14:textId="77777777" w:rsidR="004550E7" w:rsidRDefault="00000000">
            <w:pPr>
              <w:jc w:val="center"/>
            </w:pPr>
            <w:r>
              <w:rPr>
                <w:sz w:val="15"/>
              </w:rPr>
              <w:t>1828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9E2F59" w14:textId="77777777" w:rsidR="004550E7" w:rsidRDefault="00000000">
            <w:pPr>
              <w:jc w:val="center"/>
            </w:pPr>
            <w:r>
              <w:rPr>
                <w:sz w:val="15"/>
              </w:rPr>
              <w:t>416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B6EC7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25B576" w14:textId="77777777" w:rsidR="004550E7" w:rsidRDefault="00000000">
            <w:pPr>
              <w:jc w:val="center"/>
            </w:pPr>
            <w:r>
              <w:rPr>
                <w:sz w:val="15"/>
              </w:rPr>
              <w:t>150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AF62A7" w14:textId="77777777" w:rsidR="004550E7" w:rsidRDefault="00000000">
            <w:pPr>
              <w:jc w:val="center"/>
            </w:pPr>
            <w:r>
              <w:rPr>
                <w:sz w:val="15"/>
              </w:rPr>
              <w:t>9.962</w:t>
            </w:r>
          </w:p>
        </w:tc>
      </w:tr>
      <w:tr w:rsidR="004550E7" w14:paraId="091F01E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82CAA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5478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5DE3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1B759F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7C15BA" w14:textId="77777777" w:rsidR="004550E7" w:rsidRDefault="00000000">
            <w:pPr>
              <w:jc w:val="center"/>
            </w:pPr>
            <w:r>
              <w:rPr>
                <w:sz w:val="15"/>
              </w:rPr>
              <w:t>184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A468F" w14:textId="77777777" w:rsidR="004550E7" w:rsidRDefault="00000000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18217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F8714A" w14:textId="77777777" w:rsidR="004550E7" w:rsidRDefault="00000000">
            <w:pPr>
              <w:jc w:val="center"/>
            </w:pPr>
            <w:r>
              <w:rPr>
                <w:sz w:val="15"/>
              </w:rPr>
              <w:t>5.962</w:t>
            </w:r>
          </w:p>
        </w:tc>
      </w:tr>
      <w:tr w:rsidR="004550E7" w14:paraId="43ADCAA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996C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982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2D439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85FE65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7D5809" w14:textId="77777777" w:rsidR="004550E7" w:rsidRDefault="00000000">
            <w:pPr>
              <w:jc w:val="center"/>
            </w:pPr>
            <w:r>
              <w:rPr>
                <w:sz w:val="15"/>
              </w:rPr>
              <w:t>164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A727F6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4E847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3FB273" w14:textId="77777777" w:rsidR="004550E7" w:rsidRDefault="00000000">
            <w:pPr>
              <w:jc w:val="center"/>
            </w:pPr>
            <w:r>
              <w:rPr>
                <w:sz w:val="15"/>
              </w:rPr>
              <w:t>6.311</w:t>
            </w:r>
          </w:p>
        </w:tc>
      </w:tr>
      <w:tr w:rsidR="004550E7" w14:paraId="1B3B1EB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36F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0873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1777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1FBEF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0ACD87" w14:textId="77777777" w:rsidR="004550E7" w:rsidRDefault="00000000">
            <w:pPr>
              <w:jc w:val="center"/>
            </w:pPr>
            <w:r>
              <w:rPr>
                <w:sz w:val="15"/>
              </w:rPr>
              <w:t>161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7B7562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52F310" w14:textId="77777777" w:rsidR="004550E7" w:rsidRDefault="00000000">
            <w:pPr>
              <w:jc w:val="center"/>
            </w:pPr>
            <w:r>
              <w:rPr>
                <w:sz w:val="15"/>
              </w:rPr>
              <w:t>144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438B12" w14:textId="77777777" w:rsidR="004550E7" w:rsidRDefault="00000000">
            <w:pPr>
              <w:jc w:val="center"/>
            </w:pPr>
            <w:r>
              <w:rPr>
                <w:sz w:val="15"/>
              </w:rPr>
              <w:t>4.746</w:t>
            </w:r>
          </w:p>
        </w:tc>
      </w:tr>
      <w:tr w:rsidR="004550E7" w14:paraId="4B238D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15F8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ECD0D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1410C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D5AD16" w14:textId="77777777" w:rsidR="004550E7" w:rsidRDefault="00000000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E27AB" w14:textId="77777777" w:rsidR="004550E7" w:rsidRDefault="00000000">
            <w:pPr>
              <w:jc w:val="center"/>
            </w:pPr>
            <w:r>
              <w:rPr>
                <w:sz w:val="15"/>
              </w:rPr>
              <w:t>337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49C92" w14:textId="77777777" w:rsidR="004550E7" w:rsidRDefault="00000000">
            <w:pPr>
              <w:jc w:val="center"/>
            </w:pPr>
            <w:r>
              <w:rPr>
                <w:sz w:val="15"/>
              </w:rPr>
              <w:t>121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975186" w14:textId="77777777" w:rsidR="004550E7" w:rsidRDefault="00000000">
            <w:pPr>
              <w:jc w:val="center"/>
            </w:pPr>
            <w:r>
              <w:rPr>
                <w:sz w:val="15"/>
              </w:rPr>
              <w:t>144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1F5C45" w14:textId="77777777" w:rsidR="004550E7" w:rsidRDefault="00000000">
            <w:pPr>
              <w:jc w:val="center"/>
            </w:pPr>
            <w:r>
              <w:rPr>
                <w:sz w:val="15"/>
              </w:rPr>
              <w:t>11.9</w:t>
            </w:r>
          </w:p>
        </w:tc>
      </w:tr>
      <w:tr w:rsidR="004550E7" w14:paraId="28588D7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FFBC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E40F3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28F2F9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DF832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2789C7" w14:textId="77777777" w:rsidR="004550E7" w:rsidRDefault="00000000">
            <w:pPr>
              <w:jc w:val="center"/>
            </w:pPr>
            <w:r>
              <w:rPr>
                <w:sz w:val="15"/>
              </w:rPr>
              <w:t>238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DD7B8C" w14:textId="77777777" w:rsidR="004550E7" w:rsidRDefault="00000000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9850D" w14:textId="77777777" w:rsidR="004550E7" w:rsidRDefault="00000000">
            <w:pPr>
              <w:jc w:val="center"/>
            </w:pPr>
            <w:r>
              <w:rPr>
                <w:sz w:val="15"/>
              </w:rPr>
              <w:t>146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1F960" w14:textId="77777777" w:rsidR="004550E7" w:rsidRDefault="00000000">
            <w:pPr>
              <w:jc w:val="center"/>
            </w:pPr>
            <w:r>
              <w:rPr>
                <w:sz w:val="15"/>
              </w:rPr>
              <w:t>7.751</w:t>
            </w:r>
          </w:p>
        </w:tc>
      </w:tr>
      <w:tr w:rsidR="004550E7" w14:paraId="7118CD5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749B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4FD7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4D0A0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86D781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0660B5" w14:textId="77777777" w:rsidR="004550E7" w:rsidRDefault="00000000">
            <w:pPr>
              <w:jc w:val="center"/>
            </w:pPr>
            <w:r>
              <w:rPr>
                <w:sz w:val="15"/>
              </w:rPr>
              <w:t>416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B8C883" w14:textId="77777777" w:rsidR="004550E7" w:rsidRDefault="00000000">
            <w:pPr>
              <w:jc w:val="center"/>
            </w:pPr>
            <w:r>
              <w:rPr>
                <w:sz w:val="15"/>
              </w:rPr>
              <w:t>113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F10B60" w14:textId="77777777" w:rsidR="004550E7" w:rsidRDefault="00000000">
            <w:pPr>
              <w:jc w:val="center"/>
            </w:pPr>
            <w:r>
              <w:rPr>
                <w:sz w:val="15"/>
              </w:rPr>
              <w:t>136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4E4E25" w14:textId="77777777" w:rsidR="004550E7" w:rsidRDefault="00000000">
            <w:pPr>
              <w:jc w:val="center"/>
            </w:pPr>
            <w:r>
              <w:rPr>
                <w:sz w:val="15"/>
              </w:rPr>
              <w:t>12.096</w:t>
            </w:r>
          </w:p>
        </w:tc>
      </w:tr>
      <w:tr w:rsidR="004550E7" w14:paraId="1BBE1C3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8A4BA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85702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2B84B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90564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B8350" w14:textId="77777777" w:rsidR="004550E7" w:rsidRDefault="00000000">
            <w:pPr>
              <w:jc w:val="center"/>
            </w:pPr>
            <w:r>
              <w:rPr>
                <w:sz w:val="15"/>
              </w:rPr>
              <w:t>155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98EDE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ACFC2" w14:textId="77777777" w:rsidR="004550E7" w:rsidRDefault="00000000">
            <w:pPr>
              <w:jc w:val="center"/>
            </w:pPr>
            <w:r>
              <w:rPr>
                <w:sz w:val="15"/>
              </w:rPr>
              <w:t>142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314202" w14:textId="77777777" w:rsidR="004550E7" w:rsidRDefault="00000000">
            <w:pPr>
              <w:jc w:val="center"/>
            </w:pPr>
            <w:r>
              <w:rPr>
                <w:sz w:val="15"/>
              </w:rPr>
              <w:t>2.606</w:t>
            </w:r>
          </w:p>
        </w:tc>
      </w:tr>
      <w:tr w:rsidR="004550E7" w14:paraId="197EBFA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4D73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622E1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8DFAA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670A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D6EAC" w14:textId="77777777" w:rsidR="004550E7" w:rsidRDefault="00000000">
            <w:pPr>
              <w:jc w:val="center"/>
            </w:pPr>
            <w:r>
              <w:rPr>
                <w:sz w:val="15"/>
              </w:rPr>
              <w:t>242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B7D72" w14:textId="77777777" w:rsidR="004550E7" w:rsidRDefault="00000000">
            <w:pPr>
              <w:jc w:val="center"/>
            </w:pPr>
            <w:r>
              <w:rPr>
                <w:sz w:val="15"/>
              </w:rPr>
              <w:t>133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886AC3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74877E" w14:textId="77777777" w:rsidR="004550E7" w:rsidRDefault="00000000">
            <w:pPr>
              <w:jc w:val="center"/>
            </w:pPr>
            <w:r>
              <w:rPr>
                <w:sz w:val="15"/>
              </w:rPr>
              <w:t>12.513</w:t>
            </w:r>
          </w:p>
        </w:tc>
      </w:tr>
      <w:tr w:rsidR="004550E7" w14:paraId="53983F1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8AF2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8EEF5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7FA1CF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6F628E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24D20E" w14:textId="77777777" w:rsidR="004550E7" w:rsidRDefault="00000000">
            <w:pPr>
              <w:jc w:val="center"/>
            </w:pPr>
            <w:r>
              <w:rPr>
                <w:sz w:val="15"/>
              </w:rPr>
              <w:t>176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9B2F37" w14:textId="77777777" w:rsidR="004550E7" w:rsidRDefault="00000000">
            <w:pPr>
              <w:jc w:val="center"/>
            </w:pPr>
            <w:r>
              <w:rPr>
                <w:sz w:val="15"/>
              </w:rPr>
              <w:t>106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F1970" w14:textId="77777777" w:rsidR="004550E7" w:rsidRDefault="00000000">
            <w:pPr>
              <w:jc w:val="center"/>
            </w:pPr>
            <w:r>
              <w:rPr>
                <w:sz w:val="15"/>
              </w:rPr>
              <w:t>156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2FA9F7" w14:textId="77777777" w:rsidR="004550E7" w:rsidRDefault="00000000">
            <w:pPr>
              <w:jc w:val="center"/>
            </w:pPr>
            <w:r>
              <w:rPr>
                <w:sz w:val="15"/>
              </w:rPr>
              <w:t>6.532</w:t>
            </w:r>
          </w:p>
        </w:tc>
      </w:tr>
      <w:tr w:rsidR="004550E7" w14:paraId="4144C81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A72A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D948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C82F2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4B2EB" w14:textId="77777777" w:rsidR="004550E7" w:rsidRDefault="00000000">
            <w:pPr>
              <w:jc w:val="center"/>
            </w:pPr>
            <w:r>
              <w:rPr>
                <w:sz w:val="15"/>
              </w:rPr>
              <w:t>278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0C879" w14:textId="77777777" w:rsidR="004550E7" w:rsidRDefault="00000000">
            <w:pPr>
              <w:jc w:val="center"/>
            </w:pPr>
            <w:r>
              <w:rPr>
                <w:sz w:val="15"/>
              </w:rPr>
              <w:t>333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E7A166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279EEB" w14:textId="77777777" w:rsidR="004550E7" w:rsidRDefault="00000000">
            <w:pPr>
              <w:jc w:val="center"/>
            </w:pPr>
            <w:r>
              <w:rPr>
                <w:sz w:val="15"/>
              </w:rPr>
              <w:t>160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08878B" w14:textId="77777777" w:rsidR="004550E7" w:rsidRDefault="00000000">
            <w:pPr>
              <w:jc w:val="center"/>
            </w:pPr>
            <w:r>
              <w:rPr>
                <w:sz w:val="15"/>
              </w:rPr>
              <w:t>5.935</w:t>
            </w:r>
          </w:p>
        </w:tc>
      </w:tr>
      <w:tr w:rsidR="004550E7" w14:paraId="10111D3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D307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80B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BC23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86F39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3C2E31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C4E012" w14:textId="77777777" w:rsidR="004550E7" w:rsidRDefault="00000000">
            <w:pPr>
              <w:jc w:val="center"/>
            </w:pPr>
            <w:r>
              <w:rPr>
                <w:sz w:val="15"/>
              </w:rPr>
              <w:t>130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D4FD50" w14:textId="77777777" w:rsidR="004550E7" w:rsidRDefault="00000000">
            <w:pPr>
              <w:jc w:val="center"/>
            </w:pPr>
            <w:r>
              <w:rPr>
                <w:sz w:val="15"/>
              </w:rPr>
              <w:t>159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06B9C3" w14:textId="77777777" w:rsidR="004550E7" w:rsidRDefault="00000000">
            <w:pPr>
              <w:jc w:val="center"/>
            </w:pPr>
            <w:r>
              <w:rPr>
                <w:sz w:val="15"/>
              </w:rPr>
              <w:t>7.254</w:t>
            </w:r>
          </w:p>
        </w:tc>
      </w:tr>
      <w:tr w:rsidR="004550E7" w14:paraId="686F436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99D9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2EC2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E7EF2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CF9347" w14:textId="77777777" w:rsidR="004550E7" w:rsidRDefault="00000000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1BCEB" w14:textId="77777777" w:rsidR="004550E7" w:rsidRDefault="00000000">
            <w:pPr>
              <w:jc w:val="center"/>
            </w:pPr>
            <w:r>
              <w:rPr>
                <w:sz w:val="15"/>
              </w:rPr>
              <w:t>194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97112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037006" w14:textId="77777777" w:rsidR="004550E7" w:rsidRDefault="00000000">
            <w:pPr>
              <w:jc w:val="center"/>
            </w:pPr>
            <w:r>
              <w:rPr>
                <w:sz w:val="15"/>
              </w:rPr>
              <w:t>165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ED374D" w14:textId="77777777" w:rsidR="004550E7" w:rsidRDefault="00000000">
            <w:pPr>
              <w:jc w:val="center"/>
            </w:pPr>
            <w:r>
              <w:rPr>
                <w:sz w:val="15"/>
              </w:rPr>
              <w:t>8.043</w:t>
            </w:r>
          </w:p>
        </w:tc>
      </w:tr>
      <w:tr w:rsidR="004550E7" w14:paraId="4230AE6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79299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3CA28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32E7E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6ABB4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261A18" w14:textId="77777777" w:rsidR="004550E7" w:rsidRDefault="00000000">
            <w:pPr>
              <w:jc w:val="center"/>
            </w:pPr>
            <w:r>
              <w:rPr>
                <w:sz w:val="15"/>
              </w:rPr>
              <w:t>162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C3CE61" w14:textId="77777777" w:rsidR="004550E7" w:rsidRDefault="00000000">
            <w:pPr>
              <w:jc w:val="center"/>
            </w:pPr>
            <w:r>
              <w:rPr>
                <w:sz w:val="15"/>
              </w:rPr>
              <w:t>140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D139E7" w14:textId="77777777" w:rsidR="004550E7" w:rsidRDefault="00000000">
            <w:pPr>
              <w:jc w:val="center"/>
            </w:pPr>
            <w:r>
              <w:rPr>
                <w:sz w:val="15"/>
              </w:rPr>
              <w:t>155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A72484" w14:textId="77777777" w:rsidR="004550E7" w:rsidRDefault="00000000">
            <w:pPr>
              <w:jc w:val="center"/>
            </w:pPr>
            <w:r>
              <w:rPr>
                <w:sz w:val="15"/>
              </w:rPr>
              <w:t>4.163</w:t>
            </w:r>
          </w:p>
        </w:tc>
      </w:tr>
      <w:tr w:rsidR="004550E7" w14:paraId="68D08DB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9E6B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8435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55C7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EA1CE5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637634" w14:textId="77777777" w:rsidR="004550E7" w:rsidRDefault="00000000">
            <w:pPr>
              <w:jc w:val="center"/>
            </w:pPr>
            <w:r>
              <w:rPr>
                <w:sz w:val="15"/>
              </w:rPr>
              <w:t>160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A69C7" w14:textId="77777777" w:rsidR="004550E7" w:rsidRDefault="00000000">
            <w:pPr>
              <w:jc w:val="center"/>
            </w:pPr>
            <w:r>
              <w:rPr>
                <w:sz w:val="15"/>
              </w:rPr>
              <w:t>129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8DCAC" w14:textId="77777777" w:rsidR="004550E7" w:rsidRDefault="00000000">
            <w:pPr>
              <w:jc w:val="center"/>
            </w:pPr>
            <w:r>
              <w:rPr>
                <w:sz w:val="15"/>
              </w:rPr>
              <w:t>150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B6831C" w14:textId="77777777" w:rsidR="004550E7" w:rsidRDefault="00000000">
            <w:pPr>
              <w:jc w:val="center"/>
            </w:pPr>
            <w:r>
              <w:rPr>
                <w:sz w:val="15"/>
              </w:rPr>
              <w:t>7.863</w:t>
            </w:r>
          </w:p>
        </w:tc>
      </w:tr>
      <w:tr w:rsidR="004550E7" w14:paraId="5980749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DA207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D484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6AC91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B0AC5A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0F05B" w14:textId="77777777" w:rsidR="004550E7" w:rsidRDefault="00000000">
            <w:pPr>
              <w:jc w:val="center"/>
            </w:pPr>
            <w:r>
              <w:rPr>
                <w:sz w:val="15"/>
              </w:rPr>
              <w:t>179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A1B00B" w14:textId="77777777" w:rsidR="004550E7" w:rsidRDefault="00000000">
            <w:pPr>
              <w:jc w:val="center"/>
            </w:pPr>
            <w:r>
              <w:rPr>
                <w:sz w:val="15"/>
              </w:rPr>
              <w:t>153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EB7FCB" w14:textId="77777777" w:rsidR="004550E7" w:rsidRDefault="00000000">
            <w:pPr>
              <w:jc w:val="center"/>
            </w:pPr>
            <w:r>
              <w:rPr>
                <w:sz w:val="15"/>
              </w:rPr>
              <w:t>166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927ADE" w14:textId="77777777" w:rsidR="004550E7" w:rsidRDefault="00000000">
            <w:pPr>
              <w:jc w:val="center"/>
            </w:pPr>
            <w:r>
              <w:rPr>
                <w:sz w:val="15"/>
              </w:rPr>
              <w:t>8.232</w:t>
            </w:r>
          </w:p>
        </w:tc>
      </w:tr>
      <w:tr w:rsidR="004550E7" w14:paraId="295DAA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0655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1CE80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D513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0B51E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12474" w14:textId="77777777" w:rsidR="004550E7" w:rsidRDefault="00000000">
            <w:pPr>
              <w:jc w:val="center"/>
            </w:pPr>
            <w:r>
              <w:rPr>
                <w:sz w:val="15"/>
              </w:rPr>
              <w:t>165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046D7" w14:textId="77777777" w:rsidR="004550E7" w:rsidRDefault="00000000">
            <w:pPr>
              <w:jc w:val="center"/>
            </w:pPr>
            <w:r>
              <w:rPr>
                <w:sz w:val="15"/>
              </w:rPr>
              <w:t>110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5A71A2" w14:textId="77777777" w:rsidR="004550E7" w:rsidRDefault="00000000">
            <w:pPr>
              <w:jc w:val="center"/>
            </w:pPr>
            <w:r>
              <w:rPr>
                <w:sz w:val="15"/>
              </w:rPr>
              <w:t>155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6314A" w14:textId="77777777" w:rsidR="004550E7" w:rsidRDefault="00000000">
            <w:pPr>
              <w:jc w:val="center"/>
            </w:pPr>
            <w:r>
              <w:rPr>
                <w:sz w:val="15"/>
              </w:rPr>
              <w:t>6.996</w:t>
            </w:r>
          </w:p>
        </w:tc>
      </w:tr>
      <w:tr w:rsidR="004550E7" w14:paraId="3F500C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CF4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F071C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4A34EA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CC96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2655F1" w14:textId="77777777" w:rsidR="004550E7" w:rsidRDefault="00000000">
            <w:pPr>
              <w:jc w:val="center"/>
            </w:pPr>
            <w:r>
              <w:rPr>
                <w:sz w:val="15"/>
              </w:rPr>
              <w:t>172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BBF84F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31CEE7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DB7CD0" w14:textId="77777777" w:rsidR="004550E7" w:rsidRDefault="00000000">
            <w:pPr>
              <w:jc w:val="center"/>
            </w:pPr>
            <w:r>
              <w:rPr>
                <w:sz w:val="15"/>
              </w:rPr>
              <w:t>1.74</w:t>
            </w:r>
          </w:p>
        </w:tc>
      </w:tr>
      <w:tr w:rsidR="004550E7" w14:paraId="437F19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E977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9679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C47C1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D94217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C94DFC" w14:textId="77777777" w:rsidR="004550E7" w:rsidRDefault="00000000">
            <w:pPr>
              <w:jc w:val="center"/>
            </w:pPr>
            <w:r>
              <w:rPr>
                <w:sz w:val="15"/>
              </w:rPr>
              <w:t>172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C1B062" w14:textId="77777777" w:rsidR="004550E7" w:rsidRDefault="00000000">
            <w:pPr>
              <w:jc w:val="center"/>
            </w:pPr>
            <w:r>
              <w:rPr>
                <w:sz w:val="15"/>
              </w:rPr>
              <w:t>137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9898C2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293FBD" w14:textId="77777777" w:rsidR="004550E7" w:rsidRDefault="00000000">
            <w:pPr>
              <w:jc w:val="center"/>
            </w:pPr>
            <w:r>
              <w:rPr>
                <w:sz w:val="15"/>
              </w:rPr>
              <w:t>4.836</w:t>
            </w:r>
          </w:p>
        </w:tc>
      </w:tr>
      <w:tr w:rsidR="004550E7" w14:paraId="12EB624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0C41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37E36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1B7507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65777F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A5F09E" w14:textId="77777777" w:rsidR="004550E7" w:rsidRDefault="00000000">
            <w:pPr>
              <w:jc w:val="center"/>
            </w:pPr>
            <w:r>
              <w:rPr>
                <w:sz w:val="15"/>
              </w:rPr>
              <w:t>166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0CC10D" w14:textId="77777777" w:rsidR="004550E7" w:rsidRDefault="00000000">
            <w:pPr>
              <w:jc w:val="center"/>
            </w:pPr>
            <w:r>
              <w:rPr>
                <w:sz w:val="15"/>
              </w:rPr>
              <w:t>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6FFE3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A3A486" w14:textId="77777777" w:rsidR="004550E7" w:rsidRDefault="00000000">
            <w:pPr>
              <w:jc w:val="center"/>
            </w:pPr>
            <w:r>
              <w:rPr>
                <w:sz w:val="15"/>
              </w:rPr>
              <w:t>6.31</w:t>
            </w:r>
          </w:p>
        </w:tc>
      </w:tr>
      <w:tr w:rsidR="004550E7" w14:paraId="2A3AE20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26F19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0F5B5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EF914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167F7C" w14:textId="77777777" w:rsidR="004550E7" w:rsidRDefault="00000000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57E68" w14:textId="77777777" w:rsidR="004550E7" w:rsidRDefault="00000000">
            <w:pPr>
              <w:jc w:val="center"/>
            </w:pPr>
            <w:r>
              <w:rPr>
                <w:sz w:val="15"/>
              </w:rPr>
              <w:t>162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6F24C2" w14:textId="77777777" w:rsidR="004550E7" w:rsidRDefault="00000000">
            <w:pPr>
              <w:jc w:val="center"/>
            </w:pPr>
            <w:r>
              <w:rPr>
                <w:sz w:val="15"/>
              </w:rPr>
              <w:t>138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E22387" w14:textId="77777777" w:rsidR="004550E7" w:rsidRDefault="00000000">
            <w:pPr>
              <w:jc w:val="center"/>
            </w:pPr>
            <w:r>
              <w:rPr>
                <w:sz w:val="15"/>
              </w:rPr>
              <w:t>150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9F863" w14:textId="77777777" w:rsidR="004550E7" w:rsidRDefault="00000000">
            <w:pPr>
              <w:jc w:val="center"/>
            </w:pPr>
            <w:r>
              <w:rPr>
                <w:sz w:val="15"/>
              </w:rPr>
              <w:t>5.643</w:t>
            </w:r>
          </w:p>
        </w:tc>
      </w:tr>
      <w:tr w:rsidR="004550E7" w14:paraId="7705E34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E0E3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75495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8BB997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BC308" w14:textId="77777777" w:rsidR="004550E7" w:rsidRDefault="00000000">
            <w:pPr>
              <w:jc w:val="center"/>
            </w:pPr>
            <w:r>
              <w:rPr>
                <w:sz w:val="15"/>
              </w:rPr>
              <w:t>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55B00C" w14:textId="77777777" w:rsidR="004550E7" w:rsidRDefault="00000000">
            <w:pPr>
              <w:jc w:val="center"/>
            </w:pPr>
            <w:r>
              <w:rPr>
                <w:sz w:val="15"/>
              </w:rPr>
              <w:t>266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4F814B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2003BE" w14:textId="77777777" w:rsidR="004550E7" w:rsidRDefault="00000000">
            <w:pPr>
              <w:jc w:val="center"/>
            </w:pPr>
            <w:r>
              <w:rPr>
                <w:sz w:val="15"/>
              </w:rPr>
              <w:t>149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C86A2" w14:textId="77777777" w:rsidR="004550E7" w:rsidRDefault="00000000">
            <w:pPr>
              <w:jc w:val="center"/>
            </w:pPr>
            <w:r>
              <w:rPr>
                <w:sz w:val="15"/>
              </w:rPr>
              <w:t>10.206</w:t>
            </w:r>
          </w:p>
        </w:tc>
      </w:tr>
      <w:tr w:rsidR="004550E7" w14:paraId="64CD4D2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EDAA6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AF42D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A494B0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90890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FA7A58" w14:textId="77777777" w:rsidR="004550E7" w:rsidRDefault="00000000">
            <w:pPr>
              <w:jc w:val="center"/>
            </w:pPr>
            <w:r>
              <w:rPr>
                <w:sz w:val="15"/>
              </w:rPr>
              <w:t>188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44987" w14:textId="77777777" w:rsidR="004550E7" w:rsidRDefault="00000000">
            <w:pPr>
              <w:jc w:val="center"/>
            </w:pPr>
            <w:r>
              <w:rPr>
                <w:sz w:val="15"/>
              </w:rPr>
              <w:t>132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F5856E" w14:textId="77777777" w:rsidR="004550E7" w:rsidRDefault="00000000">
            <w:pPr>
              <w:jc w:val="center"/>
            </w:pPr>
            <w:r>
              <w:rPr>
                <w:sz w:val="15"/>
              </w:rPr>
              <w:t>171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C8813" w14:textId="77777777" w:rsidR="004550E7" w:rsidRDefault="00000000">
            <w:pPr>
              <w:jc w:val="center"/>
            </w:pPr>
            <w:r>
              <w:rPr>
                <w:sz w:val="15"/>
              </w:rPr>
              <w:t>6.801</w:t>
            </w:r>
          </w:p>
        </w:tc>
      </w:tr>
      <w:tr w:rsidR="004550E7" w14:paraId="3E0FC20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1645A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7B327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4C09C6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FC53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E02D0" w14:textId="77777777" w:rsidR="004550E7" w:rsidRDefault="00000000">
            <w:pPr>
              <w:jc w:val="center"/>
            </w:pPr>
            <w:r>
              <w:rPr>
                <w:sz w:val="15"/>
              </w:rPr>
              <w:t>386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1E96A3" w14:textId="77777777" w:rsidR="004550E7" w:rsidRDefault="00000000">
            <w:pPr>
              <w:jc w:val="center"/>
            </w:pPr>
            <w:r>
              <w:rPr>
                <w:sz w:val="15"/>
              </w:rPr>
              <w:t>145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85EA72" w14:textId="77777777" w:rsidR="004550E7" w:rsidRDefault="00000000">
            <w:pPr>
              <w:jc w:val="center"/>
            </w:pPr>
            <w:r>
              <w:rPr>
                <w:sz w:val="15"/>
              </w:rPr>
              <w:t>159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7FDB60" w14:textId="77777777" w:rsidR="004550E7" w:rsidRDefault="00000000">
            <w:pPr>
              <w:jc w:val="center"/>
            </w:pPr>
            <w:r>
              <w:rPr>
                <w:sz w:val="15"/>
              </w:rPr>
              <w:t>11.243</w:t>
            </w:r>
          </w:p>
        </w:tc>
      </w:tr>
      <w:tr w:rsidR="004550E7" w14:paraId="14246BB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42D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AF3EA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3C405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83B980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03A7E" w14:textId="77777777" w:rsidR="004550E7" w:rsidRDefault="00000000">
            <w:pPr>
              <w:jc w:val="center"/>
            </w:pPr>
            <w:r>
              <w:rPr>
                <w:sz w:val="15"/>
              </w:rPr>
              <w:t>180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80C931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B33957" w14:textId="77777777" w:rsidR="004550E7" w:rsidRDefault="00000000">
            <w:pPr>
              <w:jc w:val="center"/>
            </w:pPr>
            <w:r>
              <w:rPr>
                <w:sz w:val="15"/>
              </w:rPr>
              <w:t>165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AB7E97" w14:textId="77777777" w:rsidR="004550E7" w:rsidRDefault="00000000">
            <w:pPr>
              <w:jc w:val="center"/>
            </w:pPr>
            <w:r>
              <w:rPr>
                <w:sz w:val="15"/>
              </w:rPr>
              <w:t>1.8</w:t>
            </w:r>
          </w:p>
        </w:tc>
      </w:tr>
      <w:tr w:rsidR="004550E7" w14:paraId="7892FA45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4B42D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MCV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C10FB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85CD5C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23F407" w14:textId="77777777" w:rsidR="004550E7" w:rsidRDefault="00000000">
            <w:pPr>
              <w:jc w:val="center"/>
            </w:pPr>
            <w:r>
              <w:rPr>
                <w:sz w:val="15"/>
              </w:rPr>
              <w:t>1821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56D76" w14:textId="77777777" w:rsidR="004550E7" w:rsidRDefault="00000000">
            <w:pPr>
              <w:jc w:val="center"/>
            </w:pPr>
            <w:r>
              <w:rPr>
                <w:sz w:val="15"/>
              </w:rPr>
              <w:t>87.7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551531" w14:textId="77777777" w:rsidR="004550E7" w:rsidRDefault="00000000">
            <w:pPr>
              <w:jc w:val="center"/>
            </w:pPr>
            <w:r>
              <w:rPr>
                <w:sz w:val="15"/>
              </w:rPr>
              <w:t>10.9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AE406" w14:textId="77777777" w:rsidR="004550E7" w:rsidRDefault="00000000">
            <w:pPr>
              <w:jc w:val="center"/>
            </w:pPr>
            <w:r>
              <w:rPr>
                <w:sz w:val="15"/>
              </w:rPr>
              <w:t>54.6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AA9140" w14:textId="77777777" w:rsidR="004550E7" w:rsidRDefault="00000000">
            <w:pPr>
              <w:jc w:val="center"/>
            </w:pPr>
            <w:r>
              <w:rPr>
                <w:sz w:val="15"/>
              </w:rPr>
              <w:t>2.411</w:t>
            </w:r>
          </w:p>
        </w:tc>
      </w:tr>
      <w:tr w:rsidR="004550E7" w14:paraId="6EA6E2A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9827D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3D703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6092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8FE18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8C705" w14:textId="77777777" w:rsidR="004550E7" w:rsidRDefault="00000000">
            <w:pPr>
              <w:jc w:val="center"/>
            </w:pPr>
            <w:r>
              <w:rPr>
                <w:sz w:val="15"/>
              </w:rPr>
              <w:t>60.2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7DEAA" w14:textId="77777777" w:rsidR="004550E7" w:rsidRDefault="00000000">
            <w:pPr>
              <w:jc w:val="center"/>
            </w:pPr>
            <w:r>
              <w:rPr>
                <w:sz w:val="15"/>
              </w:rPr>
              <w:t>10.9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5DD0D" w14:textId="77777777" w:rsidR="004550E7" w:rsidRDefault="00000000">
            <w:pPr>
              <w:jc w:val="center"/>
            </w:pPr>
            <w:r>
              <w:rPr>
                <w:sz w:val="15"/>
              </w:rPr>
              <w:t>55.2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7E0587" w14:textId="77777777" w:rsidR="004550E7" w:rsidRDefault="00000000">
            <w:pPr>
              <w:jc w:val="center"/>
            </w:pPr>
            <w:r>
              <w:rPr>
                <w:sz w:val="15"/>
              </w:rPr>
              <w:t>1.498</w:t>
            </w:r>
          </w:p>
        </w:tc>
      </w:tr>
      <w:tr w:rsidR="004550E7" w14:paraId="2F7AD8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52465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11C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7FB02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6273B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BD275" w14:textId="77777777" w:rsidR="004550E7" w:rsidRDefault="00000000">
            <w:pPr>
              <w:jc w:val="center"/>
            </w:pPr>
            <w:r>
              <w:rPr>
                <w:sz w:val="15"/>
              </w:rPr>
              <w:t>87.7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5AC0A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5FE29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042E8F" w14:textId="77777777" w:rsidR="004550E7" w:rsidRDefault="00000000">
            <w:pPr>
              <w:jc w:val="center"/>
            </w:pPr>
            <w:r>
              <w:rPr>
                <w:sz w:val="15"/>
              </w:rPr>
              <w:t>1.554</w:t>
            </w:r>
          </w:p>
        </w:tc>
      </w:tr>
      <w:tr w:rsidR="004550E7" w14:paraId="732F565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C6E0D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ACB74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FF0AF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44AB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C450E3" w14:textId="77777777" w:rsidR="004550E7" w:rsidRDefault="00000000">
            <w:pPr>
              <w:jc w:val="center"/>
            </w:pPr>
            <w:r>
              <w:rPr>
                <w:sz w:val="15"/>
              </w:rPr>
              <w:t>59.6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FE3AA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DCA60" w14:textId="77777777" w:rsidR="004550E7" w:rsidRDefault="00000000">
            <w:pPr>
              <w:jc w:val="center"/>
            </w:pPr>
            <w:r>
              <w:rPr>
                <w:sz w:val="15"/>
              </w:rPr>
              <w:t>56.6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3981A5" w14:textId="77777777" w:rsidR="004550E7" w:rsidRDefault="00000000">
            <w:pPr>
              <w:jc w:val="center"/>
            </w:pPr>
            <w:r>
              <w:rPr>
                <w:sz w:val="15"/>
              </w:rPr>
              <w:t>1.023</w:t>
            </w:r>
          </w:p>
        </w:tc>
      </w:tr>
      <w:tr w:rsidR="004550E7" w14:paraId="27E500C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0FC7F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77D58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46904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1ABD08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2947A" w14:textId="77777777" w:rsidR="004550E7" w:rsidRDefault="00000000">
            <w:pPr>
              <w:jc w:val="center"/>
            </w:pPr>
            <w:r>
              <w:rPr>
                <w:sz w:val="15"/>
              </w:rPr>
              <w:t>60.7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96EB7B" w14:textId="77777777" w:rsidR="004550E7" w:rsidRDefault="00000000">
            <w:pPr>
              <w:jc w:val="center"/>
            </w:pPr>
            <w:r>
              <w:rPr>
                <w:sz w:val="15"/>
              </w:rPr>
              <w:t>49.3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49B63" w14:textId="77777777" w:rsidR="004550E7" w:rsidRDefault="00000000">
            <w:pPr>
              <w:jc w:val="center"/>
            </w:pPr>
            <w:r>
              <w:rPr>
                <w:sz w:val="15"/>
              </w:rPr>
              <w:t>54.2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59E64E" w14:textId="77777777" w:rsidR="004550E7" w:rsidRDefault="00000000">
            <w:pPr>
              <w:jc w:val="center"/>
            </w:pPr>
            <w:r>
              <w:rPr>
                <w:sz w:val="15"/>
              </w:rPr>
              <w:t>1.817</w:t>
            </w:r>
          </w:p>
        </w:tc>
      </w:tr>
      <w:tr w:rsidR="004550E7" w14:paraId="2C23A65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C705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4FB3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9F1D38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30AB50" w14:textId="77777777" w:rsidR="004550E7" w:rsidRDefault="00000000">
            <w:pPr>
              <w:jc w:val="center"/>
            </w:pPr>
            <w:r>
              <w:rPr>
                <w:sz w:val="15"/>
              </w:rPr>
              <w:t>254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28D7DB" w14:textId="77777777" w:rsidR="004550E7" w:rsidRDefault="00000000">
            <w:pPr>
              <w:jc w:val="center"/>
            </w:pPr>
            <w:r>
              <w:rPr>
                <w:sz w:val="15"/>
              </w:rPr>
              <w:t>58.8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EDC474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964C17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F1DFCD" w14:textId="77777777" w:rsidR="004550E7" w:rsidRDefault="00000000">
            <w:pPr>
              <w:jc w:val="center"/>
            </w:pPr>
            <w:r>
              <w:rPr>
                <w:sz w:val="15"/>
              </w:rPr>
              <w:t>1.541</w:t>
            </w:r>
          </w:p>
        </w:tc>
      </w:tr>
      <w:tr w:rsidR="004550E7" w14:paraId="78475E9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B0728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267D9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AD982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B1BDEC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CFDD5A" w14:textId="77777777" w:rsidR="004550E7" w:rsidRDefault="00000000">
            <w:pPr>
              <w:jc w:val="center"/>
            </w:pPr>
            <w:r>
              <w:rPr>
                <w:sz w:val="15"/>
              </w:rPr>
              <w:t>60.7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6B9EA2" w14:textId="77777777" w:rsidR="004550E7" w:rsidRDefault="00000000">
            <w:pPr>
              <w:jc w:val="center"/>
            </w:pPr>
            <w:r>
              <w:rPr>
                <w:sz w:val="15"/>
              </w:rPr>
              <w:t>48.3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B19DFE" w14:textId="77777777" w:rsidR="004550E7" w:rsidRDefault="00000000">
            <w:pPr>
              <w:jc w:val="center"/>
            </w:pPr>
            <w:r>
              <w:rPr>
                <w:sz w:val="15"/>
              </w:rPr>
              <w:t>54.9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06FDE8" w14:textId="77777777" w:rsidR="004550E7" w:rsidRDefault="00000000">
            <w:pPr>
              <w:jc w:val="center"/>
            </w:pPr>
            <w:r>
              <w:rPr>
                <w:sz w:val="15"/>
              </w:rPr>
              <w:t>1.605</w:t>
            </w:r>
          </w:p>
        </w:tc>
      </w:tr>
      <w:tr w:rsidR="004550E7" w14:paraId="5498F1B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0467E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2C07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6D796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65F4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1BC98" w14:textId="77777777" w:rsidR="004550E7" w:rsidRDefault="00000000">
            <w:pPr>
              <w:jc w:val="center"/>
            </w:pPr>
            <w:r>
              <w:rPr>
                <w:sz w:val="15"/>
              </w:rPr>
              <w:t>57.9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7D0DF3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D117F" w14:textId="77777777" w:rsidR="004550E7" w:rsidRDefault="00000000">
            <w:pPr>
              <w:jc w:val="center"/>
            </w:pPr>
            <w:r>
              <w:rPr>
                <w:sz w:val="15"/>
              </w:rPr>
              <w:t>56.8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E51665" w14:textId="77777777" w:rsidR="004550E7" w:rsidRDefault="00000000">
            <w:pPr>
              <w:jc w:val="center"/>
            </w:pPr>
            <w:r>
              <w:rPr>
                <w:sz w:val="15"/>
              </w:rPr>
              <w:t>0.784</w:t>
            </w:r>
          </w:p>
        </w:tc>
      </w:tr>
      <w:tr w:rsidR="004550E7" w14:paraId="3B2C18B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7CD4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EADA8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F685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E24A57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4AADB0" w14:textId="77777777" w:rsidR="004550E7" w:rsidRDefault="00000000">
            <w:pPr>
              <w:jc w:val="center"/>
            </w:pPr>
            <w:r>
              <w:rPr>
                <w:sz w:val="15"/>
              </w:rPr>
              <w:t>56.2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64115" w14:textId="77777777" w:rsidR="004550E7" w:rsidRDefault="00000000">
            <w:pPr>
              <w:jc w:val="center"/>
            </w:pPr>
            <w:r>
              <w:rPr>
                <w:sz w:val="15"/>
              </w:rPr>
              <w:t>51.3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B9E1D" w14:textId="77777777" w:rsidR="004550E7" w:rsidRDefault="00000000">
            <w:pPr>
              <w:jc w:val="center"/>
            </w:pPr>
            <w:r>
              <w:rPr>
                <w:sz w:val="15"/>
              </w:rPr>
              <w:t>54.7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5DB66C" w14:textId="77777777" w:rsidR="004550E7" w:rsidRDefault="00000000">
            <w:pPr>
              <w:jc w:val="center"/>
            </w:pPr>
            <w:r>
              <w:rPr>
                <w:sz w:val="15"/>
              </w:rPr>
              <w:t>1.274</w:t>
            </w:r>
          </w:p>
        </w:tc>
      </w:tr>
      <w:tr w:rsidR="004550E7" w14:paraId="22B6B5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BBEE6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B5D6C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FDB00B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7535C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25E78F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12B98" w14:textId="77777777" w:rsidR="004550E7" w:rsidRDefault="00000000">
            <w:pPr>
              <w:jc w:val="center"/>
            </w:pPr>
            <w:r>
              <w:rPr>
                <w:sz w:val="15"/>
              </w:rPr>
              <w:t>50.3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624D79" w14:textId="77777777" w:rsidR="004550E7" w:rsidRDefault="00000000">
            <w:pPr>
              <w:jc w:val="center"/>
            </w:pPr>
            <w:r>
              <w:rPr>
                <w:sz w:val="15"/>
              </w:rPr>
              <w:t>54.6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42DA1F" w14:textId="77777777" w:rsidR="004550E7" w:rsidRDefault="00000000">
            <w:pPr>
              <w:jc w:val="center"/>
            </w:pPr>
            <w:r>
              <w:rPr>
                <w:sz w:val="15"/>
              </w:rPr>
              <w:t>1.003</w:t>
            </w:r>
          </w:p>
        </w:tc>
      </w:tr>
      <w:tr w:rsidR="004550E7" w14:paraId="272F905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A1B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BFDB6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0BDE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915B2C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63792E" w14:textId="77777777" w:rsidR="004550E7" w:rsidRDefault="00000000">
            <w:pPr>
              <w:jc w:val="center"/>
            </w:pPr>
            <w:r>
              <w:rPr>
                <w:sz w:val="15"/>
              </w:rPr>
              <w:t>55.7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CBD85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6F48B2" w14:textId="77777777" w:rsidR="004550E7" w:rsidRDefault="00000000">
            <w:pPr>
              <w:jc w:val="center"/>
            </w:pPr>
            <w:r>
              <w:rPr>
                <w:sz w:val="15"/>
              </w:rPr>
              <w:t>51.9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4A30B" w14:textId="77777777" w:rsidR="004550E7" w:rsidRDefault="00000000">
            <w:pPr>
              <w:jc w:val="center"/>
            </w:pPr>
            <w:r>
              <w:rPr>
                <w:sz w:val="15"/>
              </w:rPr>
              <w:t>1.078</w:t>
            </w:r>
          </w:p>
        </w:tc>
      </w:tr>
      <w:tr w:rsidR="004550E7" w14:paraId="16CA38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083E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07D1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BF58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A841BF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F2236" w14:textId="77777777" w:rsidR="004550E7" w:rsidRDefault="00000000">
            <w:pPr>
              <w:jc w:val="center"/>
            </w:pPr>
            <w:r>
              <w:rPr>
                <w:sz w:val="15"/>
              </w:rPr>
              <w:t>59.4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006C0D" w14:textId="77777777" w:rsidR="004550E7" w:rsidRDefault="00000000">
            <w:pPr>
              <w:jc w:val="center"/>
            </w:pPr>
            <w:r>
              <w:rPr>
                <w:sz w:val="15"/>
              </w:rPr>
              <w:t>46.1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E0113" w14:textId="77777777" w:rsidR="004550E7" w:rsidRDefault="00000000">
            <w:pPr>
              <w:jc w:val="center"/>
            </w:pPr>
            <w:r>
              <w:rPr>
                <w:sz w:val="15"/>
              </w:rPr>
              <w:t>51.9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BDAEA" w14:textId="77777777" w:rsidR="004550E7" w:rsidRDefault="00000000">
            <w:pPr>
              <w:jc w:val="center"/>
            </w:pPr>
            <w:r>
              <w:rPr>
                <w:sz w:val="15"/>
              </w:rPr>
              <w:t>1.299</w:t>
            </w:r>
          </w:p>
        </w:tc>
      </w:tr>
      <w:tr w:rsidR="004550E7" w14:paraId="6ABFD3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F4922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971B5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17FA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BCEDD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8BC4FB" w14:textId="77777777" w:rsidR="004550E7" w:rsidRDefault="00000000">
            <w:pPr>
              <w:jc w:val="center"/>
            </w:pPr>
            <w:r>
              <w:rPr>
                <w:sz w:val="15"/>
              </w:rPr>
              <w:t>57.7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10C313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188D56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3097D" w14:textId="77777777" w:rsidR="004550E7" w:rsidRDefault="00000000">
            <w:pPr>
              <w:jc w:val="center"/>
            </w:pPr>
            <w:r>
              <w:rPr>
                <w:sz w:val="15"/>
              </w:rPr>
              <w:t>1.687</w:t>
            </w:r>
          </w:p>
        </w:tc>
      </w:tr>
      <w:tr w:rsidR="004550E7" w14:paraId="7C4B351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D660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B0968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B8D6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BCE337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5884D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ACB37" w14:textId="77777777" w:rsidR="004550E7" w:rsidRDefault="00000000">
            <w:pPr>
              <w:jc w:val="center"/>
            </w:pPr>
            <w:r>
              <w:rPr>
                <w:sz w:val="15"/>
              </w:rPr>
              <w:t>52.0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C2BD44" w14:textId="77777777" w:rsidR="004550E7" w:rsidRDefault="00000000">
            <w:pPr>
              <w:jc w:val="center"/>
            </w:pPr>
            <w:r>
              <w:rPr>
                <w:sz w:val="15"/>
              </w:rPr>
              <w:t>54.2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E3D40F" w14:textId="77777777" w:rsidR="004550E7" w:rsidRDefault="00000000">
            <w:pPr>
              <w:jc w:val="center"/>
            </w:pPr>
            <w:r>
              <w:rPr>
                <w:sz w:val="15"/>
              </w:rPr>
              <w:t>0.839</w:t>
            </w:r>
          </w:p>
        </w:tc>
      </w:tr>
      <w:tr w:rsidR="004550E7" w14:paraId="31FD311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41886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1BB7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03E9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7E655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01F0A7" w14:textId="77777777" w:rsidR="004550E7" w:rsidRDefault="00000000">
            <w:pPr>
              <w:jc w:val="center"/>
            </w:pPr>
            <w:r>
              <w:rPr>
                <w:sz w:val="15"/>
              </w:rPr>
              <w:t>55.4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7A05CA" w14:textId="77777777" w:rsidR="004550E7" w:rsidRDefault="00000000">
            <w:pPr>
              <w:jc w:val="center"/>
            </w:pPr>
            <w:r>
              <w:rPr>
                <w:sz w:val="15"/>
              </w:rPr>
              <w:t>47.7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D0F63" w14:textId="77777777" w:rsidR="004550E7" w:rsidRDefault="00000000">
            <w:pPr>
              <w:jc w:val="center"/>
            </w:pPr>
            <w:r>
              <w:rPr>
                <w:sz w:val="15"/>
              </w:rPr>
              <w:t>52.2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456A8" w14:textId="77777777" w:rsidR="004550E7" w:rsidRDefault="00000000">
            <w:pPr>
              <w:jc w:val="center"/>
            </w:pPr>
            <w:r>
              <w:rPr>
                <w:sz w:val="15"/>
              </w:rPr>
              <w:t>1.539</w:t>
            </w:r>
          </w:p>
        </w:tc>
      </w:tr>
      <w:tr w:rsidR="004550E7" w14:paraId="4AC4A7A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5112D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4C0F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08166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12857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857C3A" w14:textId="77777777" w:rsidR="004550E7" w:rsidRDefault="00000000">
            <w:pPr>
              <w:jc w:val="center"/>
            </w:pPr>
            <w:r>
              <w:rPr>
                <w:sz w:val="15"/>
              </w:rPr>
              <w:t>55.5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BA931" w14:textId="77777777" w:rsidR="004550E7" w:rsidRDefault="00000000">
            <w:pPr>
              <w:jc w:val="center"/>
            </w:pPr>
            <w:r>
              <w:rPr>
                <w:sz w:val="15"/>
              </w:rPr>
              <w:t>51.0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969AC3" w14:textId="77777777" w:rsidR="004550E7" w:rsidRDefault="00000000">
            <w:pPr>
              <w:jc w:val="center"/>
            </w:pPr>
            <w:r>
              <w:rPr>
                <w:sz w:val="15"/>
              </w:rPr>
              <w:t>52.8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BBFC23" w14:textId="77777777" w:rsidR="004550E7" w:rsidRDefault="00000000">
            <w:pPr>
              <w:jc w:val="center"/>
            </w:pPr>
            <w:r>
              <w:rPr>
                <w:sz w:val="15"/>
              </w:rPr>
              <w:t>1.291</w:t>
            </w:r>
          </w:p>
        </w:tc>
      </w:tr>
      <w:tr w:rsidR="004550E7" w14:paraId="7149C9F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F87F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EF8BE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D63AD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9C0694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4FF48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B24ABF" w14:textId="77777777" w:rsidR="004550E7" w:rsidRDefault="00000000">
            <w:pPr>
              <w:jc w:val="center"/>
            </w:pPr>
            <w:r>
              <w:rPr>
                <w:sz w:val="15"/>
              </w:rPr>
              <w:t>49.1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EA3B4E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F208D6" w14:textId="77777777" w:rsidR="004550E7" w:rsidRDefault="00000000">
            <w:pPr>
              <w:jc w:val="center"/>
            </w:pPr>
            <w:r>
              <w:rPr>
                <w:sz w:val="15"/>
              </w:rPr>
              <w:t>1.048</w:t>
            </w:r>
          </w:p>
        </w:tc>
      </w:tr>
      <w:tr w:rsidR="004550E7" w14:paraId="65256A6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D6DD5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6BC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76B4B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FC230C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92E24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CC106B" w14:textId="77777777" w:rsidR="004550E7" w:rsidRDefault="00000000">
            <w:pPr>
              <w:jc w:val="center"/>
            </w:pPr>
            <w:r>
              <w:rPr>
                <w:sz w:val="15"/>
              </w:rPr>
              <w:t>48.6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9E9DBC" w14:textId="77777777" w:rsidR="004550E7" w:rsidRDefault="00000000">
            <w:pPr>
              <w:jc w:val="center"/>
            </w:pPr>
            <w:r>
              <w:rPr>
                <w:sz w:val="15"/>
              </w:rPr>
              <w:t>51.3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15E5FF" w14:textId="77777777" w:rsidR="004550E7" w:rsidRDefault="00000000">
            <w:pPr>
              <w:jc w:val="center"/>
            </w:pPr>
            <w:r>
              <w:rPr>
                <w:sz w:val="15"/>
              </w:rPr>
              <w:t>0.173</w:t>
            </w:r>
          </w:p>
        </w:tc>
      </w:tr>
      <w:tr w:rsidR="004550E7" w14:paraId="40B7D8D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F306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9FDFF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FE1B2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230C6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F5DDDE" w14:textId="77777777" w:rsidR="004550E7" w:rsidRDefault="00000000">
            <w:pPr>
              <w:jc w:val="center"/>
            </w:pPr>
            <w:r>
              <w:rPr>
                <w:sz w:val="15"/>
              </w:rPr>
              <w:t>62.8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D617F" w14:textId="77777777" w:rsidR="004550E7" w:rsidRDefault="00000000">
            <w:pPr>
              <w:jc w:val="center"/>
            </w:pPr>
            <w:r>
              <w:rPr>
                <w:sz w:val="15"/>
              </w:rPr>
              <w:t>49.6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A2026F" w14:textId="77777777" w:rsidR="004550E7" w:rsidRDefault="00000000">
            <w:pPr>
              <w:jc w:val="center"/>
            </w:pPr>
            <w:r>
              <w:rPr>
                <w:sz w:val="15"/>
              </w:rPr>
              <w:t>57.6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3FFC3" w14:textId="77777777" w:rsidR="004550E7" w:rsidRDefault="00000000">
            <w:pPr>
              <w:jc w:val="center"/>
            </w:pPr>
            <w:r>
              <w:rPr>
                <w:sz w:val="15"/>
              </w:rPr>
              <w:t>1.523</w:t>
            </w:r>
          </w:p>
        </w:tc>
      </w:tr>
      <w:tr w:rsidR="004550E7" w14:paraId="38E5C96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5C93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05A73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CA719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333CF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778235" w14:textId="77777777" w:rsidR="004550E7" w:rsidRDefault="00000000">
            <w:pPr>
              <w:jc w:val="center"/>
            </w:pPr>
            <w:r>
              <w:rPr>
                <w:sz w:val="15"/>
              </w:rPr>
              <w:t>62.3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CB2EAE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A93C5" w14:textId="77777777" w:rsidR="004550E7" w:rsidRDefault="00000000">
            <w:pPr>
              <w:jc w:val="center"/>
            </w:pPr>
            <w:r>
              <w:rPr>
                <w:sz w:val="15"/>
              </w:rPr>
              <w:t>55.4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9395C8" w14:textId="77777777" w:rsidR="004550E7" w:rsidRDefault="00000000">
            <w:pPr>
              <w:jc w:val="center"/>
            </w:pPr>
            <w:r>
              <w:rPr>
                <w:sz w:val="15"/>
              </w:rPr>
              <w:t>2.678</w:t>
            </w:r>
          </w:p>
        </w:tc>
      </w:tr>
      <w:tr w:rsidR="004550E7" w14:paraId="316989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6BA97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52138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C2EF5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64AE48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EB330" w14:textId="77777777" w:rsidR="004550E7" w:rsidRDefault="00000000">
            <w:pPr>
              <w:jc w:val="center"/>
            </w:pPr>
            <w:r>
              <w:rPr>
                <w:sz w:val="15"/>
              </w:rPr>
              <w:t>60.1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ACF74C" w14:textId="77777777" w:rsidR="004550E7" w:rsidRDefault="00000000">
            <w:pPr>
              <w:jc w:val="center"/>
            </w:pPr>
            <w:r>
              <w:rPr>
                <w:sz w:val="15"/>
              </w:rPr>
              <w:t>52.5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97D20D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61F7BB" w14:textId="77777777" w:rsidR="004550E7" w:rsidRDefault="00000000">
            <w:pPr>
              <w:jc w:val="center"/>
            </w:pPr>
            <w:r>
              <w:rPr>
                <w:sz w:val="15"/>
              </w:rPr>
              <w:t>2.19</w:t>
            </w:r>
          </w:p>
        </w:tc>
      </w:tr>
      <w:tr w:rsidR="004550E7" w14:paraId="784A157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C15DE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3D40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279F4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3D7C41" w14:textId="77777777" w:rsidR="004550E7" w:rsidRDefault="00000000">
            <w:pPr>
              <w:jc w:val="center"/>
            </w:pPr>
            <w:r>
              <w:rPr>
                <w:sz w:val="15"/>
              </w:rPr>
              <w:t>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D491B3" w14:textId="77777777" w:rsidR="004550E7" w:rsidRDefault="00000000">
            <w:pPr>
              <w:jc w:val="center"/>
            </w:pPr>
            <w:r>
              <w:rPr>
                <w:sz w:val="15"/>
              </w:rPr>
              <w:t>61.2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E62978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D17EDE" w14:textId="77777777" w:rsidR="004550E7" w:rsidRDefault="00000000">
            <w:pPr>
              <w:jc w:val="center"/>
            </w:pPr>
            <w:r>
              <w:rPr>
                <w:sz w:val="15"/>
              </w:rPr>
              <w:t>54.8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FCCCD0" w14:textId="77777777" w:rsidR="004550E7" w:rsidRDefault="00000000">
            <w:pPr>
              <w:jc w:val="center"/>
            </w:pPr>
            <w:r>
              <w:rPr>
                <w:sz w:val="15"/>
              </w:rPr>
              <w:t>1.709</w:t>
            </w:r>
          </w:p>
        </w:tc>
      </w:tr>
      <w:tr w:rsidR="004550E7" w14:paraId="3CD34A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5C2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AA684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6E2D53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DAD55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7F6A2C" w14:textId="77777777" w:rsidR="004550E7" w:rsidRDefault="00000000">
            <w:pPr>
              <w:jc w:val="center"/>
            </w:pPr>
            <w:r>
              <w:rPr>
                <w:sz w:val="15"/>
              </w:rPr>
              <w:t>57.2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190116" w14:textId="77777777" w:rsidR="004550E7" w:rsidRDefault="00000000">
            <w:pPr>
              <w:jc w:val="center"/>
            </w:pPr>
            <w:r>
              <w:rPr>
                <w:sz w:val="15"/>
              </w:rPr>
              <w:t>51.1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4B806E" w14:textId="77777777" w:rsidR="004550E7" w:rsidRDefault="00000000">
            <w:pPr>
              <w:jc w:val="center"/>
            </w:pPr>
            <w:r>
              <w:rPr>
                <w:sz w:val="15"/>
              </w:rPr>
              <w:t>55.7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8AFB31" w14:textId="77777777" w:rsidR="004550E7" w:rsidRDefault="00000000">
            <w:pPr>
              <w:jc w:val="center"/>
            </w:pPr>
            <w:r>
              <w:rPr>
                <w:sz w:val="15"/>
              </w:rPr>
              <w:t>1.173</w:t>
            </w:r>
          </w:p>
        </w:tc>
      </w:tr>
      <w:tr w:rsidR="004550E7" w14:paraId="220CA9F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7EB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FB99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EEC399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D288D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D88C27" w14:textId="77777777" w:rsidR="004550E7" w:rsidRDefault="00000000">
            <w:pPr>
              <w:jc w:val="center"/>
            </w:pPr>
            <w:r>
              <w:rPr>
                <w:sz w:val="15"/>
              </w:rPr>
              <w:t>62.2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58B29" w14:textId="77777777" w:rsidR="004550E7" w:rsidRDefault="00000000">
            <w:pPr>
              <w:jc w:val="center"/>
            </w:pPr>
            <w:r>
              <w:rPr>
                <w:sz w:val="15"/>
              </w:rPr>
              <w:t>49.3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387951" w14:textId="77777777" w:rsidR="004550E7" w:rsidRDefault="00000000">
            <w:pPr>
              <w:jc w:val="center"/>
            </w:pPr>
            <w:r>
              <w:rPr>
                <w:sz w:val="15"/>
              </w:rPr>
              <w:t>53.5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92CE9A" w14:textId="77777777" w:rsidR="004550E7" w:rsidRDefault="00000000">
            <w:pPr>
              <w:jc w:val="center"/>
            </w:pPr>
            <w:r>
              <w:rPr>
                <w:sz w:val="15"/>
              </w:rPr>
              <w:t>2.605</w:t>
            </w:r>
          </w:p>
        </w:tc>
      </w:tr>
      <w:tr w:rsidR="004550E7" w14:paraId="10C5B5C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0144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77F6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35009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3C67E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2A75D" w14:textId="77777777" w:rsidR="004550E7" w:rsidRDefault="00000000">
            <w:pPr>
              <w:jc w:val="center"/>
            </w:pPr>
            <w:r>
              <w:rPr>
                <w:sz w:val="15"/>
              </w:rPr>
              <w:t>57.1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9B8196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C7396D" w14:textId="77777777" w:rsidR="004550E7" w:rsidRDefault="00000000">
            <w:pPr>
              <w:jc w:val="center"/>
            </w:pPr>
            <w:r>
              <w:rPr>
                <w:sz w:val="15"/>
              </w:rPr>
              <w:t>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2CD96" w14:textId="77777777" w:rsidR="004550E7" w:rsidRDefault="00000000">
            <w:pPr>
              <w:jc w:val="center"/>
            </w:pPr>
            <w:r>
              <w:rPr>
                <w:sz w:val="15"/>
              </w:rPr>
              <w:t>1.045</w:t>
            </w:r>
          </w:p>
        </w:tc>
      </w:tr>
      <w:tr w:rsidR="004550E7" w14:paraId="2860A99E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DC872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MCV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3A1C3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5A4307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CA287B" w14:textId="77777777" w:rsidR="004550E7" w:rsidRDefault="00000000">
            <w:pPr>
              <w:jc w:val="center"/>
            </w:pPr>
            <w:r>
              <w:rPr>
                <w:sz w:val="15"/>
              </w:rPr>
              <w:t>1819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7FAE5A" w14:textId="77777777" w:rsidR="004550E7" w:rsidRDefault="00000000">
            <w:pPr>
              <w:jc w:val="center"/>
            </w:pPr>
            <w:r>
              <w:rPr>
                <w:sz w:val="15"/>
              </w:rPr>
              <w:t>90.9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50B153" w14:textId="77777777" w:rsidR="004550E7" w:rsidRDefault="00000000">
            <w:pPr>
              <w:jc w:val="center"/>
            </w:pPr>
            <w:r>
              <w:rPr>
                <w:sz w:val="15"/>
              </w:rPr>
              <w:t>10.9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AF9618" w14:textId="77777777" w:rsidR="004550E7" w:rsidRDefault="00000000">
            <w:pPr>
              <w:jc w:val="center"/>
            </w:pPr>
            <w:r>
              <w:rPr>
                <w:sz w:val="15"/>
              </w:rPr>
              <w:t>52.5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1DE180" w14:textId="77777777" w:rsidR="004550E7" w:rsidRDefault="00000000">
            <w:pPr>
              <w:jc w:val="center"/>
            </w:pPr>
            <w:r>
              <w:rPr>
                <w:sz w:val="15"/>
              </w:rPr>
              <w:t>1.855</w:t>
            </w:r>
          </w:p>
        </w:tc>
      </w:tr>
      <w:tr w:rsidR="004550E7" w14:paraId="61D9D04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7DC2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A4AD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A6234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42532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33D72A" w14:textId="77777777" w:rsidR="004550E7" w:rsidRDefault="00000000">
            <w:pPr>
              <w:jc w:val="center"/>
            </w:pPr>
            <w:r>
              <w:rPr>
                <w:sz w:val="15"/>
              </w:rPr>
              <w:t>57.6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24498" w14:textId="77777777" w:rsidR="004550E7" w:rsidRDefault="00000000">
            <w:pPr>
              <w:jc w:val="center"/>
            </w:pPr>
            <w:r>
              <w:rPr>
                <w:sz w:val="15"/>
              </w:rPr>
              <w:t>10.9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9E48FF" w14:textId="77777777" w:rsidR="004550E7" w:rsidRDefault="00000000">
            <w:pPr>
              <w:jc w:val="center"/>
            </w:pPr>
            <w:r>
              <w:rPr>
                <w:sz w:val="15"/>
              </w:rPr>
              <w:t>52.6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326F1" w14:textId="77777777" w:rsidR="004550E7" w:rsidRDefault="00000000">
            <w:pPr>
              <w:jc w:val="center"/>
            </w:pPr>
            <w:r>
              <w:rPr>
                <w:sz w:val="15"/>
              </w:rPr>
              <w:t>1.647</w:t>
            </w:r>
          </w:p>
        </w:tc>
      </w:tr>
      <w:tr w:rsidR="004550E7" w14:paraId="529B67B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72C3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09568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49A41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96D96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5DDBCC" w14:textId="77777777" w:rsidR="004550E7" w:rsidRDefault="00000000">
            <w:pPr>
              <w:jc w:val="center"/>
            </w:pPr>
            <w:r>
              <w:rPr>
                <w:sz w:val="15"/>
              </w:rPr>
              <w:t>90.9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C605D1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9DB32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BAF6D0" w14:textId="77777777" w:rsidR="004550E7" w:rsidRDefault="00000000">
            <w:pPr>
              <w:jc w:val="center"/>
            </w:pPr>
            <w:r>
              <w:rPr>
                <w:sz w:val="15"/>
              </w:rPr>
              <w:t>1.531</w:t>
            </w:r>
          </w:p>
        </w:tc>
      </w:tr>
      <w:tr w:rsidR="004550E7" w14:paraId="287C598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7F0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05A16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0DD05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FB230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3C7F0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F9F644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694B65" w14:textId="77777777" w:rsidR="004550E7" w:rsidRDefault="00000000">
            <w:pPr>
              <w:jc w:val="center"/>
            </w:pPr>
            <w:r>
              <w:rPr>
                <w:sz w:val="15"/>
              </w:rPr>
              <w:t>53.3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7E407B" w14:textId="77777777" w:rsidR="004550E7" w:rsidRDefault="00000000">
            <w:pPr>
              <w:jc w:val="center"/>
            </w:pPr>
            <w:r>
              <w:rPr>
                <w:sz w:val="15"/>
              </w:rPr>
              <w:t>1.283</w:t>
            </w:r>
          </w:p>
        </w:tc>
      </w:tr>
      <w:tr w:rsidR="004550E7" w14:paraId="7154C2B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83FF7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B52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CE271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BE31CF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89C297" w14:textId="77777777" w:rsidR="004550E7" w:rsidRDefault="00000000">
            <w:pPr>
              <w:jc w:val="center"/>
            </w:pPr>
            <w:r>
              <w:rPr>
                <w:sz w:val="15"/>
              </w:rPr>
              <w:t>57.7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B0660" w14:textId="77777777" w:rsidR="004550E7" w:rsidRDefault="00000000">
            <w:pPr>
              <w:jc w:val="center"/>
            </w:pPr>
            <w:r>
              <w:rPr>
                <w:sz w:val="15"/>
              </w:rPr>
              <w:t>48.7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3083D0" w14:textId="77777777" w:rsidR="004550E7" w:rsidRDefault="00000000">
            <w:pPr>
              <w:jc w:val="center"/>
            </w:pPr>
            <w:r>
              <w:rPr>
                <w:sz w:val="15"/>
              </w:rPr>
              <w:t>52.6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DB4FB" w14:textId="77777777" w:rsidR="004550E7" w:rsidRDefault="00000000">
            <w:pPr>
              <w:jc w:val="center"/>
            </w:pPr>
            <w:r>
              <w:rPr>
                <w:sz w:val="15"/>
              </w:rPr>
              <w:t>1.815</w:t>
            </w:r>
          </w:p>
        </w:tc>
      </w:tr>
      <w:tr w:rsidR="004550E7" w14:paraId="5DABD02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BFF0C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405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C4092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A15B5F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3AF266" w14:textId="77777777" w:rsidR="004550E7" w:rsidRDefault="00000000">
            <w:pPr>
              <w:jc w:val="center"/>
            </w:pPr>
            <w:r>
              <w:rPr>
                <w:sz w:val="15"/>
              </w:rPr>
              <w:t>82.5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72174E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F50CE3" w14:textId="77777777" w:rsidR="004550E7" w:rsidRDefault="00000000">
            <w:pPr>
              <w:jc w:val="center"/>
            </w:pPr>
            <w:r>
              <w:rPr>
                <w:sz w:val="15"/>
              </w:rPr>
              <w:t>52.9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C3C8D" w14:textId="77777777" w:rsidR="004550E7" w:rsidRDefault="00000000">
            <w:pPr>
              <w:jc w:val="center"/>
            </w:pPr>
            <w:r>
              <w:rPr>
                <w:sz w:val="15"/>
              </w:rPr>
              <w:t>1.762</w:t>
            </w:r>
          </w:p>
        </w:tc>
      </w:tr>
      <w:tr w:rsidR="004550E7" w14:paraId="45C3AD0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5C52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E2B5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E877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F0E69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C89E7F" w14:textId="77777777" w:rsidR="004550E7" w:rsidRDefault="00000000">
            <w:pPr>
              <w:jc w:val="center"/>
            </w:pPr>
            <w:r>
              <w:rPr>
                <w:sz w:val="15"/>
              </w:rPr>
              <w:t>59.8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54B7F" w14:textId="77777777" w:rsidR="004550E7" w:rsidRDefault="00000000">
            <w:pPr>
              <w:jc w:val="center"/>
            </w:pPr>
            <w:r>
              <w:rPr>
                <w:sz w:val="15"/>
              </w:rPr>
              <w:t>50.2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DE2D6B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811305" w14:textId="77777777" w:rsidR="004550E7" w:rsidRDefault="00000000">
            <w:pPr>
              <w:jc w:val="center"/>
            </w:pPr>
            <w:r>
              <w:rPr>
                <w:sz w:val="15"/>
              </w:rPr>
              <w:t>2.499</w:t>
            </w:r>
          </w:p>
        </w:tc>
      </w:tr>
      <w:tr w:rsidR="004550E7" w14:paraId="3B02062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D1323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8057E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9E0F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80A3E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ADD44C" w14:textId="77777777" w:rsidR="004550E7" w:rsidRDefault="00000000">
            <w:pPr>
              <w:jc w:val="center"/>
            </w:pPr>
            <w:r>
              <w:rPr>
                <w:sz w:val="15"/>
              </w:rPr>
              <w:t>55.9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B65766" w14:textId="77777777" w:rsidR="004550E7" w:rsidRDefault="00000000">
            <w:pPr>
              <w:jc w:val="center"/>
            </w:pPr>
            <w:r>
              <w:rPr>
                <w:sz w:val="15"/>
              </w:rPr>
              <w:t>51.2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43E48F" w14:textId="77777777" w:rsidR="004550E7" w:rsidRDefault="00000000">
            <w:pPr>
              <w:jc w:val="center"/>
            </w:pPr>
            <w:r>
              <w:rPr>
                <w:sz w:val="15"/>
              </w:rPr>
              <w:t>53.6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A40936" w14:textId="77777777" w:rsidR="004550E7" w:rsidRDefault="00000000">
            <w:pPr>
              <w:jc w:val="center"/>
            </w:pPr>
            <w:r>
              <w:rPr>
                <w:sz w:val="15"/>
              </w:rPr>
              <w:t>1.17</w:t>
            </w:r>
          </w:p>
        </w:tc>
      </w:tr>
      <w:tr w:rsidR="004550E7" w14:paraId="2317EF4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1EB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A7E4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ECA11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ED3636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45B8AA" w14:textId="77777777" w:rsidR="004550E7" w:rsidRDefault="00000000">
            <w:pPr>
              <w:jc w:val="center"/>
            </w:pPr>
            <w:r>
              <w:rPr>
                <w:sz w:val="15"/>
              </w:rPr>
              <w:t>55.1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CA4620" w14:textId="77777777" w:rsidR="004550E7" w:rsidRDefault="00000000">
            <w:pPr>
              <w:jc w:val="center"/>
            </w:pPr>
            <w:r>
              <w:rPr>
                <w:sz w:val="15"/>
              </w:rPr>
              <w:t>47.9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F0F08C" w14:textId="77777777" w:rsidR="004550E7" w:rsidRDefault="00000000">
            <w:pPr>
              <w:jc w:val="center"/>
            </w:pPr>
            <w:r>
              <w:rPr>
                <w:sz w:val="15"/>
              </w:rPr>
              <w:t>52.2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90A2C" w14:textId="77777777" w:rsidR="004550E7" w:rsidRDefault="00000000">
            <w:pPr>
              <w:jc w:val="center"/>
            </w:pPr>
            <w:r>
              <w:rPr>
                <w:sz w:val="15"/>
              </w:rPr>
              <w:t>1.939</w:t>
            </w:r>
          </w:p>
        </w:tc>
      </w:tr>
      <w:tr w:rsidR="004550E7" w14:paraId="0E39EB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42966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9209E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9293C5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3BD6E5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AFB901" w14:textId="77777777" w:rsidR="004550E7" w:rsidRDefault="00000000">
            <w:pPr>
              <w:jc w:val="center"/>
            </w:pPr>
            <w:r>
              <w:rPr>
                <w:sz w:val="15"/>
              </w:rPr>
              <w:t>54.3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591C79" w14:textId="77777777" w:rsidR="004550E7" w:rsidRDefault="00000000">
            <w:pPr>
              <w:jc w:val="center"/>
            </w:pPr>
            <w:r>
              <w:rPr>
                <w:sz w:val="15"/>
              </w:rPr>
              <w:t>48.6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A6569B" w14:textId="77777777" w:rsidR="004550E7" w:rsidRDefault="00000000">
            <w:pPr>
              <w:jc w:val="center"/>
            </w:pPr>
            <w:r>
              <w:rPr>
                <w:sz w:val="15"/>
              </w:rPr>
              <w:t>51.9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56614" w14:textId="77777777" w:rsidR="004550E7" w:rsidRDefault="00000000">
            <w:pPr>
              <w:jc w:val="center"/>
            </w:pPr>
            <w:r>
              <w:rPr>
                <w:sz w:val="15"/>
              </w:rPr>
              <w:t>1.847</w:t>
            </w:r>
          </w:p>
        </w:tc>
      </w:tr>
      <w:tr w:rsidR="004550E7" w14:paraId="10135DD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FC21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A2DC4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971E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C26F4C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34970A" w14:textId="77777777" w:rsidR="004550E7" w:rsidRDefault="00000000">
            <w:pPr>
              <w:jc w:val="center"/>
            </w:pPr>
            <w:r>
              <w:rPr>
                <w:sz w:val="15"/>
              </w:rPr>
              <w:t>59.0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935212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044B2" w14:textId="77777777" w:rsidR="004550E7" w:rsidRDefault="00000000">
            <w:pPr>
              <w:jc w:val="center"/>
            </w:pPr>
            <w:r>
              <w:rPr>
                <w:sz w:val="15"/>
              </w:rPr>
              <w:t>51.7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8376E" w14:textId="77777777" w:rsidR="004550E7" w:rsidRDefault="00000000">
            <w:pPr>
              <w:jc w:val="center"/>
            </w:pPr>
            <w:r>
              <w:rPr>
                <w:sz w:val="15"/>
              </w:rPr>
              <w:t>1.259</w:t>
            </w:r>
          </w:p>
        </w:tc>
      </w:tr>
      <w:tr w:rsidR="004550E7" w14:paraId="2747014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03C3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54FC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837AE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0E236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718841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84EAEC" w14:textId="77777777" w:rsidR="004550E7" w:rsidRDefault="00000000">
            <w:pPr>
              <w:jc w:val="center"/>
            </w:pPr>
            <w:r>
              <w:rPr>
                <w:sz w:val="15"/>
              </w:rPr>
              <w:t>46.9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53A3F" w14:textId="77777777" w:rsidR="004550E7" w:rsidRDefault="00000000">
            <w:pPr>
              <w:jc w:val="center"/>
            </w:pPr>
            <w:r>
              <w:rPr>
                <w:sz w:val="15"/>
              </w:rPr>
              <w:t>51.4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86CE9" w14:textId="77777777" w:rsidR="004550E7" w:rsidRDefault="00000000">
            <w:pPr>
              <w:jc w:val="center"/>
            </w:pPr>
            <w:r>
              <w:rPr>
                <w:sz w:val="15"/>
              </w:rPr>
              <w:t>1.617</w:t>
            </w:r>
          </w:p>
        </w:tc>
      </w:tr>
      <w:tr w:rsidR="004550E7" w14:paraId="1D66F96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0A054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7A070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6C904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E6D8FD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1F57EC" w14:textId="77777777" w:rsidR="004550E7" w:rsidRDefault="00000000">
            <w:pPr>
              <w:jc w:val="center"/>
            </w:pPr>
            <w:r>
              <w:rPr>
                <w:sz w:val="15"/>
              </w:rPr>
              <w:t>53.8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7CD5E0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59D63" w14:textId="77777777" w:rsidR="004550E7" w:rsidRDefault="00000000">
            <w:pPr>
              <w:jc w:val="center"/>
            </w:pPr>
            <w:r>
              <w:rPr>
                <w:sz w:val="15"/>
              </w:rPr>
              <w:t>50.7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139C7B" w14:textId="77777777" w:rsidR="004550E7" w:rsidRDefault="00000000">
            <w:pPr>
              <w:jc w:val="center"/>
            </w:pPr>
            <w:r>
              <w:rPr>
                <w:sz w:val="15"/>
              </w:rPr>
              <w:t>1.869</w:t>
            </w:r>
          </w:p>
        </w:tc>
      </w:tr>
      <w:tr w:rsidR="004550E7" w14:paraId="3B6FC3F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7A61F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0C5A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0B0F6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A8928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4C99D9" w14:textId="77777777" w:rsidR="004550E7" w:rsidRDefault="00000000">
            <w:pPr>
              <w:jc w:val="center"/>
            </w:pPr>
            <w:r>
              <w:rPr>
                <w:sz w:val="15"/>
              </w:rPr>
              <w:t>56.4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708C4" w14:textId="77777777" w:rsidR="004550E7" w:rsidRDefault="00000000">
            <w:pPr>
              <w:jc w:val="center"/>
            </w:pPr>
            <w:r>
              <w:rPr>
                <w:sz w:val="15"/>
              </w:rPr>
              <w:t>50.9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D80ACA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2BB14" w14:textId="77777777" w:rsidR="004550E7" w:rsidRDefault="00000000">
            <w:pPr>
              <w:jc w:val="center"/>
            </w:pPr>
            <w:r>
              <w:rPr>
                <w:sz w:val="15"/>
              </w:rPr>
              <w:t>1.085</w:t>
            </w:r>
          </w:p>
        </w:tc>
      </w:tr>
      <w:tr w:rsidR="004550E7" w14:paraId="0EB323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BE6C9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8D91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8D00F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B4472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2DAA25" w14:textId="77777777" w:rsidR="004550E7" w:rsidRDefault="00000000">
            <w:pPr>
              <w:jc w:val="center"/>
            </w:pPr>
            <w:r>
              <w:rPr>
                <w:sz w:val="15"/>
              </w:rPr>
              <w:t>52.8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E53A63" w14:textId="77777777" w:rsidR="004550E7" w:rsidRDefault="00000000">
            <w:pPr>
              <w:jc w:val="center"/>
            </w:pPr>
            <w:r>
              <w:rPr>
                <w:sz w:val="15"/>
              </w:rPr>
              <w:t>45.3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FDC5D9" w14:textId="77777777" w:rsidR="004550E7" w:rsidRDefault="00000000">
            <w:pPr>
              <w:jc w:val="center"/>
            </w:pPr>
            <w:r>
              <w:rPr>
                <w:sz w:val="15"/>
              </w:rPr>
              <w:t>51.1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9C0686" w14:textId="77777777" w:rsidR="004550E7" w:rsidRDefault="00000000">
            <w:pPr>
              <w:jc w:val="center"/>
            </w:pPr>
            <w:r>
              <w:rPr>
                <w:sz w:val="15"/>
              </w:rPr>
              <w:t>1.503</w:t>
            </w:r>
          </w:p>
        </w:tc>
      </w:tr>
      <w:tr w:rsidR="004550E7" w14:paraId="67FE87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DDF9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26D7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31C5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78DDB3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DE1F27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DF037" w14:textId="77777777" w:rsidR="004550E7" w:rsidRDefault="00000000">
            <w:pPr>
              <w:jc w:val="center"/>
            </w:pPr>
            <w:r>
              <w:rPr>
                <w:sz w:val="15"/>
              </w:rPr>
              <w:t>51.6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D527AE" w14:textId="77777777" w:rsidR="004550E7" w:rsidRDefault="00000000">
            <w:pPr>
              <w:jc w:val="center"/>
            </w:pPr>
            <w:r>
              <w:rPr>
                <w:sz w:val="15"/>
              </w:rPr>
              <w:t>52.7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5FEC71" w14:textId="77777777" w:rsidR="004550E7" w:rsidRDefault="00000000">
            <w:pPr>
              <w:jc w:val="center"/>
            </w:pPr>
            <w:r>
              <w:rPr>
                <w:sz w:val="15"/>
              </w:rPr>
              <w:t>0.639</w:t>
            </w:r>
          </w:p>
        </w:tc>
      </w:tr>
      <w:tr w:rsidR="004550E7" w14:paraId="3043688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A74BB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1085D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B8B8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55A991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56F77E" w14:textId="77777777" w:rsidR="004550E7" w:rsidRDefault="00000000">
            <w:pPr>
              <w:jc w:val="center"/>
            </w:pPr>
            <w:r>
              <w:rPr>
                <w:sz w:val="15"/>
              </w:rPr>
              <w:t>54.0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1721F" w14:textId="77777777" w:rsidR="004550E7" w:rsidRDefault="00000000">
            <w:pPr>
              <w:jc w:val="center"/>
            </w:pPr>
            <w:r>
              <w:rPr>
                <w:sz w:val="15"/>
              </w:rPr>
              <w:t>50.7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3BE78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EC5B3" w14:textId="77777777" w:rsidR="004550E7" w:rsidRDefault="00000000">
            <w:pPr>
              <w:jc w:val="center"/>
            </w:pPr>
            <w:r>
              <w:rPr>
                <w:sz w:val="15"/>
              </w:rPr>
              <w:t>0.74</w:t>
            </w:r>
          </w:p>
        </w:tc>
      </w:tr>
      <w:tr w:rsidR="004550E7" w14:paraId="24A917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0CD5B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7061F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6B2450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5CD3F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3CD92A" w14:textId="77777777" w:rsidR="004550E7" w:rsidRDefault="00000000">
            <w:pPr>
              <w:jc w:val="center"/>
            </w:pPr>
            <w:r>
              <w:rPr>
                <w:sz w:val="15"/>
              </w:rPr>
              <w:t>51.0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63F4B5" w14:textId="77777777" w:rsidR="004550E7" w:rsidRDefault="00000000">
            <w:pPr>
              <w:jc w:val="center"/>
            </w:pPr>
            <w:r>
              <w:rPr>
                <w:sz w:val="15"/>
              </w:rPr>
              <w:t>43.4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AF6C10" w14:textId="77777777" w:rsidR="004550E7" w:rsidRDefault="00000000">
            <w:pPr>
              <w:jc w:val="center"/>
            </w:pPr>
            <w:r>
              <w:rPr>
                <w:sz w:val="15"/>
              </w:rPr>
              <w:t>47.8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D19761" w14:textId="77777777" w:rsidR="004550E7" w:rsidRDefault="00000000">
            <w:pPr>
              <w:jc w:val="center"/>
            </w:pPr>
            <w:r>
              <w:rPr>
                <w:sz w:val="15"/>
              </w:rPr>
              <w:t>0.268</w:t>
            </w:r>
          </w:p>
        </w:tc>
      </w:tr>
      <w:tr w:rsidR="004550E7" w14:paraId="64B36E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6F9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008E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1B991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8C611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36493" w14:textId="77777777" w:rsidR="004550E7" w:rsidRDefault="00000000">
            <w:pPr>
              <w:jc w:val="center"/>
            </w:pPr>
            <w:r>
              <w:rPr>
                <w:sz w:val="15"/>
              </w:rPr>
              <w:t>89.0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B6328B" w14:textId="77777777" w:rsidR="004550E7" w:rsidRDefault="00000000">
            <w:pPr>
              <w:jc w:val="center"/>
            </w:pPr>
            <w:r>
              <w:rPr>
                <w:sz w:val="15"/>
              </w:rPr>
              <w:t>48.6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BDE1DA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8E3C7D" w14:textId="77777777" w:rsidR="004550E7" w:rsidRDefault="00000000">
            <w:pPr>
              <w:jc w:val="center"/>
            </w:pPr>
            <w:r>
              <w:rPr>
                <w:sz w:val="15"/>
              </w:rPr>
              <w:t>1.696</w:t>
            </w:r>
          </w:p>
        </w:tc>
      </w:tr>
      <w:tr w:rsidR="004550E7" w14:paraId="042B311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36F0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75EC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2B95BD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C5C42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0C3FB2" w14:textId="77777777" w:rsidR="004550E7" w:rsidRDefault="00000000">
            <w:pPr>
              <w:jc w:val="center"/>
            </w:pPr>
            <w:r>
              <w:rPr>
                <w:sz w:val="15"/>
              </w:rPr>
              <w:t>59.7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F462D5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0770C" w14:textId="77777777" w:rsidR="004550E7" w:rsidRDefault="00000000">
            <w:pPr>
              <w:jc w:val="center"/>
            </w:pPr>
            <w:r>
              <w:rPr>
                <w:sz w:val="15"/>
              </w:rPr>
              <w:t>54.4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63CFE5" w14:textId="77777777" w:rsidR="004550E7" w:rsidRDefault="00000000">
            <w:pPr>
              <w:jc w:val="center"/>
            </w:pPr>
            <w:r>
              <w:rPr>
                <w:sz w:val="15"/>
              </w:rPr>
              <w:t>2.231</w:t>
            </w:r>
          </w:p>
        </w:tc>
      </w:tr>
      <w:tr w:rsidR="004550E7" w14:paraId="4E3DE8E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6782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3D1A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38581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885D4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3129F" w14:textId="77777777" w:rsidR="004550E7" w:rsidRDefault="00000000">
            <w:pPr>
              <w:jc w:val="center"/>
            </w:pPr>
            <w:r>
              <w:rPr>
                <w:sz w:val="15"/>
              </w:rPr>
              <w:t>57.9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FE3A4D" w14:textId="77777777" w:rsidR="004550E7" w:rsidRDefault="00000000">
            <w:pPr>
              <w:jc w:val="center"/>
            </w:pPr>
            <w:r>
              <w:rPr>
                <w:sz w:val="15"/>
              </w:rPr>
              <w:t>48.9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0F5BF6" w14:textId="77777777" w:rsidR="004550E7" w:rsidRDefault="00000000">
            <w:pPr>
              <w:jc w:val="center"/>
            </w:pPr>
            <w:r>
              <w:rPr>
                <w:sz w:val="15"/>
              </w:rPr>
              <w:t>53.7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47CADB" w14:textId="77777777" w:rsidR="004550E7" w:rsidRDefault="00000000">
            <w:pPr>
              <w:jc w:val="center"/>
            </w:pPr>
            <w:r>
              <w:rPr>
                <w:sz w:val="15"/>
              </w:rPr>
              <w:t>2.091</w:t>
            </w:r>
          </w:p>
        </w:tc>
      </w:tr>
      <w:tr w:rsidR="004550E7" w14:paraId="591F73F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1CF2B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7EF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C09BD8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279445" w14:textId="77777777" w:rsidR="004550E7" w:rsidRDefault="00000000">
            <w:pPr>
              <w:jc w:val="center"/>
            </w:pPr>
            <w:r>
              <w:rPr>
                <w:sz w:val="15"/>
              </w:rPr>
              <w:t>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FFD00" w14:textId="77777777" w:rsidR="004550E7" w:rsidRDefault="00000000">
            <w:pPr>
              <w:jc w:val="center"/>
            </w:pPr>
            <w:r>
              <w:rPr>
                <w:sz w:val="15"/>
              </w:rPr>
              <w:t>58.5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9ABFC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7CB39" w14:textId="77777777" w:rsidR="004550E7" w:rsidRDefault="00000000">
            <w:pPr>
              <w:jc w:val="center"/>
            </w:pPr>
            <w:r>
              <w:rPr>
                <w:sz w:val="15"/>
              </w:rPr>
              <w:t>51.2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1C1A08" w14:textId="77777777" w:rsidR="004550E7" w:rsidRDefault="00000000">
            <w:pPr>
              <w:jc w:val="center"/>
            </w:pPr>
            <w:r>
              <w:rPr>
                <w:sz w:val="15"/>
              </w:rPr>
              <w:t>1.78</w:t>
            </w:r>
          </w:p>
        </w:tc>
      </w:tr>
      <w:tr w:rsidR="004550E7" w14:paraId="3771A5C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B049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0783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FD022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F07C7E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E4ED4D" w14:textId="77777777" w:rsidR="004550E7" w:rsidRDefault="00000000">
            <w:pPr>
              <w:jc w:val="center"/>
            </w:pPr>
            <w:r>
              <w:rPr>
                <w:sz w:val="15"/>
              </w:rPr>
              <w:t>56.6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7082CE" w14:textId="77777777" w:rsidR="004550E7" w:rsidRDefault="00000000">
            <w:pPr>
              <w:jc w:val="center"/>
            </w:pPr>
            <w:r>
              <w:rPr>
                <w:sz w:val="15"/>
              </w:rPr>
              <w:t>50.2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6FEF7" w14:textId="77777777" w:rsidR="004550E7" w:rsidRDefault="00000000">
            <w:pPr>
              <w:jc w:val="center"/>
            </w:pPr>
            <w:r>
              <w:rPr>
                <w:sz w:val="15"/>
              </w:rPr>
              <w:t>54.1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0134F" w14:textId="77777777" w:rsidR="004550E7" w:rsidRDefault="00000000">
            <w:pPr>
              <w:jc w:val="center"/>
            </w:pPr>
            <w:r>
              <w:rPr>
                <w:sz w:val="15"/>
              </w:rPr>
              <w:t>1.078</w:t>
            </w:r>
          </w:p>
        </w:tc>
      </w:tr>
      <w:tr w:rsidR="004550E7" w14:paraId="3AC2BCB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F182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1E017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A87D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A9647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80400F" w14:textId="77777777" w:rsidR="004550E7" w:rsidRDefault="00000000">
            <w:pPr>
              <w:jc w:val="center"/>
            </w:pPr>
            <w:r>
              <w:rPr>
                <w:sz w:val="15"/>
              </w:rPr>
              <w:t>58.5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2671F0" w14:textId="77777777" w:rsidR="004550E7" w:rsidRDefault="00000000">
            <w:pPr>
              <w:jc w:val="center"/>
            </w:pPr>
            <w:r>
              <w:rPr>
                <w:sz w:val="15"/>
              </w:rPr>
              <w:t>45.5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EDF301" w14:textId="77777777" w:rsidR="004550E7" w:rsidRDefault="00000000">
            <w:pPr>
              <w:jc w:val="center"/>
            </w:pPr>
            <w:r>
              <w:rPr>
                <w:sz w:val="15"/>
              </w:rPr>
              <w:t>51.2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906015" w14:textId="77777777" w:rsidR="004550E7" w:rsidRDefault="00000000">
            <w:pPr>
              <w:jc w:val="center"/>
            </w:pPr>
            <w:r>
              <w:rPr>
                <w:sz w:val="15"/>
              </w:rPr>
              <w:t>3.5</w:t>
            </w:r>
          </w:p>
        </w:tc>
      </w:tr>
      <w:tr w:rsidR="004550E7" w14:paraId="052C8DF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CE0C4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9AC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27FAD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FAC73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17B284" w14:textId="77777777" w:rsidR="004550E7" w:rsidRDefault="00000000">
            <w:pPr>
              <w:jc w:val="center"/>
            </w:pPr>
            <w:r>
              <w:rPr>
                <w:sz w:val="15"/>
              </w:rPr>
              <w:t>56.1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28134B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791DEF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E23B4" w14:textId="77777777" w:rsidR="004550E7" w:rsidRDefault="00000000">
            <w:pPr>
              <w:jc w:val="center"/>
            </w:pPr>
            <w:r>
              <w:rPr>
                <w:sz w:val="15"/>
              </w:rPr>
              <w:t>0.876</w:t>
            </w:r>
          </w:p>
        </w:tc>
      </w:tr>
      <w:tr w:rsidR="004550E7" w14:paraId="55EE3525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4F84A4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MCV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A052B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92B0E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8F650" w14:textId="77777777" w:rsidR="004550E7" w:rsidRDefault="00000000">
            <w:pPr>
              <w:jc w:val="center"/>
            </w:pPr>
            <w:r>
              <w:rPr>
                <w:sz w:val="15"/>
              </w:rPr>
              <w:t>1819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E52F2" w14:textId="77777777" w:rsidR="004550E7" w:rsidRDefault="00000000">
            <w:pPr>
              <w:jc w:val="center"/>
            </w:pPr>
            <w:r>
              <w:rPr>
                <w:sz w:val="15"/>
              </w:rPr>
              <w:t>85.5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30FFBB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CF7F7A" w14:textId="77777777" w:rsidR="004550E7" w:rsidRDefault="00000000">
            <w:pPr>
              <w:jc w:val="center"/>
            </w:pPr>
            <w:r>
              <w:rPr>
                <w:sz w:val="15"/>
              </w:rPr>
              <w:t>54.8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5A3D4B" w14:textId="77777777" w:rsidR="004550E7" w:rsidRDefault="00000000">
            <w:pPr>
              <w:jc w:val="center"/>
            </w:pPr>
            <w:r>
              <w:rPr>
                <w:sz w:val="15"/>
              </w:rPr>
              <w:t>2.317</w:t>
            </w:r>
          </w:p>
        </w:tc>
      </w:tr>
      <w:tr w:rsidR="004550E7" w14:paraId="5D98120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79B0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76B81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81EE6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A4A6C8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F4908" w14:textId="77777777" w:rsidR="004550E7" w:rsidRDefault="00000000">
            <w:pPr>
              <w:jc w:val="center"/>
            </w:pPr>
            <w:r>
              <w:rPr>
                <w:sz w:val="15"/>
              </w:rPr>
              <w:t>60.0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C193D8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19A70" w14:textId="77777777" w:rsidR="004550E7" w:rsidRDefault="00000000">
            <w:pPr>
              <w:jc w:val="center"/>
            </w:pPr>
            <w:r>
              <w:rPr>
                <w:sz w:val="15"/>
              </w:rPr>
              <w:t>55.4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E93C8" w14:textId="77777777" w:rsidR="004550E7" w:rsidRDefault="00000000">
            <w:pPr>
              <w:jc w:val="center"/>
            </w:pPr>
            <w:r>
              <w:rPr>
                <w:sz w:val="15"/>
              </w:rPr>
              <w:t>1.426</w:t>
            </w:r>
          </w:p>
        </w:tc>
      </w:tr>
      <w:tr w:rsidR="004550E7" w14:paraId="541D31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F7B2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99783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5783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01FCEB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0B7E3" w14:textId="77777777" w:rsidR="004550E7" w:rsidRDefault="00000000">
            <w:pPr>
              <w:jc w:val="center"/>
            </w:pPr>
            <w:r>
              <w:rPr>
                <w:sz w:val="15"/>
              </w:rPr>
              <w:t>85.5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AB4453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8FB39" w14:textId="77777777" w:rsidR="004550E7" w:rsidRDefault="00000000">
            <w:pPr>
              <w:jc w:val="center"/>
            </w:pPr>
            <w:r>
              <w:rPr>
                <w:sz w:val="15"/>
              </w:rPr>
              <w:t>55.2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A6FBB" w14:textId="77777777" w:rsidR="004550E7" w:rsidRDefault="00000000">
            <w:pPr>
              <w:jc w:val="center"/>
            </w:pPr>
            <w:r>
              <w:rPr>
                <w:sz w:val="15"/>
              </w:rPr>
              <w:t>1.412</w:t>
            </w:r>
          </w:p>
        </w:tc>
      </w:tr>
      <w:tr w:rsidR="004550E7" w14:paraId="730DAF6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B0A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BDBC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F1F5C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E3026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3A1ABC" w14:textId="77777777" w:rsidR="004550E7" w:rsidRDefault="00000000">
            <w:pPr>
              <w:jc w:val="center"/>
            </w:pPr>
            <w:r>
              <w:rPr>
                <w:sz w:val="15"/>
              </w:rPr>
              <w:t>59.0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20A4F2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49B20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9FF1D7" w14:textId="77777777" w:rsidR="004550E7" w:rsidRDefault="00000000">
            <w:pPr>
              <w:jc w:val="center"/>
            </w:pPr>
            <w:r>
              <w:rPr>
                <w:sz w:val="15"/>
              </w:rPr>
              <w:t>1.073</w:t>
            </w:r>
          </w:p>
        </w:tc>
      </w:tr>
      <w:tr w:rsidR="004550E7" w14:paraId="4022736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0FDF2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F002F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AF12C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6F391A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E5CC3" w14:textId="77777777" w:rsidR="004550E7" w:rsidRDefault="00000000">
            <w:pPr>
              <w:jc w:val="center"/>
            </w:pPr>
            <w:r>
              <w:rPr>
                <w:sz w:val="15"/>
              </w:rPr>
              <w:t>60.8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94ECD" w14:textId="77777777" w:rsidR="004550E7" w:rsidRDefault="00000000">
            <w:pPr>
              <w:jc w:val="center"/>
            </w:pPr>
            <w:r>
              <w:rPr>
                <w:sz w:val="15"/>
              </w:rPr>
              <w:t>51.7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00DD85" w14:textId="77777777" w:rsidR="004550E7" w:rsidRDefault="00000000">
            <w:pPr>
              <w:jc w:val="center"/>
            </w:pPr>
            <w:r>
              <w:rPr>
                <w:sz w:val="15"/>
              </w:rPr>
              <w:t>55.1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3F295C" w14:textId="77777777" w:rsidR="004550E7" w:rsidRDefault="00000000">
            <w:pPr>
              <w:jc w:val="center"/>
            </w:pPr>
            <w:r>
              <w:rPr>
                <w:sz w:val="15"/>
              </w:rPr>
              <w:t>1.599</w:t>
            </w:r>
          </w:p>
        </w:tc>
      </w:tr>
      <w:tr w:rsidR="004550E7" w14:paraId="0DF4709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B327F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1102D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A82489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EA1D2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E2A71E" w14:textId="77777777" w:rsidR="004550E7" w:rsidRDefault="00000000">
            <w:pPr>
              <w:jc w:val="center"/>
            </w:pPr>
            <w:r>
              <w:rPr>
                <w:sz w:val="15"/>
              </w:rPr>
              <w:t>58.8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1FBB9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92A92C" w14:textId="77777777" w:rsidR="004550E7" w:rsidRDefault="00000000">
            <w:pPr>
              <w:jc w:val="center"/>
            </w:pPr>
            <w:r>
              <w:rPr>
                <w:sz w:val="15"/>
              </w:rPr>
              <w:t>55.5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70C2F7" w14:textId="77777777" w:rsidR="004550E7" w:rsidRDefault="00000000">
            <w:pPr>
              <w:jc w:val="center"/>
            </w:pPr>
            <w:r>
              <w:rPr>
                <w:sz w:val="15"/>
              </w:rPr>
              <w:t>1.53</w:t>
            </w:r>
          </w:p>
        </w:tc>
      </w:tr>
      <w:tr w:rsidR="004550E7" w14:paraId="665373B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9062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231F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8A0F1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0D857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28614A" w14:textId="77777777" w:rsidR="004550E7" w:rsidRDefault="00000000">
            <w:pPr>
              <w:jc w:val="center"/>
            </w:pPr>
            <w:r>
              <w:rPr>
                <w:sz w:val="15"/>
              </w:rPr>
              <w:t>60.9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292C00" w14:textId="77777777" w:rsidR="004550E7" w:rsidRDefault="00000000">
            <w:pPr>
              <w:jc w:val="center"/>
            </w:pPr>
            <w:r>
              <w:rPr>
                <w:sz w:val="15"/>
              </w:rPr>
              <w:t>48.5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89C6DA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9E84A5" w14:textId="77777777" w:rsidR="004550E7" w:rsidRDefault="00000000">
            <w:pPr>
              <w:jc w:val="center"/>
            </w:pPr>
            <w:r>
              <w:rPr>
                <w:sz w:val="15"/>
              </w:rPr>
              <w:t>1.926</w:t>
            </w:r>
          </w:p>
        </w:tc>
      </w:tr>
      <w:tr w:rsidR="004550E7" w14:paraId="70F179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A77F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9F63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D72C2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C62A16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497E50" w14:textId="77777777" w:rsidR="004550E7" w:rsidRDefault="00000000">
            <w:pPr>
              <w:jc w:val="center"/>
            </w:pPr>
            <w:r>
              <w:rPr>
                <w:sz w:val="15"/>
              </w:rPr>
              <w:t>58.3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F8155" w14:textId="77777777" w:rsidR="004550E7" w:rsidRDefault="00000000">
            <w:pPr>
              <w:jc w:val="center"/>
            </w:pPr>
            <w:r>
              <w:rPr>
                <w:sz w:val="15"/>
              </w:rPr>
              <w:t>54.2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14B2E" w14:textId="77777777" w:rsidR="004550E7" w:rsidRDefault="00000000">
            <w:pPr>
              <w:jc w:val="center"/>
            </w:pPr>
            <w:r>
              <w:rPr>
                <w:sz w:val="15"/>
              </w:rPr>
              <w:t>56.9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FE117C" w14:textId="77777777" w:rsidR="004550E7" w:rsidRDefault="00000000">
            <w:pPr>
              <w:jc w:val="center"/>
            </w:pPr>
            <w:r>
              <w:rPr>
                <w:sz w:val="15"/>
              </w:rPr>
              <w:t>0.667</w:t>
            </w:r>
          </w:p>
        </w:tc>
      </w:tr>
      <w:tr w:rsidR="004550E7" w14:paraId="603837A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CEC07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BAD5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F6B1E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40B6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06BE33" w14:textId="77777777" w:rsidR="004550E7" w:rsidRDefault="00000000">
            <w:pPr>
              <w:jc w:val="center"/>
            </w:pPr>
            <w:r>
              <w:rPr>
                <w:sz w:val="15"/>
              </w:rPr>
              <w:t>56.4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BB6918" w14:textId="77777777" w:rsidR="004550E7" w:rsidRDefault="00000000">
            <w:pPr>
              <w:jc w:val="center"/>
            </w:pPr>
            <w:r>
              <w:rPr>
                <w:sz w:val="15"/>
              </w:rPr>
              <w:t>51.4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BB8AE5" w14:textId="77777777" w:rsidR="004550E7" w:rsidRDefault="00000000">
            <w:pPr>
              <w:jc w:val="center"/>
            </w:pPr>
            <w:r>
              <w:rPr>
                <w:sz w:val="15"/>
              </w:rPr>
              <w:t>54.4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CC507A" w14:textId="77777777" w:rsidR="004550E7" w:rsidRDefault="00000000">
            <w:pPr>
              <w:jc w:val="center"/>
            </w:pPr>
            <w:r>
              <w:rPr>
                <w:sz w:val="15"/>
              </w:rPr>
              <w:t>1.486</w:t>
            </w:r>
          </w:p>
        </w:tc>
      </w:tr>
      <w:tr w:rsidR="004550E7" w14:paraId="288779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AF7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766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041D34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E12B1B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3F9521" w14:textId="77777777" w:rsidR="004550E7" w:rsidRDefault="00000000">
            <w:pPr>
              <w:jc w:val="center"/>
            </w:pPr>
            <w:r>
              <w:rPr>
                <w:sz w:val="15"/>
              </w:rPr>
              <w:t>57.0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90987" w14:textId="77777777" w:rsidR="004550E7" w:rsidRDefault="00000000">
            <w:pPr>
              <w:jc w:val="center"/>
            </w:pPr>
            <w:r>
              <w:rPr>
                <w:sz w:val="15"/>
              </w:rPr>
              <w:t>50.8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F4128" w14:textId="77777777" w:rsidR="004550E7" w:rsidRDefault="00000000">
            <w:pPr>
              <w:jc w:val="center"/>
            </w:pPr>
            <w:r>
              <w:rPr>
                <w:sz w:val="15"/>
              </w:rPr>
              <w:t>54.7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736F74" w14:textId="77777777" w:rsidR="004550E7" w:rsidRDefault="00000000">
            <w:pPr>
              <w:jc w:val="center"/>
            </w:pPr>
            <w:r>
              <w:rPr>
                <w:sz w:val="15"/>
              </w:rPr>
              <w:t>1.073</w:t>
            </w:r>
          </w:p>
        </w:tc>
      </w:tr>
      <w:tr w:rsidR="004550E7" w14:paraId="5D0BE47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492A1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E0FE7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8DE42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779C38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B0CC36" w14:textId="77777777" w:rsidR="004550E7" w:rsidRDefault="00000000">
            <w:pPr>
              <w:jc w:val="center"/>
            </w:pPr>
            <w:r>
              <w:rPr>
                <w:sz w:val="15"/>
              </w:rPr>
              <w:t>58.4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7127B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ACAA83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163569" w14:textId="77777777" w:rsidR="004550E7" w:rsidRDefault="00000000">
            <w:pPr>
              <w:jc w:val="center"/>
            </w:pPr>
            <w:r>
              <w:rPr>
                <w:sz w:val="15"/>
              </w:rPr>
              <w:t>0.807</w:t>
            </w:r>
          </w:p>
        </w:tc>
      </w:tr>
      <w:tr w:rsidR="004550E7" w14:paraId="5903DC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48BBF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5ED90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B9B30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15A4D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621776" w14:textId="77777777" w:rsidR="004550E7" w:rsidRDefault="00000000">
            <w:pPr>
              <w:jc w:val="center"/>
            </w:pPr>
            <w:r>
              <w:rPr>
                <w:sz w:val="15"/>
              </w:rPr>
              <w:t>58.3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2AE2A8" w14:textId="77777777" w:rsidR="004550E7" w:rsidRDefault="00000000">
            <w:pPr>
              <w:jc w:val="center"/>
            </w:pPr>
            <w:r>
              <w:rPr>
                <w:sz w:val="15"/>
              </w:rPr>
              <w:t>49.1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4635B3" w14:textId="77777777" w:rsidR="004550E7" w:rsidRDefault="00000000">
            <w:pPr>
              <w:jc w:val="center"/>
            </w:pPr>
            <w:r>
              <w:rPr>
                <w:sz w:val="15"/>
              </w:rPr>
              <w:t>52.1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86F8CE" w14:textId="77777777" w:rsidR="004550E7" w:rsidRDefault="00000000">
            <w:pPr>
              <w:jc w:val="center"/>
            </w:pPr>
            <w:r>
              <w:rPr>
                <w:sz w:val="15"/>
              </w:rPr>
              <w:t>1.142</w:t>
            </w:r>
          </w:p>
        </w:tc>
      </w:tr>
      <w:tr w:rsidR="004550E7" w14:paraId="64DD57C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C9A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250E8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ABA6D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2B5BDF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70397A" w14:textId="77777777" w:rsidR="004550E7" w:rsidRDefault="00000000">
            <w:pPr>
              <w:jc w:val="center"/>
            </w:pPr>
            <w:r>
              <w:rPr>
                <w:sz w:val="15"/>
              </w:rPr>
              <w:t>56.7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59D164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2BB86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A0E77D" w14:textId="77777777" w:rsidR="004550E7" w:rsidRDefault="00000000">
            <w:pPr>
              <w:jc w:val="center"/>
            </w:pPr>
            <w:r>
              <w:rPr>
                <w:sz w:val="15"/>
              </w:rPr>
              <w:t>1.46</w:t>
            </w:r>
          </w:p>
        </w:tc>
      </w:tr>
      <w:tr w:rsidR="004550E7" w14:paraId="4188A3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7DAEC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A6222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798F5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7D77B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658EC7" w14:textId="77777777" w:rsidR="004550E7" w:rsidRDefault="00000000">
            <w:pPr>
              <w:jc w:val="center"/>
            </w:pPr>
            <w:r>
              <w:rPr>
                <w:sz w:val="15"/>
              </w:rPr>
              <w:t>56.9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233B16" w14:textId="77777777" w:rsidR="004550E7" w:rsidRDefault="00000000">
            <w:pPr>
              <w:jc w:val="center"/>
            </w:pPr>
            <w:r>
              <w:rPr>
                <w:sz w:val="15"/>
              </w:rPr>
              <w:t>52.7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9EB02F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9B1D9" w14:textId="77777777" w:rsidR="004550E7" w:rsidRDefault="00000000">
            <w:pPr>
              <w:jc w:val="center"/>
            </w:pPr>
            <w:r>
              <w:rPr>
                <w:sz w:val="15"/>
              </w:rPr>
              <w:t>0.915</w:t>
            </w:r>
          </w:p>
        </w:tc>
      </w:tr>
      <w:tr w:rsidR="004550E7" w14:paraId="3C3100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E9E5C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20954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0B8F0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7B9980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BC8AC2" w14:textId="77777777" w:rsidR="004550E7" w:rsidRDefault="00000000">
            <w:pPr>
              <w:jc w:val="center"/>
            </w:pPr>
            <w:r>
              <w:rPr>
                <w:sz w:val="15"/>
              </w:rPr>
              <w:t>56.0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40459" w14:textId="77777777" w:rsidR="004550E7" w:rsidRDefault="00000000">
            <w:pPr>
              <w:jc w:val="center"/>
            </w:pPr>
            <w:r>
              <w:rPr>
                <w:sz w:val="15"/>
              </w:rPr>
              <w:t>47.5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C7BC4D" w14:textId="77777777" w:rsidR="004550E7" w:rsidRDefault="00000000">
            <w:pPr>
              <w:jc w:val="center"/>
            </w:pPr>
            <w:r>
              <w:rPr>
                <w:sz w:val="15"/>
              </w:rPr>
              <w:t>52.9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8F9417" w14:textId="77777777" w:rsidR="004550E7" w:rsidRDefault="00000000">
            <w:pPr>
              <w:jc w:val="center"/>
            </w:pPr>
            <w:r>
              <w:rPr>
                <w:sz w:val="15"/>
              </w:rPr>
              <w:t>1.027</w:t>
            </w:r>
          </w:p>
        </w:tc>
      </w:tr>
      <w:tr w:rsidR="004550E7" w14:paraId="0FBE32E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DD1B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7A3FA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E840F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11C52F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C67A6A" w14:textId="77777777" w:rsidR="004550E7" w:rsidRDefault="00000000">
            <w:pPr>
              <w:jc w:val="center"/>
            </w:pPr>
            <w:r>
              <w:rPr>
                <w:sz w:val="15"/>
              </w:rPr>
              <w:t>55.4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52DBEB" w14:textId="77777777" w:rsidR="004550E7" w:rsidRDefault="00000000">
            <w:pPr>
              <w:jc w:val="center"/>
            </w:pPr>
            <w:r>
              <w:rPr>
                <w:sz w:val="15"/>
              </w:rPr>
              <w:t>50.1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CBB509" w14:textId="77777777" w:rsidR="004550E7" w:rsidRDefault="00000000">
            <w:pPr>
              <w:jc w:val="center"/>
            </w:pPr>
            <w:r>
              <w:rPr>
                <w:sz w:val="15"/>
              </w:rPr>
              <w:t>52.9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D2556" w14:textId="77777777" w:rsidR="004550E7" w:rsidRDefault="00000000">
            <w:pPr>
              <w:jc w:val="center"/>
            </w:pPr>
            <w:r>
              <w:rPr>
                <w:sz w:val="15"/>
              </w:rPr>
              <w:t>0.696</w:t>
            </w:r>
          </w:p>
        </w:tc>
      </w:tr>
      <w:tr w:rsidR="004550E7" w14:paraId="6FC1E9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2A50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1B55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796F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83875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1AC476" w14:textId="77777777" w:rsidR="004550E7" w:rsidRDefault="00000000">
            <w:pPr>
              <w:jc w:val="center"/>
            </w:pPr>
            <w:r>
              <w:rPr>
                <w:sz w:val="15"/>
              </w:rPr>
              <w:t>55.5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EFB943" w14:textId="77777777" w:rsidR="004550E7" w:rsidRDefault="00000000">
            <w:pPr>
              <w:jc w:val="center"/>
            </w:pPr>
            <w:r>
              <w:rPr>
                <w:sz w:val="15"/>
              </w:rPr>
              <w:t>51.0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A30361" w14:textId="77777777" w:rsidR="004550E7" w:rsidRDefault="00000000">
            <w:pPr>
              <w:jc w:val="center"/>
            </w:pPr>
            <w:r>
              <w:rPr>
                <w:sz w:val="15"/>
              </w:rPr>
              <w:t>53.1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C55105" w14:textId="77777777" w:rsidR="004550E7" w:rsidRDefault="00000000">
            <w:pPr>
              <w:jc w:val="center"/>
            </w:pPr>
            <w:r>
              <w:rPr>
                <w:sz w:val="15"/>
              </w:rPr>
              <w:t>0.831</w:t>
            </w:r>
          </w:p>
        </w:tc>
      </w:tr>
      <w:tr w:rsidR="004550E7" w14:paraId="74393C2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37E7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888E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E0DEC4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EBA8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799A7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E663A" w14:textId="77777777" w:rsidR="004550E7" w:rsidRDefault="00000000">
            <w:pPr>
              <w:jc w:val="center"/>
            </w:pPr>
            <w:r>
              <w:rPr>
                <w:sz w:val="15"/>
              </w:rPr>
              <w:t>45.6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146849" w14:textId="77777777" w:rsidR="004550E7" w:rsidRDefault="00000000">
            <w:pPr>
              <w:jc w:val="center"/>
            </w:pPr>
            <w:r>
              <w:rPr>
                <w:sz w:val="15"/>
              </w:rPr>
              <w:t>51.1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F16841" w14:textId="77777777" w:rsidR="004550E7" w:rsidRDefault="00000000">
            <w:pPr>
              <w:jc w:val="center"/>
            </w:pPr>
            <w:r>
              <w:rPr>
                <w:sz w:val="15"/>
              </w:rPr>
              <w:t>0.614</w:t>
            </w:r>
          </w:p>
        </w:tc>
      </w:tr>
      <w:tr w:rsidR="004550E7" w14:paraId="7EF33FE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C51BC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C76DF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D1AFC8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5187F6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D9CF65" w14:textId="77777777" w:rsidR="004550E7" w:rsidRDefault="00000000">
            <w:pPr>
              <w:jc w:val="center"/>
            </w:pPr>
            <w:r>
              <w:rPr>
                <w:sz w:val="15"/>
              </w:rPr>
              <w:t>61.4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F6262A" w14:textId="77777777" w:rsidR="004550E7" w:rsidRDefault="00000000">
            <w:pPr>
              <w:jc w:val="center"/>
            </w:pPr>
            <w:r>
              <w:rPr>
                <w:sz w:val="15"/>
              </w:rPr>
              <w:t>51.9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22F63E" w14:textId="77777777" w:rsidR="004550E7" w:rsidRDefault="00000000">
            <w:pPr>
              <w:jc w:val="center"/>
            </w:pPr>
            <w:r>
              <w:rPr>
                <w:sz w:val="15"/>
              </w:rPr>
              <w:t>57.9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4D9253" w14:textId="77777777" w:rsidR="004550E7" w:rsidRDefault="00000000">
            <w:pPr>
              <w:jc w:val="center"/>
            </w:pPr>
            <w:r>
              <w:rPr>
                <w:sz w:val="15"/>
              </w:rPr>
              <w:t>1.379</w:t>
            </w:r>
          </w:p>
        </w:tc>
      </w:tr>
      <w:tr w:rsidR="004550E7" w14:paraId="593C722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E7AB9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AF2A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0818F7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B26FF4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7DD4A1" w14:textId="77777777" w:rsidR="004550E7" w:rsidRDefault="00000000">
            <w:pPr>
              <w:jc w:val="center"/>
            </w:pPr>
            <w:r>
              <w:rPr>
                <w:sz w:val="15"/>
              </w:rPr>
              <w:t>62.0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32166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34F1AB" w14:textId="77777777" w:rsidR="004550E7" w:rsidRDefault="00000000">
            <w:pPr>
              <w:jc w:val="center"/>
            </w:pPr>
            <w:r>
              <w:rPr>
                <w:sz w:val="15"/>
              </w:rPr>
              <w:t>56.3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27D5A7" w14:textId="77777777" w:rsidR="004550E7" w:rsidRDefault="00000000">
            <w:pPr>
              <w:jc w:val="center"/>
            </w:pPr>
            <w:r>
              <w:rPr>
                <w:sz w:val="15"/>
              </w:rPr>
              <w:t>2.08</w:t>
            </w:r>
          </w:p>
        </w:tc>
      </w:tr>
      <w:tr w:rsidR="004550E7" w14:paraId="49E8620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375F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168F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566E3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E8D60D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8846B" w14:textId="77777777" w:rsidR="004550E7" w:rsidRDefault="00000000">
            <w:pPr>
              <w:jc w:val="center"/>
            </w:pPr>
            <w:r>
              <w:rPr>
                <w:sz w:val="15"/>
              </w:rPr>
              <w:t>60.8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CD298" w14:textId="77777777" w:rsidR="004550E7" w:rsidRDefault="00000000">
            <w:pPr>
              <w:jc w:val="center"/>
            </w:pPr>
            <w:r>
              <w:rPr>
                <w:sz w:val="15"/>
              </w:rPr>
              <w:t>47.8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17BCE7" w14:textId="77777777" w:rsidR="004550E7" w:rsidRDefault="00000000">
            <w:pPr>
              <w:jc w:val="center"/>
            </w:pPr>
            <w:r>
              <w:rPr>
                <w:sz w:val="15"/>
              </w:rPr>
              <w:t>56.2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B6BFC9" w14:textId="77777777" w:rsidR="004550E7" w:rsidRDefault="00000000">
            <w:pPr>
              <w:jc w:val="center"/>
            </w:pPr>
            <w:r>
              <w:rPr>
                <w:sz w:val="15"/>
              </w:rPr>
              <w:t>2.152</w:t>
            </w:r>
          </w:p>
        </w:tc>
      </w:tr>
      <w:tr w:rsidR="004550E7" w14:paraId="060E0E3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48DF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C803A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09799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04AD70" w14:textId="77777777" w:rsidR="004550E7" w:rsidRDefault="00000000">
            <w:pPr>
              <w:jc w:val="center"/>
            </w:pPr>
            <w:r>
              <w:rPr>
                <w:sz w:val="15"/>
              </w:rPr>
              <w:t>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7E67E5" w14:textId="77777777" w:rsidR="004550E7" w:rsidRDefault="00000000">
            <w:pPr>
              <w:jc w:val="center"/>
            </w:pPr>
            <w:r>
              <w:rPr>
                <w:sz w:val="15"/>
              </w:rPr>
              <w:t>64.0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649D9A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FED584" w14:textId="77777777" w:rsidR="004550E7" w:rsidRDefault="00000000">
            <w:pPr>
              <w:jc w:val="center"/>
            </w:pPr>
            <w:r>
              <w:rPr>
                <w:sz w:val="15"/>
              </w:rPr>
              <w:t>54.9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52081D" w14:textId="77777777" w:rsidR="004550E7" w:rsidRDefault="00000000">
            <w:pPr>
              <w:jc w:val="center"/>
            </w:pPr>
            <w:r>
              <w:rPr>
                <w:sz w:val="15"/>
              </w:rPr>
              <w:t>1.801</w:t>
            </w:r>
          </w:p>
        </w:tc>
      </w:tr>
      <w:tr w:rsidR="004550E7" w14:paraId="1BB2D0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4FB7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711FF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E3FEA1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AC2D4D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528909" w14:textId="77777777" w:rsidR="004550E7" w:rsidRDefault="00000000">
            <w:pPr>
              <w:jc w:val="center"/>
            </w:pPr>
            <w:r>
              <w:rPr>
                <w:sz w:val="15"/>
              </w:rPr>
              <w:t>58.2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0029A" w14:textId="77777777" w:rsidR="004550E7" w:rsidRDefault="00000000">
            <w:pPr>
              <w:jc w:val="center"/>
            </w:pPr>
            <w:r>
              <w:rPr>
                <w:sz w:val="15"/>
              </w:rPr>
              <w:t>53.2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089BD" w14:textId="77777777" w:rsidR="004550E7" w:rsidRDefault="00000000">
            <w:pPr>
              <w:jc w:val="center"/>
            </w:pPr>
            <w:r>
              <w:rPr>
                <w:sz w:val="15"/>
              </w:rPr>
              <w:t>56.1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0EF8E" w14:textId="77777777" w:rsidR="004550E7" w:rsidRDefault="00000000">
            <w:pPr>
              <w:jc w:val="center"/>
            </w:pPr>
            <w:r>
              <w:rPr>
                <w:sz w:val="15"/>
              </w:rPr>
              <w:t>1.08</w:t>
            </w:r>
          </w:p>
        </w:tc>
      </w:tr>
      <w:tr w:rsidR="004550E7" w14:paraId="74CBCE2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6E9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5DCD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AE189B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2BCF0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719BB" w14:textId="77777777" w:rsidR="004550E7" w:rsidRDefault="00000000">
            <w:pPr>
              <w:jc w:val="center"/>
            </w:pPr>
            <w:r>
              <w:rPr>
                <w:sz w:val="15"/>
              </w:rPr>
              <w:t>62.1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2ECE7" w14:textId="77777777" w:rsidR="004550E7" w:rsidRDefault="00000000">
            <w:pPr>
              <w:jc w:val="center"/>
            </w:pPr>
            <w:r>
              <w:rPr>
                <w:sz w:val="15"/>
              </w:rPr>
              <w:t>49.4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374F2F" w14:textId="77777777" w:rsidR="004550E7" w:rsidRDefault="00000000">
            <w:pPr>
              <w:jc w:val="center"/>
            </w:pPr>
            <w:r>
              <w:rPr>
                <w:sz w:val="15"/>
              </w:rPr>
              <w:t>53.7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57BD0" w14:textId="77777777" w:rsidR="004550E7" w:rsidRDefault="00000000">
            <w:pPr>
              <w:jc w:val="center"/>
            </w:pPr>
            <w:r>
              <w:rPr>
                <w:sz w:val="15"/>
              </w:rPr>
              <w:t>2.067</w:t>
            </w:r>
          </w:p>
        </w:tc>
      </w:tr>
      <w:tr w:rsidR="004550E7" w14:paraId="3826E9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B178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6F67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D24920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4C28D1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C6ABC0" w14:textId="77777777" w:rsidR="004550E7" w:rsidRDefault="00000000">
            <w:pPr>
              <w:jc w:val="center"/>
            </w:pPr>
            <w:r>
              <w:rPr>
                <w:sz w:val="15"/>
              </w:rPr>
              <w:t>57.0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B7A5B7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5D2377" w14:textId="77777777" w:rsidR="004550E7" w:rsidRDefault="00000000">
            <w:pPr>
              <w:jc w:val="center"/>
            </w:pPr>
            <w:r>
              <w:rPr>
                <w:sz w:val="15"/>
              </w:rPr>
              <w:t>54.9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658BB" w14:textId="77777777" w:rsidR="004550E7" w:rsidRDefault="00000000">
            <w:pPr>
              <w:jc w:val="center"/>
            </w:pPr>
            <w:r>
              <w:rPr>
                <w:sz w:val="15"/>
              </w:rPr>
              <w:t>0.949</w:t>
            </w:r>
          </w:p>
        </w:tc>
      </w:tr>
      <w:tr w:rsidR="004550E7" w14:paraId="7C425B1F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E5A78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MCV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7185D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921B6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F2653" w14:textId="77777777" w:rsidR="004550E7" w:rsidRDefault="00000000">
            <w:pPr>
              <w:jc w:val="center"/>
            </w:pPr>
            <w:r>
              <w:rPr>
                <w:sz w:val="15"/>
              </w:rPr>
              <w:t>1819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E0483" w14:textId="77777777" w:rsidR="004550E7" w:rsidRDefault="00000000">
            <w:pPr>
              <w:jc w:val="center"/>
            </w:pPr>
            <w:r>
              <w:rPr>
                <w:sz w:val="15"/>
              </w:rPr>
              <w:t>87.0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FDE93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FA5DBB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AAED8" w14:textId="77777777" w:rsidR="004550E7" w:rsidRDefault="00000000">
            <w:pPr>
              <w:jc w:val="center"/>
            </w:pPr>
            <w:r>
              <w:rPr>
                <w:sz w:val="15"/>
              </w:rPr>
              <w:t>2.284</w:t>
            </w:r>
          </w:p>
        </w:tc>
      </w:tr>
      <w:tr w:rsidR="004550E7" w14:paraId="08E73FA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AEBF7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F4980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79A6F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079B83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E5E780" w14:textId="77777777" w:rsidR="004550E7" w:rsidRDefault="00000000">
            <w:pPr>
              <w:jc w:val="center"/>
            </w:pPr>
            <w:r>
              <w:rPr>
                <w:sz w:val="15"/>
              </w:rPr>
              <w:t>60.9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EFD75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E30D2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23AE6D" w14:textId="77777777" w:rsidR="004550E7" w:rsidRDefault="00000000">
            <w:pPr>
              <w:jc w:val="center"/>
            </w:pPr>
            <w:r>
              <w:rPr>
                <w:sz w:val="15"/>
              </w:rPr>
              <w:t>1.452</w:t>
            </w:r>
          </w:p>
        </w:tc>
      </w:tr>
      <w:tr w:rsidR="004550E7" w14:paraId="326ACCC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28C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5668E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03D09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662D29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F64D8" w14:textId="77777777" w:rsidR="004550E7" w:rsidRDefault="00000000">
            <w:pPr>
              <w:jc w:val="center"/>
            </w:pPr>
            <w:r>
              <w:rPr>
                <w:sz w:val="15"/>
              </w:rPr>
              <w:t>87.0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2CA257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5C9E59" w14:textId="77777777" w:rsidR="004550E7" w:rsidRDefault="00000000">
            <w:pPr>
              <w:jc w:val="center"/>
            </w:pPr>
            <w:r>
              <w:rPr>
                <w:sz w:val="15"/>
              </w:rPr>
              <w:t>56.3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33A5C2" w14:textId="77777777" w:rsidR="004550E7" w:rsidRDefault="00000000">
            <w:pPr>
              <w:jc w:val="center"/>
            </w:pPr>
            <w:r>
              <w:rPr>
                <w:sz w:val="15"/>
              </w:rPr>
              <w:t>1.498</w:t>
            </w:r>
          </w:p>
        </w:tc>
      </w:tr>
      <w:tr w:rsidR="004550E7" w14:paraId="59EEC0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3DFA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C6B4A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0C995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4A847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892AC" w14:textId="77777777" w:rsidR="004550E7" w:rsidRDefault="00000000">
            <w:pPr>
              <w:jc w:val="center"/>
            </w:pPr>
            <w:r>
              <w:rPr>
                <w:sz w:val="15"/>
              </w:rPr>
              <w:t>59.5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3F9319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FAEBEB" w14:textId="77777777" w:rsidR="004550E7" w:rsidRDefault="00000000">
            <w:pPr>
              <w:jc w:val="center"/>
            </w:pPr>
            <w:r>
              <w:rPr>
                <w:sz w:val="15"/>
              </w:rPr>
              <w:t>57.3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96BF0" w14:textId="77777777" w:rsidR="004550E7" w:rsidRDefault="00000000">
            <w:pPr>
              <w:jc w:val="center"/>
            </w:pPr>
            <w:r>
              <w:rPr>
                <w:sz w:val="15"/>
              </w:rPr>
              <w:t>1.048</w:t>
            </w:r>
          </w:p>
        </w:tc>
      </w:tr>
      <w:tr w:rsidR="004550E7" w14:paraId="25B687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61F19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7DA0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51AA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BE989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AAEC16" w14:textId="77777777" w:rsidR="004550E7" w:rsidRDefault="00000000">
            <w:pPr>
              <w:jc w:val="center"/>
            </w:pPr>
            <w:r>
              <w:rPr>
                <w:sz w:val="15"/>
              </w:rPr>
              <w:t>61.7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2FCE1F" w14:textId="77777777" w:rsidR="004550E7" w:rsidRDefault="00000000">
            <w:pPr>
              <w:jc w:val="center"/>
            </w:pPr>
            <w:r>
              <w:rPr>
                <w:sz w:val="15"/>
              </w:rPr>
              <w:t>50.9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037C11" w14:textId="77777777" w:rsidR="004550E7" w:rsidRDefault="00000000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BB54F1" w14:textId="77777777" w:rsidR="004550E7" w:rsidRDefault="00000000">
            <w:pPr>
              <w:jc w:val="center"/>
            </w:pPr>
            <w:r>
              <w:rPr>
                <w:sz w:val="15"/>
              </w:rPr>
              <w:t>1.642</w:t>
            </w:r>
          </w:p>
        </w:tc>
      </w:tr>
      <w:tr w:rsidR="004550E7" w14:paraId="5698444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71886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8C070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F594CC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5A0B02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52EB6" w14:textId="77777777" w:rsidR="004550E7" w:rsidRDefault="00000000">
            <w:pPr>
              <w:jc w:val="center"/>
            </w:pPr>
            <w:r>
              <w:rPr>
                <w:sz w:val="15"/>
              </w:rPr>
              <w:t>59.9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BDADA5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BB6F42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A7E210" w14:textId="77777777" w:rsidR="004550E7" w:rsidRDefault="00000000">
            <w:pPr>
              <w:jc w:val="center"/>
            </w:pPr>
            <w:r>
              <w:rPr>
                <w:sz w:val="15"/>
              </w:rPr>
              <w:t>1.525</w:t>
            </w:r>
          </w:p>
        </w:tc>
      </w:tr>
      <w:tr w:rsidR="004550E7" w14:paraId="49C3F00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80F2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D8592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12A1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7ECDF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E71C47" w14:textId="77777777" w:rsidR="004550E7" w:rsidRDefault="00000000">
            <w:pPr>
              <w:jc w:val="center"/>
            </w:pPr>
            <w:r>
              <w:rPr>
                <w:sz w:val="15"/>
              </w:rPr>
              <w:t>61.1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348D9D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96DE3" w14:textId="77777777" w:rsidR="004550E7" w:rsidRDefault="00000000">
            <w:pPr>
              <w:jc w:val="center"/>
            </w:pPr>
            <w:r>
              <w:rPr>
                <w:sz w:val="15"/>
              </w:rPr>
              <w:t>56.4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69A3F7" w14:textId="77777777" w:rsidR="004550E7" w:rsidRDefault="00000000">
            <w:pPr>
              <w:jc w:val="center"/>
            </w:pPr>
            <w:r>
              <w:rPr>
                <w:sz w:val="15"/>
              </w:rPr>
              <w:t>1.614</w:t>
            </w:r>
          </w:p>
        </w:tc>
      </w:tr>
      <w:tr w:rsidR="004550E7" w14:paraId="0DB196F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DB35D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ACA2D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F0CF9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582BB2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912342" w14:textId="77777777" w:rsidR="004550E7" w:rsidRDefault="00000000">
            <w:pPr>
              <w:jc w:val="center"/>
            </w:pPr>
            <w:r>
              <w:rPr>
                <w:sz w:val="15"/>
              </w:rPr>
              <w:t>59.6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025B6B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79D370" w14:textId="77777777" w:rsidR="004550E7" w:rsidRDefault="00000000">
            <w:pPr>
              <w:jc w:val="center"/>
            </w:pPr>
            <w:r>
              <w:rPr>
                <w:sz w:val="15"/>
              </w:rPr>
              <w:t>57.4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B15909" w14:textId="77777777" w:rsidR="004550E7" w:rsidRDefault="00000000">
            <w:pPr>
              <w:jc w:val="center"/>
            </w:pPr>
            <w:r>
              <w:rPr>
                <w:sz w:val="15"/>
              </w:rPr>
              <w:t>0.846</w:t>
            </w:r>
          </w:p>
        </w:tc>
      </w:tr>
      <w:tr w:rsidR="004550E7" w14:paraId="452F764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F8924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11DD1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5B362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3A94D3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C1DC6" w14:textId="77777777" w:rsidR="004550E7" w:rsidRDefault="00000000">
            <w:pPr>
              <w:jc w:val="center"/>
            </w:pPr>
            <w:r>
              <w:rPr>
                <w:sz w:val="15"/>
              </w:rPr>
              <w:t>58.0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BEF478" w14:textId="77777777" w:rsidR="004550E7" w:rsidRDefault="00000000">
            <w:pPr>
              <w:jc w:val="center"/>
            </w:pPr>
            <w:r>
              <w:rPr>
                <w:sz w:val="15"/>
              </w:rPr>
              <w:t>53.3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57AA1" w14:textId="77777777" w:rsidR="004550E7" w:rsidRDefault="00000000">
            <w:pPr>
              <w:jc w:val="center"/>
            </w:pPr>
            <w:r>
              <w:rPr>
                <w:sz w:val="15"/>
              </w:rPr>
              <w:t>55.7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2E66EE" w14:textId="77777777" w:rsidR="004550E7" w:rsidRDefault="00000000">
            <w:pPr>
              <w:jc w:val="center"/>
            </w:pPr>
            <w:r>
              <w:rPr>
                <w:sz w:val="15"/>
              </w:rPr>
              <w:t>1.186</w:t>
            </w:r>
          </w:p>
        </w:tc>
      </w:tr>
      <w:tr w:rsidR="004550E7" w14:paraId="7A28C27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D9560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C5913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611345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2D168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C73349" w14:textId="77777777" w:rsidR="004550E7" w:rsidRDefault="00000000">
            <w:pPr>
              <w:jc w:val="center"/>
            </w:pPr>
            <w:r>
              <w:rPr>
                <w:sz w:val="15"/>
              </w:rPr>
              <w:t>56.1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072800" w14:textId="77777777" w:rsidR="004550E7" w:rsidRDefault="00000000">
            <w:pPr>
              <w:jc w:val="center"/>
            </w:pPr>
            <w:r>
              <w:rPr>
                <w:sz w:val="15"/>
              </w:rPr>
              <w:t>52.7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64F7C" w14:textId="77777777" w:rsidR="004550E7" w:rsidRDefault="00000000">
            <w:pPr>
              <w:jc w:val="center"/>
            </w:pPr>
            <w:r>
              <w:rPr>
                <w:sz w:val="15"/>
              </w:rPr>
              <w:t>54.8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740677" w14:textId="77777777" w:rsidR="004550E7" w:rsidRDefault="00000000">
            <w:pPr>
              <w:jc w:val="center"/>
            </w:pPr>
            <w:r>
              <w:rPr>
                <w:sz w:val="15"/>
              </w:rPr>
              <w:t>0.905</w:t>
            </w:r>
          </w:p>
        </w:tc>
      </w:tr>
      <w:tr w:rsidR="004550E7" w14:paraId="77DE169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B95B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E992E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B544D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ECA4A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35F15" w14:textId="77777777" w:rsidR="004550E7" w:rsidRDefault="00000000">
            <w:pPr>
              <w:jc w:val="center"/>
            </w:pPr>
            <w:r>
              <w:rPr>
                <w:sz w:val="15"/>
              </w:rPr>
              <w:t>60.0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39F8A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2C5517" w14:textId="77777777" w:rsidR="004550E7" w:rsidRDefault="00000000">
            <w:pPr>
              <w:jc w:val="center"/>
            </w:pPr>
            <w:r>
              <w:rPr>
                <w:sz w:val="15"/>
              </w:rPr>
              <w:t>53.4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912AB" w14:textId="77777777" w:rsidR="004550E7" w:rsidRDefault="00000000">
            <w:pPr>
              <w:jc w:val="center"/>
            </w:pPr>
            <w:r>
              <w:rPr>
                <w:sz w:val="15"/>
              </w:rPr>
              <w:t>0.799</w:t>
            </w:r>
          </w:p>
        </w:tc>
      </w:tr>
      <w:tr w:rsidR="004550E7" w14:paraId="0C124CF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1685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945D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9A61C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5694E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C5ABA6" w14:textId="77777777" w:rsidR="004550E7" w:rsidRDefault="00000000">
            <w:pPr>
              <w:jc w:val="center"/>
            </w:pPr>
            <w:r>
              <w:rPr>
                <w:sz w:val="15"/>
              </w:rPr>
              <w:t>60.8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7091A" w14:textId="77777777" w:rsidR="004550E7" w:rsidRDefault="00000000">
            <w:pPr>
              <w:jc w:val="center"/>
            </w:pPr>
            <w:r>
              <w:rPr>
                <w:sz w:val="15"/>
              </w:rPr>
              <w:t>48.8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04DF6B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BF5D1" w14:textId="77777777" w:rsidR="004550E7" w:rsidRDefault="00000000">
            <w:pPr>
              <w:jc w:val="center"/>
            </w:pPr>
            <w:r>
              <w:rPr>
                <w:sz w:val="15"/>
              </w:rPr>
              <w:t>1.186</w:t>
            </w:r>
          </w:p>
        </w:tc>
      </w:tr>
      <w:tr w:rsidR="004550E7" w14:paraId="548CEA9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20355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AB23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825C8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23C796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AC8F99" w14:textId="77777777" w:rsidR="004550E7" w:rsidRDefault="00000000">
            <w:pPr>
              <w:jc w:val="center"/>
            </w:pPr>
            <w:r>
              <w:rPr>
                <w:sz w:val="15"/>
              </w:rPr>
              <w:t>57.1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0DACB6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A78A93" w14:textId="77777777" w:rsidR="004550E7" w:rsidRDefault="00000000">
            <w:pPr>
              <w:jc w:val="center"/>
            </w:pPr>
            <w:r>
              <w:rPr>
                <w:sz w:val="15"/>
              </w:rPr>
              <w:t>54.3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BF5AE" w14:textId="77777777" w:rsidR="004550E7" w:rsidRDefault="00000000">
            <w:pPr>
              <w:jc w:val="center"/>
            </w:pPr>
            <w:r>
              <w:rPr>
                <w:sz w:val="15"/>
              </w:rPr>
              <w:t>1.281</w:t>
            </w:r>
          </w:p>
        </w:tc>
      </w:tr>
      <w:tr w:rsidR="004550E7" w14:paraId="5C168B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1100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47071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E8A08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32F57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1BDD58" w14:textId="77777777" w:rsidR="004550E7" w:rsidRDefault="00000000">
            <w:pPr>
              <w:jc w:val="center"/>
            </w:pPr>
            <w:r>
              <w:rPr>
                <w:sz w:val="15"/>
              </w:rPr>
              <w:t>57.3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075069" w14:textId="77777777" w:rsidR="004550E7" w:rsidRDefault="00000000">
            <w:pPr>
              <w:jc w:val="center"/>
            </w:pPr>
            <w:r>
              <w:rPr>
                <w:sz w:val="15"/>
              </w:rPr>
              <w:t>53.5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A4A502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5B27E6" w14:textId="77777777" w:rsidR="004550E7" w:rsidRDefault="00000000">
            <w:pPr>
              <w:jc w:val="center"/>
            </w:pPr>
            <w:r>
              <w:rPr>
                <w:sz w:val="15"/>
              </w:rPr>
              <w:t>1.032</w:t>
            </w:r>
          </w:p>
        </w:tc>
      </w:tr>
      <w:tr w:rsidR="004550E7" w14:paraId="7273EAD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546E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D45A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5498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23BD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DEC715" w14:textId="77777777" w:rsidR="004550E7" w:rsidRDefault="00000000">
            <w:pPr>
              <w:jc w:val="center"/>
            </w:pPr>
            <w:r>
              <w:rPr>
                <w:sz w:val="15"/>
              </w:rPr>
              <w:t>56.0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8280A" w14:textId="77777777" w:rsidR="004550E7" w:rsidRDefault="00000000">
            <w:pPr>
              <w:jc w:val="center"/>
            </w:pPr>
            <w:r>
              <w:rPr>
                <w:sz w:val="15"/>
              </w:rPr>
              <w:t>48.2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74DAB0" w14:textId="77777777" w:rsidR="004550E7" w:rsidRDefault="00000000">
            <w:pPr>
              <w:jc w:val="center"/>
            </w:pPr>
            <w:r>
              <w:rPr>
                <w:sz w:val="15"/>
              </w:rPr>
              <w:t>53.7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68C5F" w14:textId="77777777" w:rsidR="004550E7" w:rsidRDefault="00000000">
            <w:pPr>
              <w:jc w:val="center"/>
            </w:pPr>
            <w:r>
              <w:rPr>
                <w:sz w:val="15"/>
              </w:rPr>
              <w:t>1.012</w:t>
            </w:r>
          </w:p>
        </w:tc>
      </w:tr>
      <w:tr w:rsidR="004550E7" w14:paraId="344294E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5C5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EEA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2BB2D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8130E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7FE816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F77254" w14:textId="77777777" w:rsidR="004550E7" w:rsidRDefault="00000000">
            <w:pPr>
              <w:jc w:val="center"/>
            </w:pPr>
            <w:r>
              <w:rPr>
                <w:sz w:val="15"/>
              </w:rPr>
              <w:t>50.5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9CE4A" w14:textId="77777777" w:rsidR="004550E7" w:rsidRDefault="00000000">
            <w:pPr>
              <w:jc w:val="center"/>
            </w:pPr>
            <w:r>
              <w:rPr>
                <w:sz w:val="15"/>
              </w:rPr>
              <w:t>53.8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9BDB8D" w14:textId="77777777" w:rsidR="004550E7" w:rsidRDefault="00000000">
            <w:pPr>
              <w:jc w:val="center"/>
            </w:pPr>
            <w:r>
              <w:rPr>
                <w:sz w:val="15"/>
              </w:rPr>
              <w:t>1.239</w:t>
            </w:r>
          </w:p>
        </w:tc>
      </w:tr>
      <w:tr w:rsidR="004550E7" w14:paraId="04ED8FB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826B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D2BD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FDB7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533202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B23F08" w14:textId="77777777" w:rsidR="004550E7" w:rsidRDefault="00000000">
            <w:pPr>
              <w:jc w:val="center"/>
            </w:pPr>
            <w:r>
              <w:rPr>
                <w:sz w:val="15"/>
              </w:rPr>
              <w:t>56.7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8FA9D" w14:textId="77777777" w:rsidR="004550E7" w:rsidRDefault="00000000">
            <w:pPr>
              <w:jc w:val="center"/>
            </w:pPr>
            <w:r>
              <w:rPr>
                <w:sz w:val="15"/>
              </w:rPr>
              <w:t>49.2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23114E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BC6FC" w14:textId="77777777" w:rsidR="004550E7" w:rsidRDefault="00000000">
            <w:pPr>
              <w:jc w:val="center"/>
            </w:pPr>
            <w:r>
              <w:rPr>
                <w:sz w:val="15"/>
              </w:rPr>
              <w:t>1.187</w:t>
            </w:r>
          </w:p>
        </w:tc>
      </w:tr>
      <w:tr w:rsidR="004550E7" w14:paraId="63F805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AFDF2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1012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99784B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8BB1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D9BF9" w14:textId="77777777" w:rsidR="004550E7" w:rsidRDefault="00000000">
            <w:pPr>
              <w:jc w:val="center"/>
            </w:pPr>
            <w:r>
              <w:rPr>
                <w:sz w:val="15"/>
              </w:rPr>
              <w:t>56.4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571A8" w14:textId="77777777" w:rsidR="004550E7" w:rsidRDefault="00000000">
            <w:pPr>
              <w:jc w:val="center"/>
            </w:pPr>
            <w:r>
              <w:rPr>
                <w:sz w:val="15"/>
              </w:rPr>
              <w:t>47.9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5F779" w14:textId="77777777" w:rsidR="004550E7" w:rsidRDefault="00000000">
            <w:pPr>
              <w:jc w:val="center"/>
            </w:pPr>
            <w:r>
              <w:rPr>
                <w:sz w:val="15"/>
              </w:rPr>
              <w:t>51.7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C3B4B2" w14:textId="77777777" w:rsidR="004550E7" w:rsidRDefault="00000000">
            <w:pPr>
              <w:jc w:val="center"/>
            </w:pPr>
            <w:r>
              <w:rPr>
                <w:sz w:val="15"/>
              </w:rPr>
              <w:t>0.264</w:t>
            </w:r>
          </w:p>
        </w:tc>
      </w:tr>
      <w:tr w:rsidR="004550E7" w14:paraId="210F3AD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41A4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027A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DE4B2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DB4EF6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712C74" w14:textId="77777777" w:rsidR="004550E7" w:rsidRDefault="00000000">
            <w:pPr>
              <w:jc w:val="center"/>
            </w:pPr>
            <w:r>
              <w:rPr>
                <w:sz w:val="15"/>
              </w:rPr>
              <w:t>62.6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32600" w14:textId="77777777" w:rsidR="004550E7" w:rsidRDefault="00000000">
            <w:pPr>
              <w:jc w:val="center"/>
            </w:pPr>
            <w:r>
              <w:rPr>
                <w:sz w:val="15"/>
              </w:rPr>
              <w:t>49.6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588E5" w14:textId="77777777" w:rsidR="004550E7" w:rsidRDefault="00000000">
            <w:pPr>
              <w:jc w:val="center"/>
            </w:pPr>
            <w:r>
              <w:rPr>
                <w:sz w:val="15"/>
              </w:rPr>
              <w:t>58.9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18A30" w14:textId="77777777" w:rsidR="004550E7" w:rsidRDefault="00000000">
            <w:pPr>
              <w:jc w:val="center"/>
            </w:pPr>
            <w:r>
              <w:rPr>
                <w:sz w:val="15"/>
              </w:rPr>
              <w:t>1.746</w:t>
            </w:r>
          </w:p>
        </w:tc>
      </w:tr>
      <w:tr w:rsidR="004550E7" w14:paraId="661E2A6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5117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EE62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524AB0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81C73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3851CE" w14:textId="77777777" w:rsidR="004550E7" w:rsidRDefault="00000000">
            <w:pPr>
              <w:jc w:val="center"/>
            </w:pPr>
            <w:r>
              <w:rPr>
                <w:sz w:val="15"/>
              </w:rPr>
              <w:t>63.0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70022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D1050" w14:textId="77777777" w:rsidR="004550E7" w:rsidRDefault="00000000">
            <w:pPr>
              <w:jc w:val="center"/>
            </w:pPr>
            <w:r>
              <w:rPr>
                <w:sz w:val="15"/>
              </w:rPr>
              <w:t>57.4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279F7D" w14:textId="77777777" w:rsidR="004550E7" w:rsidRDefault="00000000">
            <w:pPr>
              <w:jc w:val="center"/>
            </w:pPr>
            <w:r>
              <w:rPr>
                <w:sz w:val="15"/>
              </w:rPr>
              <w:t>1.771</w:t>
            </w:r>
          </w:p>
        </w:tc>
      </w:tr>
      <w:tr w:rsidR="004550E7" w14:paraId="10A098F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4D30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39F20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738C1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193D20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4AB583" w14:textId="77777777" w:rsidR="004550E7" w:rsidRDefault="00000000">
            <w:pPr>
              <w:jc w:val="center"/>
            </w:pPr>
            <w:r>
              <w:rPr>
                <w:sz w:val="15"/>
              </w:rPr>
              <w:t>61.2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247F7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2FC5B8" w14:textId="77777777" w:rsidR="004550E7" w:rsidRDefault="00000000">
            <w:pPr>
              <w:jc w:val="center"/>
            </w:pPr>
            <w:r>
              <w:rPr>
                <w:sz w:val="15"/>
              </w:rPr>
              <w:t>56.9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C0E867" w14:textId="77777777" w:rsidR="004550E7" w:rsidRDefault="00000000">
            <w:pPr>
              <w:jc w:val="center"/>
            </w:pPr>
            <w:r>
              <w:rPr>
                <w:sz w:val="15"/>
              </w:rPr>
              <w:t>1.767</w:t>
            </w:r>
          </w:p>
        </w:tc>
      </w:tr>
      <w:tr w:rsidR="004550E7" w14:paraId="676BE61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9757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BCAE2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72BAB5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717ACE" w14:textId="77777777" w:rsidR="004550E7" w:rsidRDefault="00000000">
            <w:pPr>
              <w:jc w:val="center"/>
            </w:pPr>
            <w:r>
              <w:rPr>
                <w:sz w:val="15"/>
              </w:rPr>
              <w:t>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8134DC" w14:textId="77777777" w:rsidR="004550E7" w:rsidRDefault="00000000">
            <w:pPr>
              <w:jc w:val="center"/>
            </w:pPr>
            <w:r>
              <w:rPr>
                <w:sz w:val="15"/>
              </w:rPr>
              <w:t>63.0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5B7DC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FB47E4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01CEEB" w14:textId="77777777" w:rsidR="004550E7" w:rsidRDefault="00000000">
            <w:pPr>
              <w:jc w:val="center"/>
            </w:pPr>
            <w:r>
              <w:rPr>
                <w:sz w:val="15"/>
              </w:rPr>
              <w:t>1.747</w:t>
            </w:r>
          </w:p>
        </w:tc>
      </w:tr>
      <w:tr w:rsidR="004550E7" w14:paraId="5F9422D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66B63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9BFE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F43C9E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C62D40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C2BE66" w14:textId="77777777" w:rsidR="004550E7" w:rsidRDefault="00000000">
            <w:pPr>
              <w:jc w:val="center"/>
            </w:pPr>
            <w:r>
              <w:rPr>
                <w:sz w:val="15"/>
              </w:rPr>
              <w:t>58.7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0F3A33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8AD23" w14:textId="77777777" w:rsidR="004550E7" w:rsidRDefault="00000000">
            <w:pPr>
              <w:jc w:val="center"/>
            </w:pPr>
            <w:r>
              <w:rPr>
                <w:sz w:val="15"/>
              </w:rPr>
              <w:t>56.7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57062A" w14:textId="77777777" w:rsidR="004550E7" w:rsidRDefault="00000000">
            <w:pPr>
              <w:jc w:val="center"/>
            </w:pPr>
            <w:r>
              <w:rPr>
                <w:sz w:val="15"/>
              </w:rPr>
              <w:t>1.156</w:t>
            </w:r>
          </w:p>
        </w:tc>
      </w:tr>
      <w:tr w:rsidR="004550E7" w14:paraId="5B26AB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098B0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7F5E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1218C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4E67FC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F7FD98" w14:textId="77777777" w:rsidR="004550E7" w:rsidRDefault="00000000">
            <w:pPr>
              <w:jc w:val="center"/>
            </w:pPr>
            <w:r>
              <w:rPr>
                <w:sz w:val="15"/>
              </w:rPr>
              <w:t>62.6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C8A242" w14:textId="77777777" w:rsidR="004550E7" w:rsidRDefault="00000000">
            <w:pPr>
              <w:jc w:val="center"/>
            </w:pPr>
            <w:r>
              <w:rPr>
                <w:sz w:val="15"/>
              </w:rPr>
              <w:t>49.1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05A97F" w14:textId="77777777" w:rsidR="004550E7" w:rsidRDefault="00000000">
            <w:pPr>
              <w:jc w:val="center"/>
            </w:pPr>
            <w:r>
              <w:rPr>
                <w:sz w:val="15"/>
              </w:rPr>
              <w:t>54.4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446013" w14:textId="77777777" w:rsidR="004550E7" w:rsidRDefault="00000000">
            <w:pPr>
              <w:jc w:val="center"/>
            </w:pPr>
            <w:r>
              <w:rPr>
                <w:sz w:val="15"/>
              </w:rPr>
              <w:t>2.338</w:t>
            </w:r>
          </w:p>
        </w:tc>
      </w:tr>
      <w:tr w:rsidR="004550E7" w14:paraId="41E32D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72A5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096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39B5D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028ECB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2CBB5E" w14:textId="77777777" w:rsidR="004550E7" w:rsidRDefault="00000000">
            <w:pPr>
              <w:jc w:val="center"/>
            </w:pPr>
            <w:r>
              <w:rPr>
                <w:sz w:val="15"/>
              </w:rPr>
              <w:t>58.4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1CD2C7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ED6AA" w14:textId="77777777" w:rsidR="004550E7" w:rsidRDefault="00000000">
            <w:pPr>
              <w:jc w:val="center"/>
            </w:pPr>
            <w:r>
              <w:rPr>
                <w:sz w:val="15"/>
              </w:rPr>
              <w:t>56.1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0DFE57" w14:textId="77777777" w:rsidR="004550E7" w:rsidRDefault="00000000">
            <w:pPr>
              <w:jc w:val="center"/>
            </w:pPr>
            <w:r>
              <w:rPr>
                <w:sz w:val="15"/>
              </w:rPr>
              <w:t>0.866</w:t>
            </w:r>
          </w:p>
        </w:tc>
      </w:tr>
      <w:tr w:rsidR="004550E7" w14:paraId="0A687A05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5051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MCV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B1977B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0D05C7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A370B2" w14:textId="77777777" w:rsidR="004550E7" w:rsidRDefault="00000000">
            <w:pPr>
              <w:jc w:val="center"/>
            </w:pPr>
            <w:r>
              <w:rPr>
                <w:sz w:val="15"/>
              </w:rPr>
              <w:t>1819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27287F" w14:textId="77777777" w:rsidR="004550E7" w:rsidRDefault="00000000">
            <w:pPr>
              <w:jc w:val="center"/>
            </w:pPr>
            <w:r>
              <w:rPr>
                <w:sz w:val="15"/>
              </w:rPr>
              <w:t>86.8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93CB9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B3B9B" w14:textId="77777777" w:rsidR="004550E7" w:rsidRDefault="00000000">
            <w:pPr>
              <w:jc w:val="center"/>
            </w:pPr>
            <w:r>
              <w:rPr>
                <w:sz w:val="15"/>
              </w:rPr>
              <w:t>54.2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1A7E34" w14:textId="77777777" w:rsidR="004550E7" w:rsidRDefault="00000000">
            <w:pPr>
              <w:jc w:val="center"/>
            </w:pPr>
            <w:r>
              <w:rPr>
                <w:sz w:val="15"/>
              </w:rPr>
              <w:t>2.014</w:t>
            </w:r>
          </w:p>
        </w:tc>
      </w:tr>
      <w:tr w:rsidR="004550E7" w14:paraId="218A425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DBF3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3DCA6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8A529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904DA5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FF691D" w14:textId="77777777" w:rsidR="004550E7" w:rsidRDefault="00000000">
            <w:pPr>
              <w:jc w:val="center"/>
            </w:pPr>
            <w:r>
              <w:rPr>
                <w:sz w:val="15"/>
              </w:rPr>
              <w:t>59.0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7063E4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B4D9F2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1A1AFD" w14:textId="77777777" w:rsidR="004550E7" w:rsidRDefault="00000000">
            <w:pPr>
              <w:jc w:val="center"/>
            </w:pPr>
            <w:r>
              <w:rPr>
                <w:sz w:val="15"/>
              </w:rPr>
              <w:t>1.533</w:t>
            </w:r>
          </w:p>
        </w:tc>
      </w:tr>
      <w:tr w:rsidR="004550E7" w14:paraId="0CA67A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1FC2B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7CFE4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2EA6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7C671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64A01D" w14:textId="77777777" w:rsidR="004550E7" w:rsidRDefault="00000000">
            <w:pPr>
              <w:jc w:val="center"/>
            </w:pPr>
            <w:r>
              <w:rPr>
                <w:sz w:val="15"/>
              </w:rPr>
              <w:t>86.8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F41D0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6CBB22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53B07E" w14:textId="77777777" w:rsidR="004550E7" w:rsidRDefault="00000000">
            <w:pPr>
              <w:jc w:val="center"/>
            </w:pPr>
            <w:r>
              <w:rPr>
                <w:sz w:val="15"/>
              </w:rPr>
              <w:t>1.455</w:t>
            </w:r>
          </w:p>
        </w:tc>
      </w:tr>
      <w:tr w:rsidR="004550E7" w14:paraId="1C842CF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7AC6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5E45C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A708D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B8A2F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C0F1A2" w14:textId="77777777" w:rsidR="004550E7" w:rsidRDefault="00000000">
            <w:pPr>
              <w:jc w:val="center"/>
            </w:pPr>
            <w:r>
              <w:rPr>
                <w:sz w:val="15"/>
              </w:rPr>
              <w:t>58.6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02B569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F643A7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8E3495" w14:textId="77777777" w:rsidR="004550E7" w:rsidRDefault="00000000">
            <w:pPr>
              <w:jc w:val="center"/>
            </w:pPr>
            <w:r>
              <w:rPr>
                <w:sz w:val="15"/>
              </w:rPr>
              <w:t>1.054</w:t>
            </w:r>
          </w:p>
        </w:tc>
      </w:tr>
      <w:tr w:rsidR="004550E7" w14:paraId="6A05E5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BCFA3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7A93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841E7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09F01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30CDEB" w14:textId="77777777" w:rsidR="004550E7" w:rsidRDefault="00000000">
            <w:pPr>
              <w:jc w:val="center"/>
            </w:pPr>
            <w:r>
              <w:rPr>
                <w:sz w:val="15"/>
              </w:rPr>
              <w:t>58.7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588111" w14:textId="77777777" w:rsidR="004550E7" w:rsidRDefault="00000000">
            <w:pPr>
              <w:jc w:val="center"/>
            </w:pPr>
            <w:r>
              <w:rPr>
                <w:sz w:val="15"/>
              </w:rPr>
              <w:t>49.6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5C5B11" w14:textId="77777777" w:rsidR="004550E7" w:rsidRDefault="00000000">
            <w:pPr>
              <w:jc w:val="center"/>
            </w:pPr>
            <w:r>
              <w:rPr>
                <w:sz w:val="15"/>
              </w:rPr>
              <w:t>54.5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1E789C" w14:textId="77777777" w:rsidR="004550E7" w:rsidRDefault="00000000">
            <w:pPr>
              <w:jc w:val="center"/>
            </w:pPr>
            <w:r>
              <w:rPr>
                <w:sz w:val="15"/>
              </w:rPr>
              <w:t>1.757</w:t>
            </w:r>
          </w:p>
        </w:tc>
      </w:tr>
      <w:tr w:rsidR="004550E7" w14:paraId="557674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523BC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CBAE6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EED4AC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61C538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7BD33" w14:textId="77777777" w:rsidR="004550E7" w:rsidRDefault="00000000">
            <w:pPr>
              <w:jc w:val="center"/>
            </w:pPr>
            <w:r>
              <w:rPr>
                <w:sz w:val="15"/>
              </w:rPr>
              <w:t>58.0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822ECA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49A604" w14:textId="77777777" w:rsidR="004550E7" w:rsidRDefault="00000000">
            <w:pPr>
              <w:jc w:val="center"/>
            </w:pPr>
            <w:r>
              <w:rPr>
                <w:sz w:val="15"/>
              </w:rPr>
              <w:t>54.8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72CEDB" w14:textId="77777777" w:rsidR="004550E7" w:rsidRDefault="00000000">
            <w:pPr>
              <w:jc w:val="center"/>
            </w:pPr>
            <w:r>
              <w:rPr>
                <w:sz w:val="15"/>
              </w:rPr>
              <w:t>1.404</w:t>
            </w:r>
          </w:p>
        </w:tc>
      </w:tr>
      <w:tr w:rsidR="004550E7" w14:paraId="0004B1B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08DF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34E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618FB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D34982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B7B487" w14:textId="77777777" w:rsidR="004550E7" w:rsidRDefault="00000000">
            <w:pPr>
              <w:jc w:val="center"/>
            </w:pPr>
            <w:r>
              <w:rPr>
                <w:sz w:val="15"/>
              </w:rPr>
              <w:t>59.2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570A4" w14:textId="77777777" w:rsidR="004550E7" w:rsidRDefault="00000000">
            <w:pPr>
              <w:jc w:val="center"/>
            </w:pPr>
            <w:r>
              <w:rPr>
                <w:sz w:val="15"/>
              </w:rPr>
              <w:t>50.5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0F1601" w14:textId="77777777" w:rsidR="004550E7" w:rsidRDefault="00000000">
            <w:pPr>
              <w:jc w:val="center"/>
            </w:pPr>
            <w:r>
              <w:rPr>
                <w:sz w:val="15"/>
              </w:rPr>
              <w:t>55.4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CBD059" w14:textId="77777777" w:rsidR="004550E7" w:rsidRDefault="00000000">
            <w:pPr>
              <w:jc w:val="center"/>
            </w:pPr>
            <w:r>
              <w:rPr>
                <w:sz w:val="15"/>
              </w:rPr>
              <w:t>1.731</w:t>
            </w:r>
          </w:p>
        </w:tc>
      </w:tr>
      <w:tr w:rsidR="004550E7" w14:paraId="1AB7FEF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2262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2E168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22F33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8507A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44292" w14:textId="77777777" w:rsidR="004550E7" w:rsidRDefault="00000000">
            <w:pPr>
              <w:jc w:val="center"/>
            </w:pPr>
            <w:r>
              <w:rPr>
                <w:sz w:val="15"/>
              </w:rPr>
              <w:t>57.5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CAA43F" w14:textId="77777777" w:rsidR="004550E7" w:rsidRDefault="00000000">
            <w:pPr>
              <w:jc w:val="center"/>
            </w:pPr>
            <w:r>
              <w:rPr>
                <w:sz w:val="15"/>
              </w:rPr>
              <w:t>53.1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0BCA1F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55DACF" w14:textId="77777777" w:rsidR="004550E7" w:rsidRDefault="00000000">
            <w:pPr>
              <w:jc w:val="center"/>
            </w:pPr>
            <w:r>
              <w:rPr>
                <w:sz w:val="15"/>
              </w:rPr>
              <w:t>0.918</w:t>
            </w:r>
          </w:p>
        </w:tc>
      </w:tr>
      <w:tr w:rsidR="004550E7" w14:paraId="7F1F17F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BDBD7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AA0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7BDFE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4A7DEF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E16D0" w14:textId="77777777" w:rsidR="004550E7" w:rsidRDefault="00000000">
            <w:pPr>
              <w:jc w:val="center"/>
            </w:pPr>
            <w:r>
              <w:rPr>
                <w:sz w:val="15"/>
              </w:rPr>
              <w:t>56.1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4DECFF" w14:textId="77777777" w:rsidR="004550E7" w:rsidRDefault="00000000">
            <w:pPr>
              <w:jc w:val="center"/>
            </w:pPr>
            <w:r>
              <w:rPr>
                <w:sz w:val="15"/>
              </w:rPr>
              <w:t>50.6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89DEC2" w14:textId="77777777" w:rsidR="004550E7" w:rsidRDefault="00000000">
            <w:pPr>
              <w:jc w:val="center"/>
            </w:pPr>
            <w:r>
              <w:rPr>
                <w:sz w:val="15"/>
              </w:rPr>
              <w:t>53.7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339670" w14:textId="77777777" w:rsidR="004550E7" w:rsidRDefault="00000000">
            <w:pPr>
              <w:jc w:val="center"/>
            </w:pPr>
            <w:r>
              <w:rPr>
                <w:sz w:val="15"/>
              </w:rPr>
              <w:t>1.669</w:t>
            </w:r>
          </w:p>
        </w:tc>
      </w:tr>
      <w:tr w:rsidR="004550E7" w14:paraId="3532769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7FB7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A69A5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B9F1F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445FE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4E2A65" w14:textId="77777777" w:rsidR="004550E7" w:rsidRDefault="00000000">
            <w:pPr>
              <w:jc w:val="center"/>
            </w:pPr>
            <w:r>
              <w:rPr>
                <w:sz w:val="15"/>
              </w:rPr>
              <w:t>55.6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D27C0" w14:textId="77777777" w:rsidR="004550E7" w:rsidRDefault="00000000">
            <w:pPr>
              <w:jc w:val="center"/>
            </w:pPr>
            <w:r>
              <w:rPr>
                <w:sz w:val="15"/>
              </w:rPr>
              <w:t>50.8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AE064" w14:textId="77777777" w:rsidR="004550E7" w:rsidRDefault="00000000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F4EE4" w14:textId="77777777" w:rsidR="004550E7" w:rsidRDefault="00000000">
            <w:pPr>
              <w:jc w:val="center"/>
            </w:pPr>
            <w:r>
              <w:rPr>
                <w:sz w:val="15"/>
              </w:rPr>
              <w:t>1.139</w:t>
            </w:r>
          </w:p>
        </w:tc>
      </w:tr>
      <w:tr w:rsidR="004550E7" w14:paraId="723D1C7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D53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B455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2074B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AADC2" w14:textId="77777777" w:rsidR="004550E7" w:rsidRDefault="00000000">
            <w:pPr>
              <w:jc w:val="center"/>
            </w:pPr>
            <w:r>
              <w:rPr>
                <w:sz w:val="15"/>
              </w:rPr>
              <w:t>277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58A910" w14:textId="77777777" w:rsidR="004550E7" w:rsidRDefault="00000000">
            <w:pPr>
              <w:jc w:val="center"/>
            </w:pPr>
            <w:r>
              <w:rPr>
                <w:sz w:val="15"/>
              </w:rPr>
              <w:t>59.4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AD6DA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F155C4" w14:textId="77777777" w:rsidR="004550E7" w:rsidRDefault="00000000">
            <w:pPr>
              <w:jc w:val="center"/>
            </w:pPr>
            <w:r>
              <w:rPr>
                <w:sz w:val="15"/>
              </w:rPr>
              <w:t>52.5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421B0" w14:textId="77777777" w:rsidR="004550E7" w:rsidRDefault="00000000">
            <w:pPr>
              <w:jc w:val="center"/>
            </w:pPr>
            <w:r>
              <w:rPr>
                <w:sz w:val="15"/>
              </w:rPr>
              <w:t>0.904</w:t>
            </w:r>
          </w:p>
        </w:tc>
      </w:tr>
      <w:tr w:rsidR="004550E7" w14:paraId="2E078D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7A4F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434A9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0AE2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773789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9A6348" w14:textId="77777777" w:rsidR="004550E7" w:rsidRDefault="00000000">
            <w:pPr>
              <w:jc w:val="center"/>
            </w:pPr>
            <w:r>
              <w:rPr>
                <w:sz w:val="15"/>
              </w:rPr>
              <w:t>57.1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DF72D5" w14:textId="77777777" w:rsidR="004550E7" w:rsidRDefault="00000000">
            <w:pPr>
              <w:jc w:val="center"/>
            </w:pPr>
            <w:r>
              <w:rPr>
                <w:sz w:val="15"/>
              </w:rPr>
              <w:t>45.4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453FA1" w14:textId="77777777" w:rsidR="004550E7" w:rsidRDefault="00000000">
            <w:pPr>
              <w:jc w:val="center"/>
            </w:pPr>
            <w:r>
              <w:rPr>
                <w:sz w:val="15"/>
              </w:rPr>
              <w:t>51.9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6CCB2" w14:textId="77777777" w:rsidR="004550E7" w:rsidRDefault="00000000">
            <w:pPr>
              <w:jc w:val="center"/>
            </w:pPr>
            <w:r>
              <w:rPr>
                <w:sz w:val="15"/>
              </w:rPr>
              <w:t>1.275</w:t>
            </w:r>
          </w:p>
        </w:tc>
      </w:tr>
      <w:tr w:rsidR="004550E7" w14:paraId="36AD1F3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DB841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7A13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1088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D04648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2516F0" w14:textId="77777777" w:rsidR="004550E7" w:rsidRDefault="00000000">
            <w:pPr>
              <w:jc w:val="center"/>
            </w:pPr>
            <w:r>
              <w:rPr>
                <w:sz w:val="15"/>
              </w:rPr>
              <w:t>55.0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DECC5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A13DDF" w14:textId="77777777" w:rsidR="004550E7" w:rsidRDefault="00000000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CF7AF6" w14:textId="77777777" w:rsidR="004550E7" w:rsidRDefault="00000000">
            <w:pPr>
              <w:jc w:val="center"/>
            </w:pPr>
            <w:r>
              <w:rPr>
                <w:sz w:val="15"/>
              </w:rPr>
              <w:t>1.483</w:t>
            </w:r>
          </w:p>
        </w:tc>
      </w:tr>
      <w:tr w:rsidR="004550E7" w14:paraId="6D2AD6A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421E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5845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2ED3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47C74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C73DA3" w14:textId="77777777" w:rsidR="004550E7" w:rsidRDefault="00000000">
            <w:pPr>
              <w:jc w:val="center"/>
            </w:pPr>
            <w:r>
              <w:rPr>
                <w:sz w:val="15"/>
              </w:rPr>
              <w:t>57.1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48BB3" w14:textId="77777777" w:rsidR="004550E7" w:rsidRDefault="00000000">
            <w:pPr>
              <w:jc w:val="center"/>
            </w:pPr>
            <w:r>
              <w:rPr>
                <w:sz w:val="15"/>
              </w:rPr>
              <w:t>52.8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C04B09" w14:textId="77777777" w:rsidR="004550E7" w:rsidRDefault="00000000">
            <w:pPr>
              <w:jc w:val="center"/>
            </w:pPr>
            <w:r>
              <w:rPr>
                <w:sz w:val="15"/>
              </w:rPr>
              <w:t>54.8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B7F98" w14:textId="77777777" w:rsidR="004550E7" w:rsidRDefault="00000000">
            <w:pPr>
              <w:jc w:val="center"/>
            </w:pPr>
            <w:r>
              <w:rPr>
                <w:sz w:val="15"/>
              </w:rPr>
              <w:t>1.048</w:t>
            </w:r>
          </w:p>
        </w:tc>
      </w:tr>
      <w:tr w:rsidR="004550E7" w14:paraId="4FAE605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79252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9204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2C3F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E3C58C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1E7343" w14:textId="77777777" w:rsidR="004550E7" w:rsidRDefault="00000000">
            <w:pPr>
              <w:jc w:val="center"/>
            </w:pPr>
            <w:r>
              <w:rPr>
                <w:sz w:val="15"/>
              </w:rPr>
              <w:t>54.0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89E4A" w14:textId="77777777" w:rsidR="004550E7" w:rsidRDefault="00000000">
            <w:pPr>
              <w:jc w:val="center"/>
            </w:pPr>
            <w:r>
              <w:rPr>
                <w:sz w:val="15"/>
              </w:rPr>
              <w:t>47.6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1D6BA0" w14:textId="77777777" w:rsidR="004550E7" w:rsidRDefault="00000000">
            <w:pPr>
              <w:jc w:val="center"/>
            </w:pPr>
            <w:r>
              <w:rPr>
                <w:sz w:val="15"/>
              </w:rPr>
              <w:t>52.5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B6C4F3" w14:textId="77777777" w:rsidR="004550E7" w:rsidRDefault="00000000">
            <w:pPr>
              <w:jc w:val="center"/>
            </w:pPr>
            <w:r>
              <w:rPr>
                <w:sz w:val="15"/>
              </w:rPr>
              <w:t>0.923</w:t>
            </w:r>
          </w:p>
        </w:tc>
      </w:tr>
      <w:tr w:rsidR="004550E7" w14:paraId="343E989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B3B1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AFE31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A7B3E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DC139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DA576F" w14:textId="77777777" w:rsidR="004550E7" w:rsidRDefault="00000000">
            <w:pPr>
              <w:jc w:val="center"/>
            </w:pPr>
            <w:r>
              <w:rPr>
                <w:sz w:val="15"/>
              </w:rPr>
              <w:t>54.6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593237" w14:textId="77777777" w:rsidR="004550E7" w:rsidRDefault="00000000">
            <w:pPr>
              <w:jc w:val="center"/>
            </w:pPr>
            <w:r>
              <w:rPr>
                <w:sz w:val="15"/>
              </w:rPr>
              <w:t>52.4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E8293F" w14:textId="77777777" w:rsidR="004550E7" w:rsidRDefault="00000000">
            <w:pPr>
              <w:jc w:val="center"/>
            </w:pPr>
            <w:r>
              <w:rPr>
                <w:sz w:val="15"/>
              </w:rPr>
              <w:t>53.1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831160" w14:textId="77777777" w:rsidR="004550E7" w:rsidRDefault="00000000">
            <w:pPr>
              <w:jc w:val="center"/>
            </w:pPr>
            <w:r>
              <w:rPr>
                <w:sz w:val="15"/>
              </w:rPr>
              <w:t>0.57</w:t>
            </w:r>
          </w:p>
        </w:tc>
      </w:tr>
      <w:tr w:rsidR="004550E7" w14:paraId="1A53624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1D24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9C77F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B3CCF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C334B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D8AA39" w14:textId="77777777" w:rsidR="004550E7" w:rsidRDefault="00000000">
            <w:pPr>
              <w:jc w:val="center"/>
            </w:pPr>
            <w:r>
              <w:rPr>
                <w:sz w:val="15"/>
              </w:rPr>
              <w:t>55.8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072EB6" w14:textId="77777777" w:rsidR="004550E7" w:rsidRDefault="00000000">
            <w:pPr>
              <w:jc w:val="center"/>
            </w:pPr>
            <w:r>
              <w:rPr>
                <w:sz w:val="15"/>
              </w:rPr>
              <w:t>51.1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97EC70" w14:textId="77777777" w:rsidR="004550E7" w:rsidRDefault="00000000">
            <w:pPr>
              <w:jc w:val="center"/>
            </w:pPr>
            <w:r>
              <w:rPr>
                <w:sz w:val="15"/>
              </w:rPr>
              <w:t>53.1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642F4" w14:textId="77777777" w:rsidR="004550E7" w:rsidRDefault="00000000">
            <w:pPr>
              <w:jc w:val="center"/>
            </w:pPr>
            <w:r>
              <w:rPr>
                <w:sz w:val="15"/>
              </w:rPr>
              <w:t>0.837</w:t>
            </w:r>
          </w:p>
        </w:tc>
      </w:tr>
      <w:tr w:rsidR="004550E7" w14:paraId="558885D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F381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8419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A3420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7E6E7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19A76" w14:textId="77777777" w:rsidR="004550E7" w:rsidRDefault="00000000">
            <w:pPr>
              <w:jc w:val="center"/>
            </w:pPr>
            <w:r>
              <w:rPr>
                <w:sz w:val="15"/>
              </w:rPr>
              <w:t>54.6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6F6DAB" w14:textId="77777777" w:rsidR="004550E7" w:rsidRDefault="00000000">
            <w:pPr>
              <w:jc w:val="center"/>
            </w:pPr>
            <w:r>
              <w:rPr>
                <w:sz w:val="15"/>
              </w:rPr>
              <w:t>47.7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CF19EE" w14:textId="77777777" w:rsidR="004550E7" w:rsidRDefault="00000000">
            <w:pPr>
              <w:jc w:val="center"/>
            </w:pPr>
            <w:r>
              <w:rPr>
                <w:sz w:val="15"/>
              </w:rPr>
              <w:t>50.1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228D02" w14:textId="77777777" w:rsidR="004550E7" w:rsidRDefault="00000000">
            <w:pPr>
              <w:jc w:val="center"/>
            </w:pPr>
            <w:r>
              <w:rPr>
                <w:sz w:val="15"/>
              </w:rPr>
              <w:t>0.268</w:t>
            </w:r>
          </w:p>
        </w:tc>
      </w:tr>
      <w:tr w:rsidR="004550E7" w14:paraId="7E74CC3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3ED6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37C09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E44CFB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9F0DA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9D9D2" w14:textId="77777777" w:rsidR="004550E7" w:rsidRDefault="00000000">
            <w:pPr>
              <w:jc w:val="center"/>
            </w:pPr>
            <w:r>
              <w:rPr>
                <w:sz w:val="15"/>
              </w:rPr>
              <w:t>62.1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364C71" w14:textId="77777777" w:rsidR="004550E7" w:rsidRDefault="00000000">
            <w:pPr>
              <w:jc w:val="center"/>
            </w:pPr>
            <w:r>
              <w:rPr>
                <w:sz w:val="15"/>
              </w:rPr>
              <w:t>49.1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1F6E41" w14:textId="77777777" w:rsidR="004550E7" w:rsidRDefault="00000000">
            <w:pPr>
              <w:jc w:val="center"/>
            </w:pPr>
            <w:r>
              <w:rPr>
                <w:sz w:val="15"/>
              </w:rPr>
              <w:t>56.9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D5A055" w14:textId="77777777" w:rsidR="004550E7" w:rsidRDefault="00000000">
            <w:pPr>
              <w:jc w:val="center"/>
            </w:pPr>
            <w:r>
              <w:rPr>
                <w:sz w:val="15"/>
              </w:rPr>
              <w:t>1.138</w:t>
            </w:r>
          </w:p>
        </w:tc>
      </w:tr>
      <w:tr w:rsidR="004550E7" w14:paraId="13FAB5E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CB7D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96920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6D5742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B95FB6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98FB3" w14:textId="77777777" w:rsidR="004550E7" w:rsidRDefault="00000000">
            <w:pPr>
              <w:jc w:val="center"/>
            </w:pPr>
            <w:r>
              <w:rPr>
                <w:sz w:val="15"/>
              </w:rPr>
              <w:t>63.1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2AA3E9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F1257" w14:textId="77777777" w:rsidR="004550E7" w:rsidRDefault="00000000">
            <w:pPr>
              <w:jc w:val="center"/>
            </w:pPr>
            <w:r>
              <w:rPr>
                <w:sz w:val="15"/>
              </w:rPr>
              <w:t>55.9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CF4E47" w14:textId="77777777" w:rsidR="004550E7" w:rsidRDefault="00000000">
            <w:pPr>
              <w:jc w:val="center"/>
            </w:pPr>
            <w:r>
              <w:rPr>
                <w:sz w:val="15"/>
              </w:rPr>
              <w:t>1.842</w:t>
            </w:r>
          </w:p>
        </w:tc>
      </w:tr>
      <w:tr w:rsidR="004550E7" w14:paraId="64C0AD7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209E5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6856A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00B7C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55DA0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F5AB33" w14:textId="77777777" w:rsidR="004550E7" w:rsidRDefault="00000000">
            <w:pPr>
              <w:jc w:val="center"/>
            </w:pPr>
            <w:r>
              <w:rPr>
                <w:sz w:val="15"/>
              </w:rPr>
              <w:t>58.5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B5A8D5" w14:textId="77777777" w:rsidR="004550E7" w:rsidRDefault="00000000">
            <w:pPr>
              <w:jc w:val="center"/>
            </w:pPr>
            <w:r>
              <w:rPr>
                <w:sz w:val="15"/>
              </w:rPr>
              <w:t>48.6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1ABD08" w14:textId="77777777" w:rsidR="004550E7" w:rsidRDefault="00000000">
            <w:pPr>
              <w:jc w:val="center"/>
            </w:pPr>
            <w:r>
              <w:rPr>
                <w:sz w:val="15"/>
              </w:rPr>
              <w:t>55.5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D2CAF3" w14:textId="77777777" w:rsidR="004550E7" w:rsidRDefault="00000000">
            <w:pPr>
              <w:jc w:val="center"/>
            </w:pPr>
            <w:r>
              <w:rPr>
                <w:sz w:val="15"/>
              </w:rPr>
              <w:t>2.454</w:t>
            </w:r>
          </w:p>
        </w:tc>
      </w:tr>
      <w:tr w:rsidR="004550E7" w14:paraId="64BF87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CB51E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11A9B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A89E0E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C4715B" w14:textId="77777777" w:rsidR="004550E7" w:rsidRDefault="00000000">
            <w:pPr>
              <w:jc w:val="center"/>
            </w:pPr>
            <w:r>
              <w:rPr>
                <w:sz w:val="15"/>
              </w:rPr>
              <w:t>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D639C" w14:textId="77777777" w:rsidR="004550E7" w:rsidRDefault="00000000">
            <w:pPr>
              <w:jc w:val="center"/>
            </w:pPr>
            <w:r>
              <w:rPr>
                <w:sz w:val="15"/>
              </w:rPr>
              <w:t>61.5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33050" w14:textId="77777777" w:rsidR="004550E7" w:rsidRDefault="00000000">
            <w:pPr>
              <w:jc w:val="center"/>
            </w:pPr>
            <w:r>
              <w:rPr>
                <w:sz w:val="15"/>
              </w:rPr>
              <w:t>19.5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14255" w14:textId="77777777" w:rsidR="004550E7" w:rsidRDefault="00000000">
            <w:pPr>
              <w:jc w:val="center"/>
            </w:pPr>
            <w:r>
              <w:rPr>
                <w:sz w:val="15"/>
              </w:rPr>
              <w:t>53.9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5A857B" w14:textId="77777777" w:rsidR="004550E7" w:rsidRDefault="00000000">
            <w:pPr>
              <w:jc w:val="center"/>
            </w:pPr>
            <w:r>
              <w:rPr>
                <w:sz w:val="15"/>
              </w:rPr>
              <w:t>1.556</w:t>
            </w:r>
          </w:p>
        </w:tc>
      </w:tr>
      <w:tr w:rsidR="004550E7" w14:paraId="4B51276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CDF9B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2D0C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404B91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FDB61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0130C" w14:textId="77777777" w:rsidR="004550E7" w:rsidRDefault="00000000">
            <w:pPr>
              <w:jc w:val="center"/>
            </w:pPr>
            <w:r>
              <w:rPr>
                <w:sz w:val="15"/>
              </w:rPr>
              <w:t>57.8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D78209" w14:textId="77777777" w:rsidR="004550E7" w:rsidRDefault="00000000">
            <w:pPr>
              <w:jc w:val="center"/>
            </w:pPr>
            <w:r>
              <w:rPr>
                <w:sz w:val="15"/>
              </w:rPr>
              <w:t>48.3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46279" w14:textId="77777777" w:rsidR="004550E7" w:rsidRDefault="00000000">
            <w:pPr>
              <w:jc w:val="center"/>
            </w:pPr>
            <w:r>
              <w:rPr>
                <w:sz w:val="15"/>
              </w:rPr>
              <w:t>55.3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26F36" w14:textId="77777777" w:rsidR="004550E7" w:rsidRDefault="00000000">
            <w:pPr>
              <w:jc w:val="center"/>
            </w:pPr>
            <w:r>
              <w:rPr>
                <w:sz w:val="15"/>
              </w:rPr>
              <w:t>1.036</w:t>
            </w:r>
          </w:p>
        </w:tc>
      </w:tr>
      <w:tr w:rsidR="004550E7" w14:paraId="321751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0C0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C030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046B37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91DA0D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6D99F" w14:textId="77777777" w:rsidR="004550E7" w:rsidRDefault="00000000">
            <w:pPr>
              <w:jc w:val="center"/>
            </w:pPr>
            <w:r>
              <w:rPr>
                <w:sz w:val="15"/>
              </w:rPr>
              <w:t>56.5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B78BBE" w14:textId="77777777" w:rsidR="004550E7" w:rsidRDefault="00000000">
            <w:pPr>
              <w:jc w:val="center"/>
            </w:pPr>
            <w:r>
              <w:rPr>
                <w:sz w:val="15"/>
              </w:rPr>
              <w:t>49.4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78CFD7" w14:textId="77777777" w:rsidR="004550E7" w:rsidRDefault="00000000">
            <w:pPr>
              <w:jc w:val="center"/>
            </w:pPr>
            <w:r>
              <w:rPr>
                <w:sz w:val="15"/>
              </w:rPr>
              <w:t>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A4072" w14:textId="77777777" w:rsidR="004550E7" w:rsidRDefault="00000000">
            <w:pPr>
              <w:jc w:val="center"/>
            </w:pPr>
            <w:r>
              <w:rPr>
                <w:sz w:val="15"/>
              </w:rPr>
              <w:t>2.631</w:t>
            </w:r>
          </w:p>
        </w:tc>
      </w:tr>
      <w:tr w:rsidR="004550E7" w14:paraId="14B2773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98877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90D8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C17C2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C3D2A8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755A9D" w14:textId="77777777" w:rsidR="004550E7" w:rsidRDefault="00000000">
            <w:pPr>
              <w:jc w:val="center"/>
            </w:pPr>
            <w:r>
              <w:rPr>
                <w:sz w:val="15"/>
              </w:rPr>
              <w:t>57.0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21FBE0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C874C1" w14:textId="77777777" w:rsidR="004550E7" w:rsidRDefault="00000000">
            <w:pPr>
              <w:jc w:val="center"/>
            </w:pPr>
            <w:r>
              <w:rPr>
                <w:sz w:val="15"/>
              </w:rPr>
              <w:t>54.6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33C252" w14:textId="77777777" w:rsidR="004550E7" w:rsidRDefault="00000000">
            <w:pPr>
              <w:jc w:val="center"/>
            </w:pPr>
            <w:r>
              <w:rPr>
                <w:sz w:val="15"/>
              </w:rPr>
              <w:t>0.995</w:t>
            </w:r>
          </w:p>
        </w:tc>
      </w:tr>
      <w:tr w:rsidR="004550E7" w14:paraId="49442C18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4CD71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9A3051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3C87D3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339D91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309D71" w14:textId="77777777" w:rsidR="004550E7" w:rsidRDefault="00000000">
            <w:pPr>
              <w:jc w:val="center"/>
            </w:pPr>
            <w:r>
              <w:rPr>
                <w:sz w:val="15"/>
              </w:rPr>
              <w:t>354.0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4C2C1" w14:textId="77777777" w:rsidR="004550E7" w:rsidRDefault="00000000">
            <w:pPr>
              <w:jc w:val="center"/>
            </w:pPr>
            <w:r>
              <w:rPr>
                <w:sz w:val="15"/>
              </w:rPr>
              <w:t>15.9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043A1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AF1EFA" w14:textId="77777777" w:rsidR="004550E7" w:rsidRDefault="00000000">
            <w:pPr>
              <w:jc w:val="center"/>
            </w:pPr>
            <w:r>
              <w:rPr>
                <w:sz w:val="15"/>
              </w:rPr>
              <w:t>0.422</w:t>
            </w:r>
          </w:p>
        </w:tc>
      </w:tr>
      <w:tr w:rsidR="004550E7" w14:paraId="2F133E7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5C80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6262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B3167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719AB7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91CE6" w14:textId="77777777" w:rsidR="004550E7" w:rsidRDefault="00000000">
            <w:pPr>
              <w:jc w:val="center"/>
            </w:pPr>
            <w:r>
              <w:rPr>
                <w:sz w:val="15"/>
              </w:rPr>
              <w:t>321.0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662CB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68EB4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16BB11" w14:textId="77777777" w:rsidR="004550E7" w:rsidRDefault="00000000">
            <w:pPr>
              <w:jc w:val="center"/>
            </w:pPr>
            <w:r>
              <w:rPr>
                <w:sz w:val="15"/>
              </w:rPr>
              <w:t>0.374</w:t>
            </w:r>
          </w:p>
        </w:tc>
      </w:tr>
      <w:tr w:rsidR="004550E7" w14:paraId="122C0F7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5013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F7BFE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8AB7A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418F9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2ECEBD" w14:textId="77777777" w:rsidR="004550E7" w:rsidRDefault="00000000">
            <w:pPr>
              <w:jc w:val="center"/>
            </w:pPr>
            <w:r>
              <w:rPr>
                <w:sz w:val="15"/>
              </w:rPr>
              <w:t>329.0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BE110A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A0611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B9422A" w14:textId="77777777" w:rsidR="004550E7" w:rsidRDefault="00000000">
            <w:pPr>
              <w:jc w:val="center"/>
            </w:pPr>
            <w:r>
              <w:rPr>
                <w:sz w:val="15"/>
              </w:rPr>
              <w:t>0.339</w:t>
            </w:r>
          </w:p>
        </w:tc>
      </w:tr>
      <w:tr w:rsidR="004550E7" w14:paraId="33816C8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590EC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98F95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A2E4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2CECFE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8C7BB3" w14:textId="77777777" w:rsidR="004550E7" w:rsidRDefault="00000000">
            <w:pPr>
              <w:jc w:val="center"/>
            </w:pPr>
            <w:r>
              <w:rPr>
                <w:sz w:val="15"/>
              </w:rPr>
              <w:t>322.0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28167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DB448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0CF68" w14:textId="77777777" w:rsidR="004550E7" w:rsidRDefault="00000000">
            <w:pPr>
              <w:jc w:val="center"/>
            </w:pPr>
            <w:r>
              <w:rPr>
                <w:sz w:val="15"/>
              </w:rPr>
              <w:t>0.259</w:t>
            </w:r>
          </w:p>
        </w:tc>
      </w:tr>
      <w:tr w:rsidR="004550E7" w14:paraId="746DDEF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2D1CD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6F9A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46E4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58A318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593C0" w14:textId="77777777" w:rsidR="004550E7" w:rsidRDefault="00000000">
            <w:pPr>
              <w:jc w:val="center"/>
            </w:pPr>
            <w:r>
              <w:rPr>
                <w:sz w:val="15"/>
              </w:rPr>
              <w:t>19.1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B22A42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0BE30B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1F842" w14:textId="77777777" w:rsidR="004550E7" w:rsidRDefault="00000000">
            <w:pPr>
              <w:jc w:val="center"/>
            </w:pPr>
            <w:r>
              <w:rPr>
                <w:sz w:val="15"/>
              </w:rPr>
              <w:t>0.393</w:t>
            </w:r>
          </w:p>
        </w:tc>
      </w:tr>
      <w:tr w:rsidR="004550E7" w14:paraId="3D3D347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0F34D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A31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FEE96C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4D9858" w14:textId="77777777" w:rsidR="004550E7" w:rsidRDefault="00000000">
            <w:pPr>
              <w:jc w:val="center"/>
            </w:pPr>
            <w:r>
              <w:rPr>
                <w:sz w:val="15"/>
              </w:rPr>
              <w:t>253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A5194" w14:textId="77777777" w:rsidR="004550E7" w:rsidRDefault="00000000">
            <w:pPr>
              <w:jc w:val="center"/>
            </w:pPr>
            <w:r>
              <w:rPr>
                <w:sz w:val="15"/>
              </w:rPr>
              <w:t>329.0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785AAF" w14:textId="77777777" w:rsidR="004550E7" w:rsidRDefault="00000000">
            <w:pPr>
              <w:jc w:val="center"/>
            </w:pPr>
            <w:r>
              <w:rPr>
                <w:sz w:val="15"/>
              </w:rPr>
              <w:t>16.1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3B9CBB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F86B68" w14:textId="77777777" w:rsidR="004550E7" w:rsidRDefault="00000000">
            <w:pPr>
              <w:jc w:val="center"/>
            </w:pPr>
            <w:r>
              <w:rPr>
                <w:sz w:val="15"/>
              </w:rPr>
              <w:t>0.321</w:t>
            </w:r>
          </w:p>
        </w:tc>
      </w:tr>
      <w:tr w:rsidR="004550E7" w14:paraId="582B5E6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12C8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A54EE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CFA5F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1DDBBA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834BDB" w14:textId="77777777" w:rsidR="004550E7" w:rsidRDefault="00000000">
            <w:pPr>
              <w:jc w:val="center"/>
            </w:pPr>
            <w:r>
              <w:rPr>
                <w:sz w:val="15"/>
              </w:rPr>
              <w:t>21.1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01EFDE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BF34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116FB" w14:textId="77777777" w:rsidR="004550E7" w:rsidRDefault="00000000">
            <w:pPr>
              <w:jc w:val="center"/>
            </w:pPr>
            <w:r>
              <w:rPr>
                <w:sz w:val="15"/>
              </w:rPr>
              <w:t>0.526</w:t>
            </w:r>
          </w:p>
        </w:tc>
      </w:tr>
      <w:tr w:rsidR="004550E7" w14:paraId="74ADF75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11FE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C1F1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5E977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E6314E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FE858F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567B1E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E024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69D8C6" w14:textId="77777777" w:rsidR="004550E7" w:rsidRDefault="00000000">
            <w:pPr>
              <w:jc w:val="center"/>
            </w:pPr>
            <w:r>
              <w:rPr>
                <w:sz w:val="15"/>
              </w:rPr>
              <w:t>0.301</w:t>
            </w:r>
          </w:p>
        </w:tc>
      </w:tr>
      <w:tr w:rsidR="004550E7" w14:paraId="022084F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F60B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1EAAF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91270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9265CC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58166E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615333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C1B22E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DD62B6" w14:textId="77777777" w:rsidR="004550E7" w:rsidRDefault="00000000">
            <w:pPr>
              <w:jc w:val="center"/>
            </w:pPr>
            <w:r>
              <w:rPr>
                <w:sz w:val="15"/>
              </w:rPr>
              <w:t>0.512</w:t>
            </w:r>
          </w:p>
        </w:tc>
      </w:tr>
      <w:tr w:rsidR="004550E7" w14:paraId="5F14AF9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A79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25158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B8105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6F4AE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F57759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F07DC0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528A8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C5A340" w14:textId="77777777" w:rsidR="004550E7" w:rsidRDefault="00000000">
            <w:pPr>
              <w:jc w:val="center"/>
            </w:pPr>
            <w:r>
              <w:rPr>
                <w:sz w:val="15"/>
              </w:rPr>
              <w:t>0.182</w:t>
            </w:r>
          </w:p>
        </w:tc>
      </w:tr>
      <w:tr w:rsidR="004550E7" w14:paraId="386439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0BF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CFDF0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AD05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6EB60" w14:textId="77777777" w:rsidR="004550E7" w:rsidRDefault="00000000">
            <w:pPr>
              <w:jc w:val="center"/>
            </w:pPr>
            <w:r>
              <w:rPr>
                <w:sz w:val="15"/>
              </w:rPr>
              <w:t>275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098F0" w14:textId="77777777" w:rsidR="004550E7" w:rsidRDefault="00000000">
            <w:pPr>
              <w:jc w:val="center"/>
            </w:pPr>
            <w:r>
              <w:rPr>
                <w:sz w:val="15"/>
              </w:rPr>
              <w:t>354.0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831EF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209CAE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27869E" w14:textId="77777777" w:rsidR="004550E7" w:rsidRDefault="00000000">
            <w:pPr>
              <w:jc w:val="center"/>
            </w:pPr>
            <w:r>
              <w:rPr>
                <w:sz w:val="15"/>
              </w:rPr>
              <w:t>0.329</w:t>
            </w:r>
          </w:p>
        </w:tc>
      </w:tr>
      <w:tr w:rsidR="004550E7" w14:paraId="65B260F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F38FF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E74E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CD88B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1A6CC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8B84D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7333CB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96DA12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38D0E2" w14:textId="77777777" w:rsidR="004550E7" w:rsidRDefault="00000000">
            <w:pPr>
              <w:jc w:val="center"/>
            </w:pPr>
            <w:r>
              <w:rPr>
                <w:sz w:val="15"/>
              </w:rPr>
              <w:t>0.5</w:t>
            </w:r>
          </w:p>
        </w:tc>
      </w:tr>
      <w:tr w:rsidR="004550E7" w14:paraId="57D360F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3ECF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9BFD7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6F8E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984EE7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17AD64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639505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58A36F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28FCD" w14:textId="77777777" w:rsidR="004550E7" w:rsidRDefault="00000000">
            <w:pPr>
              <w:jc w:val="center"/>
            </w:pPr>
            <w:r>
              <w:rPr>
                <w:sz w:val="15"/>
              </w:rPr>
              <w:t>0.351</w:t>
            </w:r>
          </w:p>
        </w:tc>
      </w:tr>
      <w:tr w:rsidR="004550E7" w14:paraId="3E966A0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3BFE7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9DABB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D163D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EF4F0C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B85E72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0C0225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BB3144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5DBFDE" w14:textId="77777777" w:rsidR="004550E7" w:rsidRDefault="00000000">
            <w:pPr>
              <w:jc w:val="center"/>
            </w:pPr>
            <w:r>
              <w:rPr>
                <w:sz w:val="15"/>
              </w:rPr>
              <w:t>0.285</w:t>
            </w:r>
          </w:p>
        </w:tc>
      </w:tr>
      <w:tr w:rsidR="004550E7" w14:paraId="45E2A5D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EB2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C5093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05B9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C5FE4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B7D404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4D4D1B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93F2BA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D3B565" w14:textId="77777777" w:rsidR="004550E7" w:rsidRDefault="00000000">
            <w:pPr>
              <w:jc w:val="center"/>
            </w:pPr>
            <w:r>
              <w:rPr>
                <w:sz w:val="15"/>
              </w:rPr>
              <w:t>0.404</w:t>
            </w:r>
          </w:p>
        </w:tc>
      </w:tr>
      <w:tr w:rsidR="004550E7" w14:paraId="447DDA5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0184F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560F3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922F2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28EA20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AB57B" w14:textId="77777777" w:rsidR="004550E7" w:rsidRDefault="00000000">
            <w:pPr>
              <w:jc w:val="center"/>
            </w:pPr>
            <w:r>
              <w:rPr>
                <w:sz w:val="15"/>
              </w:rPr>
              <w:t>20.0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00D9DF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2FD9A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7E29F" w14:textId="77777777" w:rsidR="004550E7" w:rsidRDefault="00000000">
            <w:pPr>
              <w:jc w:val="center"/>
            </w:pPr>
            <w:r>
              <w:rPr>
                <w:sz w:val="15"/>
              </w:rPr>
              <w:t>0.399</w:t>
            </w:r>
          </w:p>
        </w:tc>
      </w:tr>
      <w:tr w:rsidR="004550E7" w14:paraId="63CFE9B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2DD04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9C5F7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06C44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A58BAC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EC2D30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8E4CE7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28F1D1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D1A5BB" w14:textId="77777777" w:rsidR="004550E7" w:rsidRDefault="00000000">
            <w:pPr>
              <w:jc w:val="center"/>
            </w:pPr>
            <w:r>
              <w:rPr>
                <w:sz w:val="15"/>
              </w:rPr>
              <w:t>0.388</w:t>
            </w:r>
          </w:p>
        </w:tc>
      </w:tr>
      <w:tr w:rsidR="004550E7" w14:paraId="1677CFA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46428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7363E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CD52FD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F59038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AAAC28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B3F05" w14:textId="77777777" w:rsidR="004550E7" w:rsidRDefault="00000000">
            <w:pPr>
              <w:jc w:val="center"/>
            </w:pPr>
            <w:r>
              <w:rPr>
                <w:sz w:val="15"/>
              </w:rPr>
              <w:t>15.9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CD570A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10BA0" w14:textId="77777777" w:rsidR="004550E7" w:rsidRDefault="00000000">
            <w:pPr>
              <w:jc w:val="center"/>
            </w:pPr>
            <w:r>
              <w:rPr>
                <w:sz w:val="15"/>
              </w:rPr>
              <w:t>0.122</w:t>
            </w:r>
          </w:p>
        </w:tc>
      </w:tr>
      <w:tr w:rsidR="004550E7" w14:paraId="6AF8DA5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66A51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858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CC8981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C3E71E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8627CA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B14B91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ACFC0D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4E5AA9" w14:textId="77777777" w:rsidR="004550E7" w:rsidRDefault="00000000">
            <w:pPr>
              <w:jc w:val="center"/>
            </w:pPr>
            <w:r>
              <w:rPr>
                <w:sz w:val="15"/>
              </w:rPr>
              <w:t>0.282</w:t>
            </w:r>
          </w:p>
        </w:tc>
      </w:tr>
      <w:tr w:rsidR="004550E7" w14:paraId="459C576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DDFAD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EE3C2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86FA76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436D96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D002D6" w14:textId="77777777" w:rsidR="004550E7" w:rsidRDefault="00000000">
            <w:pPr>
              <w:jc w:val="center"/>
            </w:pPr>
            <w:r>
              <w:rPr>
                <w:sz w:val="15"/>
              </w:rPr>
              <w:t>332.0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9A295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AF1BF9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D1043D" w14:textId="77777777" w:rsidR="004550E7" w:rsidRDefault="00000000">
            <w:pPr>
              <w:jc w:val="center"/>
            </w:pPr>
            <w:r>
              <w:rPr>
                <w:sz w:val="15"/>
              </w:rPr>
              <w:t>0.325</w:t>
            </w:r>
          </w:p>
        </w:tc>
      </w:tr>
      <w:tr w:rsidR="004550E7" w14:paraId="3EB1C21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1C99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2F37B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83D9E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0B8B4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1AB738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F3B37E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399B93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123615" w14:textId="77777777" w:rsidR="004550E7" w:rsidRDefault="00000000">
            <w:pPr>
              <w:jc w:val="center"/>
            </w:pPr>
            <w:r>
              <w:rPr>
                <w:sz w:val="15"/>
              </w:rPr>
              <w:t>0.294</w:t>
            </w:r>
          </w:p>
        </w:tc>
      </w:tr>
      <w:tr w:rsidR="004550E7" w14:paraId="55590CB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70770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930CA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58421A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C891C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54AA5A" w14:textId="77777777" w:rsidR="004550E7" w:rsidRDefault="00000000">
            <w:pPr>
              <w:jc w:val="center"/>
            </w:pPr>
            <w:r>
              <w:rPr>
                <w:sz w:val="15"/>
              </w:rPr>
              <w:t>322.0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17F47F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0B6FA6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C70009" w14:textId="77777777" w:rsidR="004550E7" w:rsidRDefault="00000000">
            <w:pPr>
              <w:jc w:val="center"/>
            </w:pPr>
            <w:r>
              <w:rPr>
                <w:sz w:val="15"/>
              </w:rPr>
              <w:t>0.494</w:t>
            </w:r>
          </w:p>
        </w:tc>
      </w:tr>
      <w:tr w:rsidR="004550E7" w14:paraId="214212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ACD0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A991D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4CB356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88FA3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B05D4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1B76E7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AD35B0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F17C80" w14:textId="77777777" w:rsidR="004550E7" w:rsidRDefault="00000000">
            <w:pPr>
              <w:jc w:val="center"/>
            </w:pPr>
            <w:r>
              <w:rPr>
                <w:sz w:val="15"/>
              </w:rPr>
              <w:t>0.442</w:t>
            </w:r>
          </w:p>
        </w:tc>
      </w:tr>
      <w:tr w:rsidR="004550E7" w14:paraId="1D134A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DF61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B04E2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B2F5B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89A5F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B0631F" w14:textId="77777777" w:rsidR="004550E7" w:rsidRDefault="00000000">
            <w:pPr>
              <w:jc w:val="center"/>
            </w:pPr>
            <w:r>
              <w:rPr>
                <w:sz w:val="15"/>
              </w:rPr>
              <w:t>20.7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D7822A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9604B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E011AF" w14:textId="77777777" w:rsidR="004550E7" w:rsidRDefault="00000000">
            <w:pPr>
              <w:jc w:val="center"/>
            </w:pPr>
            <w:r>
              <w:rPr>
                <w:sz w:val="15"/>
              </w:rPr>
              <w:t>0.246</w:t>
            </w:r>
          </w:p>
        </w:tc>
      </w:tr>
      <w:tr w:rsidR="004550E7" w14:paraId="621A77D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27A25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8B770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6189A7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AA44E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E3FF8" w14:textId="77777777" w:rsidR="004550E7" w:rsidRDefault="00000000">
            <w:pPr>
              <w:jc w:val="center"/>
            </w:pPr>
            <w:r>
              <w:rPr>
                <w:sz w:val="15"/>
              </w:rPr>
              <w:t>312.0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8DBB1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7103E5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AF45ED" w14:textId="77777777" w:rsidR="004550E7" w:rsidRDefault="00000000">
            <w:pPr>
              <w:jc w:val="center"/>
            </w:pPr>
            <w:r>
              <w:rPr>
                <w:sz w:val="15"/>
              </w:rPr>
              <w:t>0.147</w:t>
            </w:r>
          </w:p>
        </w:tc>
      </w:tr>
      <w:tr w:rsidR="004550E7" w14:paraId="5A610C70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74CF79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48104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A62E6B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F8D8C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F60310" w14:textId="77777777" w:rsidR="004550E7" w:rsidRDefault="00000000">
            <w:pPr>
              <w:jc w:val="center"/>
            </w:pPr>
            <w:r>
              <w:rPr>
                <w:sz w:val="15"/>
              </w:rPr>
              <w:t>357.0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E03010" w14:textId="77777777" w:rsidR="004550E7" w:rsidRDefault="00000000">
            <w:pPr>
              <w:jc w:val="center"/>
            </w:pPr>
            <w:r>
              <w:rPr>
                <w:sz w:val="15"/>
              </w:rPr>
              <w:t>15.2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0B8F1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3DB4D" w14:textId="77777777" w:rsidR="004550E7" w:rsidRDefault="00000000">
            <w:pPr>
              <w:jc w:val="center"/>
            </w:pPr>
            <w:r>
              <w:rPr>
                <w:sz w:val="15"/>
              </w:rPr>
              <w:t>0.485</w:t>
            </w:r>
          </w:p>
        </w:tc>
      </w:tr>
      <w:tr w:rsidR="004550E7" w14:paraId="22338ED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26FB0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7838C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279F0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BF2B6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AE192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C7363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C34C2C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4DF818" w14:textId="77777777" w:rsidR="004550E7" w:rsidRDefault="00000000">
            <w:pPr>
              <w:jc w:val="center"/>
            </w:pPr>
            <w:r>
              <w:rPr>
                <w:sz w:val="15"/>
              </w:rPr>
              <w:t>0.316</w:t>
            </w:r>
          </w:p>
        </w:tc>
      </w:tr>
      <w:tr w:rsidR="004550E7" w14:paraId="6490188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FB3A4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F67DE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983F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57EA8D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CE04ED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9FF2E8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67D07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677213" w14:textId="77777777" w:rsidR="004550E7" w:rsidRDefault="00000000">
            <w:pPr>
              <w:jc w:val="center"/>
            </w:pPr>
            <w:r>
              <w:rPr>
                <w:sz w:val="15"/>
              </w:rPr>
              <w:t>0.326</w:t>
            </w:r>
          </w:p>
        </w:tc>
      </w:tr>
      <w:tr w:rsidR="004550E7" w14:paraId="1A2272E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0A7DF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8E3A2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5AAFF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1D1B28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A77625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C2E26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3574C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A8E33C" w14:textId="77777777" w:rsidR="004550E7" w:rsidRDefault="00000000">
            <w:pPr>
              <w:jc w:val="center"/>
            </w:pPr>
            <w:r>
              <w:rPr>
                <w:sz w:val="15"/>
              </w:rPr>
              <w:t>0.288</w:t>
            </w:r>
          </w:p>
        </w:tc>
      </w:tr>
      <w:tr w:rsidR="004550E7" w14:paraId="3648D1F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ED65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92B4C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2F28D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3D9592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9FCBFD" w14:textId="77777777" w:rsidR="004550E7" w:rsidRDefault="00000000">
            <w:pPr>
              <w:jc w:val="center"/>
            </w:pPr>
            <w:r>
              <w:rPr>
                <w:sz w:val="15"/>
              </w:rPr>
              <w:t>19.8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1B3D4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3C9CDC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5AA3C0" w14:textId="77777777" w:rsidR="004550E7" w:rsidRDefault="00000000">
            <w:pPr>
              <w:jc w:val="center"/>
            </w:pPr>
            <w:r>
              <w:rPr>
                <w:sz w:val="15"/>
              </w:rPr>
              <w:t>0.472</w:t>
            </w:r>
          </w:p>
        </w:tc>
      </w:tr>
      <w:tr w:rsidR="004550E7" w14:paraId="1287668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AF8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DDF3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38F7FA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8E1818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3F4EAC" w14:textId="77777777" w:rsidR="004550E7" w:rsidRDefault="00000000">
            <w:pPr>
              <w:jc w:val="center"/>
            </w:pPr>
            <w:r>
              <w:rPr>
                <w:sz w:val="15"/>
              </w:rPr>
              <w:t>353.0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BA035D" w14:textId="77777777" w:rsidR="004550E7" w:rsidRDefault="00000000">
            <w:pPr>
              <w:jc w:val="center"/>
            </w:pPr>
            <w:r>
              <w:rPr>
                <w:sz w:val="15"/>
              </w:rPr>
              <w:t>15.2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1FC953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B3404" w14:textId="77777777" w:rsidR="004550E7" w:rsidRDefault="00000000">
            <w:pPr>
              <w:jc w:val="center"/>
            </w:pPr>
            <w:r>
              <w:rPr>
                <w:sz w:val="15"/>
              </w:rPr>
              <w:t>0.473</w:t>
            </w:r>
          </w:p>
        </w:tc>
      </w:tr>
      <w:tr w:rsidR="004550E7" w14:paraId="40911A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446B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AC5B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10878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2D064A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570519" w14:textId="77777777" w:rsidR="004550E7" w:rsidRDefault="00000000">
            <w:pPr>
              <w:jc w:val="center"/>
            </w:pPr>
            <w:r>
              <w:rPr>
                <w:sz w:val="15"/>
              </w:rPr>
              <w:t>20.0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6B5D1C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DFCA85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937DE" w14:textId="77777777" w:rsidR="004550E7" w:rsidRDefault="00000000">
            <w:pPr>
              <w:jc w:val="center"/>
            </w:pPr>
            <w:r>
              <w:rPr>
                <w:sz w:val="15"/>
              </w:rPr>
              <w:t>0.54</w:t>
            </w:r>
          </w:p>
        </w:tc>
      </w:tr>
      <w:tr w:rsidR="004550E7" w14:paraId="55DCFC4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B3E04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FA37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1FC5E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F72FEA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F6026B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C7A314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C818CC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6C1E8E" w14:textId="77777777" w:rsidR="004550E7" w:rsidRDefault="00000000">
            <w:pPr>
              <w:jc w:val="center"/>
            </w:pPr>
            <w:r>
              <w:rPr>
                <w:sz w:val="15"/>
              </w:rPr>
              <w:t>0.3</w:t>
            </w:r>
          </w:p>
        </w:tc>
      </w:tr>
      <w:tr w:rsidR="004550E7" w14:paraId="5AC0390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C665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238B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B7DA8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46DFC8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03CFBA" w14:textId="77777777" w:rsidR="004550E7" w:rsidRDefault="00000000">
            <w:pPr>
              <w:jc w:val="center"/>
            </w:pPr>
            <w:r>
              <w:rPr>
                <w:sz w:val="15"/>
              </w:rPr>
              <w:t>19.6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44F045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C25332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FE6D9F" w14:textId="77777777" w:rsidR="004550E7" w:rsidRDefault="00000000">
            <w:pPr>
              <w:jc w:val="center"/>
            </w:pPr>
            <w:r>
              <w:rPr>
                <w:sz w:val="15"/>
              </w:rPr>
              <w:t>0.963</w:t>
            </w:r>
          </w:p>
        </w:tc>
      </w:tr>
      <w:tr w:rsidR="004550E7" w14:paraId="053565E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590B0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08CF9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1037E8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DA2A2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951B82" w14:textId="77777777" w:rsidR="004550E7" w:rsidRDefault="00000000">
            <w:pPr>
              <w:jc w:val="center"/>
            </w:pPr>
            <w:r>
              <w:rPr>
                <w:sz w:val="15"/>
              </w:rPr>
              <w:t>19.6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4D3168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6D1AE8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DEBA2" w14:textId="77777777" w:rsidR="004550E7" w:rsidRDefault="00000000">
            <w:pPr>
              <w:jc w:val="center"/>
            </w:pPr>
            <w:r>
              <w:rPr>
                <w:sz w:val="15"/>
              </w:rPr>
              <w:t>0.252</w:t>
            </w:r>
          </w:p>
        </w:tc>
      </w:tr>
      <w:tr w:rsidR="004550E7" w14:paraId="3B8A059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93A77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8C317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523C6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E33E36" w14:textId="77777777" w:rsidR="004550E7" w:rsidRDefault="00000000">
            <w:pPr>
              <w:jc w:val="center"/>
            </w:pPr>
            <w:r>
              <w:rPr>
                <w:sz w:val="15"/>
              </w:rPr>
              <w:t>275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D689D0" w14:textId="77777777" w:rsidR="004550E7" w:rsidRDefault="00000000">
            <w:pPr>
              <w:jc w:val="center"/>
            </w:pPr>
            <w:r>
              <w:rPr>
                <w:sz w:val="15"/>
              </w:rPr>
              <w:t>340.0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71D57E" w14:textId="77777777" w:rsidR="004550E7" w:rsidRDefault="00000000">
            <w:pPr>
              <w:jc w:val="center"/>
            </w:pPr>
            <w:r>
              <w:rPr>
                <w:sz w:val="15"/>
              </w:rPr>
              <w:t>16.5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180FF4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28BA90" w14:textId="77777777" w:rsidR="004550E7" w:rsidRDefault="00000000">
            <w:pPr>
              <w:jc w:val="center"/>
            </w:pPr>
            <w:r>
              <w:rPr>
                <w:sz w:val="15"/>
              </w:rPr>
              <w:t>0.444</w:t>
            </w:r>
          </w:p>
        </w:tc>
      </w:tr>
      <w:tr w:rsidR="004550E7" w14:paraId="14BEB23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680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78A88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5932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4B8979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E5D147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9A8754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468925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080BF0" w14:textId="77777777" w:rsidR="004550E7" w:rsidRDefault="00000000">
            <w:pPr>
              <w:jc w:val="center"/>
            </w:pPr>
            <w:r>
              <w:rPr>
                <w:sz w:val="15"/>
              </w:rPr>
              <w:t>0.409</w:t>
            </w:r>
          </w:p>
        </w:tc>
      </w:tr>
      <w:tr w:rsidR="004550E7" w14:paraId="67F999C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C761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FB6CE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8D131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23006D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D414C3" w14:textId="77777777" w:rsidR="004550E7" w:rsidRDefault="00000000">
            <w:pPr>
              <w:jc w:val="center"/>
            </w:pPr>
            <w:r>
              <w:rPr>
                <w:sz w:val="15"/>
              </w:rPr>
              <w:t>357.0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2D5B67" w14:textId="77777777" w:rsidR="004550E7" w:rsidRDefault="00000000">
            <w:pPr>
              <w:jc w:val="center"/>
            </w:pPr>
            <w:r>
              <w:rPr>
                <w:sz w:val="15"/>
              </w:rPr>
              <w:t>15.7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183ABC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92209B" w14:textId="77777777" w:rsidR="004550E7" w:rsidRDefault="00000000">
            <w:pPr>
              <w:jc w:val="center"/>
            </w:pPr>
            <w:r>
              <w:rPr>
                <w:sz w:val="15"/>
              </w:rPr>
              <w:t>0.569</w:t>
            </w:r>
          </w:p>
        </w:tc>
      </w:tr>
      <w:tr w:rsidR="004550E7" w14:paraId="0F8C47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8D14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6B733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2F290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4669B6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520F01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1699CA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16C11B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FB2A24" w14:textId="77777777" w:rsidR="004550E7" w:rsidRDefault="00000000">
            <w:pPr>
              <w:jc w:val="center"/>
            </w:pPr>
            <w:r>
              <w:rPr>
                <w:sz w:val="15"/>
              </w:rPr>
              <w:t>0.178</w:t>
            </w:r>
          </w:p>
        </w:tc>
      </w:tr>
      <w:tr w:rsidR="004550E7" w14:paraId="035F2D2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AC2B9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1113B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D9DA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070C6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2BBDB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9D9980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168E48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D1E47" w14:textId="77777777" w:rsidR="004550E7" w:rsidRDefault="00000000">
            <w:pPr>
              <w:jc w:val="center"/>
            </w:pPr>
            <w:r>
              <w:rPr>
                <w:sz w:val="15"/>
              </w:rPr>
              <w:t>0.605</w:t>
            </w:r>
          </w:p>
        </w:tc>
      </w:tr>
      <w:tr w:rsidR="004550E7" w14:paraId="2B47FD7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44D8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2FAA8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AEFA8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CCF66F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6FCC8" w14:textId="77777777" w:rsidR="004550E7" w:rsidRDefault="00000000">
            <w:pPr>
              <w:jc w:val="center"/>
            </w:pPr>
            <w:r>
              <w:rPr>
                <w:sz w:val="15"/>
              </w:rPr>
              <w:t>20.8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EC532E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3FF356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70C1A" w14:textId="77777777" w:rsidR="004550E7" w:rsidRDefault="00000000">
            <w:pPr>
              <w:jc w:val="center"/>
            </w:pPr>
            <w:r>
              <w:rPr>
                <w:sz w:val="15"/>
              </w:rPr>
              <w:t>0.574</w:t>
            </w:r>
          </w:p>
        </w:tc>
      </w:tr>
      <w:tr w:rsidR="004550E7" w14:paraId="44B7D9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D384A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953DB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D1B5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BE1F70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8CED2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B344E6" w14:textId="77777777" w:rsidR="004550E7" w:rsidRDefault="00000000">
            <w:pPr>
              <w:jc w:val="center"/>
            </w:pPr>
            <w:r>
              <w:rPr>
                <w:sz w:val="15"/>
              </w:rPr>
              <w:t>16.3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671A00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D41F2" w14:textId="77777777" w:rsidR="004550E7" w:rsidRDefault="00000000">
            <w:pPr>
              <w:jc w:val="center"/>
            </w:pPr>
            <w:r>
              <w:rPr>
                <w:sz w:val="15"/>
              </w:rPr>
              <w:t>0.184</w:t>
            </w:r>
          </w:p>
        </w:tc>
      </w:tr>
      <w:tr w:rsidR="004550E7" w14:paraId="34CC61C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2D3A4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2113C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00814C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D2FCE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CFBA97" w14:textId="77777777" w:rsidR="004550E7" w:rsidRDefault="00000000">
            <w:pPr>
              <w:jc w:val="center"/>
            </w:pPr>
            <w:r>
              <w:rPr>
                <w:sz w:val="15"/>
              </w:rPr>
              <w:t>19.1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361B02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6E1A3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FAEFC0" w14:textId="77777777" w:rsidR="004550E7" w:rsidRDefault="00000000">
            <w:pPr>
              <w:jc w:val="center"/>
            </w:pPr>
            <w:r>
              <w:rPr>
                <w:sz w:val="15"/>
              </w:rPr>
              <w:t>0.137</w:t>
            </w:r>
          </w:p>
        </w:tc>
      </w:tr>
      <w:tr w:rsidR="004550E7" w14:paraId="7CFEA65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0F98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0058E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04321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FC2A51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063C1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2FC68C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09DC3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0FE75" w14:textId="77777777" w:rsidR="004550E7" w:rsidRDefault="00000000">
            <w:pPr>
              <w:jc w:val="center"/>
            </w:pPr>
            <w:r>
              <w:rPr>
                <w:sz w:val="15"/>
              </w:rPr>
              <w:t>0.249</w:t>
            </w:r>
          </w:p>
        </w:tc>
      </w:tr>
      <w:tr w:rsidR="004550E7" w14:paraId="0313E3B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3F6D2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4A86F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29AFB7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46D978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11B034" w14:textId="77777777" w:rsidR="004550E7" w:rsidRDefault="00000000">
            <w:pPr>
              <w:jc w:val="center"/>
            </w:pPr>
            <w:r>
              <w:rPr>
                <w:sz w:val="15"/>
              </w:rPr>
              <w:t>316.0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A18C09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862A9B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D6763" w14:textId="77777777" w:rsidR="004550E7" w:rsidRDefault="00000000">
            <w:pPr>
              <w:jc w:val="center"/>
            </w:pPr>
            <w:r>
              <w:rPr>
                <w:sz w:val="15"/>
              </w:rPr>
              <w:t>0.304</w:t>
            </w:r>
          </w:p>
        </w:tc>
      </w:tr>
      <w:tr w:rsidR="004550E7" w14:paraId="4198488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14619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EFB75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59E0C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113C20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3C7A29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724E6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F79A0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A9C286" w14:textId="77777777" w:rsidR="004550E7" w:rsidRDefault="00000000">
            <w:pPr>
              <w:jc w:val="center"/>
            </w:pPr>
            <w:r>
              <w:rPr>
                <w:sz w:val="15"/>
              </w:rPr>
              <w:t>0.183</w:t>
            </w:r>
          </w:p>
        </w:tc>
      </w:tr>
      <w:tr w:rsidR="004550E7" w14:paraId="1D8891D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231F3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712EF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24679F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A7EBB8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0AD697" w14:textId="77777777" w:rsidR="004550E7" w:rsidRDefault="00000000">
            <w:pPr>
              <w:jc w:val="center"/>
            </w:pPr>
            <w:r>
              <w:rPr>
                <w:sz w:val="15"/>
              </w:rPr>
              <w:t>89.0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D70777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464B4E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C3B878" w14:textId="77777777" w:rsidR="004550E7" w:rsidRDefault="00000000">
            <w:pPr>
              <w:jc w:val="center"/>
            </w:pPr>
            <w:r>
              <w:rPr>
                <w:sz w:val="15"/>
              </w:rPr>
              <w:t>0.567</w:t>
            </w:r>
          </w:p>
        </w:tc>
      </w:tr>
      <w:tr w:rsidR="004550E7" w14:paraId="121B0B3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507C9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C874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210C27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DBF788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3DB33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ECEF3F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A32050" w14:textId="77777777" w:rsidR="004550E7" w:rsidRDefault="00000000">
            <w:pPr>
              <w:jc w:val="center"/>
            </w:pPr>
            <w:r>
              <w:rPr>
                <w:sz w:val="15"/>
              </w:rPr>
              <w:t>19.3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1B65BF" w14:textId="77777777" w:rsidR="004550E7" w:rsidRDefault="00000000">
            <w:pPr>
              <w:jc w:val="center"/>
            </w:pPr>
            <w:r>
              <w:rPr>
                <w:sz w:val="15"/>
              </w:rPr>
              <w:t>0.576</w:t>
            </w:r>
          </w:p>
        </w:tc>
      </w:tr>
      <w:tr w:rsidR="004550E7" w14:paraId="7D44201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89BA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C47A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16AACA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A2D34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90716E" w14:textId="77777777" w:rsidR="004550E7" w:rsidRDefault="00000000">
            <w:pPr>
              <w:jc w:val="center"/>
            </w:pPr>
            <w:r>
              <w:rPr>
                <w:sz w:val="15"/>
              </w:rPr>
              <w:t>22.2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C87F7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8E413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28279" w14:textId="77777777" w:rsidR="004550E7" w:rsidRDefault="00000000">
            <w:pPr>
              <w:jc w:val="center"/>
            </w:pPr>
            <w:r>
              <w:rPr>
                <w:sz w:val="15"/>
              </w:rPr>
              <w:t>0.552</w:t>
            </w:r>
          </w:p>
        </w:tc>
      </w:tr>
      <w:tr w:rsidR="004550E7" w14:paraId="4E24176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8F0A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8A71C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3ACDC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F5553D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D3C7FF" w14:textId="77777777" w:rsidR="004550E7" w:rsidRDefault="00000000">
            <w:pPr>
              <w:jc w:val="center"/>
            </w:pPr>
            <w:r>
              <w:rPr>
                <w:sz w:val="15"/>
              </w:rPr>
              <w:t>314.0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AC5C5F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60A771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04685B" w14:textId="77777777" w:rsidR="004550E7" w:rsidRDefault="00000000">
            <w:pPr>
              <w:jc w:val="center"/>
            </w:pPr>
            <w:r>
              <w:rPr>
                <w:sz w:val="15"/>
              </w:rPr>
              <w:t>0.276</w:t>
            </w:r>
          </w:p>
        </w:tc>
      </w:tr>
      <w:tr w:rsidR="004550E7" w14:paraId="34411B9D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32BB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15FD3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561903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0A6F7D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401B9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A30508" w14:textId="77777777" w:rsidR="004550E7" w:rsidRDefault="00000000">
            <w:pPr>
              <w:jc w:val="center"/>
            </w:pPr>
            <w:r>
              <w:rPr>
                <w:sz w:val="15"/>
              </w:rPr>
              <w:t>15.9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04A9D2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3B3B0" w14:textId="77777777" w:rsidR="004550E7" w:rsidRDefault="00000000">
            <w:pPr>
              <w:jc w:val="center"/>
            </w:pPr>
            <w:r>
              <w:rPr>
                <w:sz w:val="15"/>
              </w:rPr>
              <w:t>0.336</w:t>
            </w:r>
          </w:p>
        </w:tc>
      </w:tr>
      <w:tr w:rsidR="004550E7" w14:paraId="11A85BE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CD241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EF2A5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3892E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68FB24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776FA3" w14:textId="77777777" w:rsidR="004550E7" w:rsidRDefault="00000000">
            <w:pPr>
              <w:jc w:val="center"/>
            </w:pPr>
            <w:r>
              <w:rPr>
                <w:sz w:val="15"/>
              </w:rPr>
              <w:t>317.0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02BF12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8DCF3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F10DB9" w14:textId="77777777" w:rsidR="004550E7" w:rsidRDefault="00000000">
            <w:pPr>
              <w:jc w:val="center"/>
            </w:pPr>
            <w:r>
              <w:rPr>
                <w:sz w:val="15"/>
              </w:rPr>
              <w:t>0.27</w:t>
            </w:r>
          </w:p>
        </w:tc>
      </w:tr>
      <w:tr w:rsidR="004550E7" w14:paraId="3C109F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DB9E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60CF1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F682D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05A9B9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4D0C95" w14:textId="77777777" w:rsidR="004550E7" w:rsidRDefault="00000000">
            <w:pPr>
              <w:jc w:val="center"/>
            </w:pPr>
            <w:r>
              <w:rPr>
                <w:sz w:val="15"/>
              </w:rPr>
              <w:t>329.0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E85298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B5805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096266" w14:textId="77777777" w:rsidR="004550E7" w:rsidRDefault="00000000">
            <w:pPr>
              <w:jc w:val="center"/>
            </w:pPr>
            <w:r>
              <w:rPr>
                <w:sz w:val="15"/>
              </w:rPr>
              <w:t>0.33</w:t>
            </w:r>
          </w:p>
        </w:tc>
      </w:tr>
      <w:tr w:rsidR="004550E7" w14:paraId="03C36C8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D300E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D6D9F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75959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F914DA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1DC37" w14:textId="77777777" w:rsidR="004550E7" w:rsidRDefault="00000000">
            <w:pPr>
              <w:jc w:val="center"/>
            </w:pPr>
            <w:r>
              <w:rPr>
                <w:sz w:val="15"/>
              </w:rPr>
              <w:t>322.0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8A0ED6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67EDF4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2064AF" w14:textId="77777777" w:rsidR="004550E7" w:rsidRDefault="00000000">
            <w:pPr>
              <w:jc w:val="center"/>
            </w:pPr>
            <w:r>
              <w:rPr>
                <w:sz w:val="15"/>
              </w:rPr>
              <w:t>0.172</w:t>
            </w:r>
          </w:p>
        </w:tc>
      </w:tr>
      <w:tr w:rsidR="004550E7" w14:paraId="2673D3E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6966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421A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6C5E8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737733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B0B9AB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CF9C4E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AC253E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1D8B40" w14:textId="77777777" w:rsidR="004550E7" w:rsidRDefault="00000000">
            <w:pPr>
              <w:jc w:val="center"/>
            </w:pPr>
            <w:r>
              <w:rPr>
                <w:sz w:val="15"/>
              </w:rPr>
              <w:t>0.401</w:t>
            </w:r>
          </w:p>
        </w:tc>
      </w:tr>
      <w:tr w:rsidR="004550E7" w14:paraId="21B0E5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5A4A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A830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217CF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B83FBC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71D97A" w14:textId="77777777" w:rsidR="004550E7" w:rsidRDefault="00000000">
            <w:pPr>
              <w:jc w:val="center"/>
            </w:pPr>
            <w:r>
              <w:rPr>
                <w:sz w:val="15"/>
              </w:rPr>
              <w:t>333.0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0F06A" w14:textId="77777777" w:rsidR="004550E7" w:rsidRDefault="00000000">
            <w:pPr>
              <w:jc w:val="center"/>
            </w:pPr>
            <w:r>
              <w:rPr>
                <w:sz w:val="15"/>
              </w:rPr>
              <w:t>15.9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03FD35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15A6E7" w14:textId="77777777" w:rsidR="004550E7" w:rsidRDefault="00000000">
            <w:pPr>
              <w:jc w:val="center"/>
            </w:pPr>
            <w:r>
              <w:rPr>
                <w:sz w:val="15"/>
              </w:rPr>
              <w:t>0.314</w:t>
            </w:r>
          </w:p>
        </w:tc>
      </w:tr>
      <w:tr w:rsidR="004550E7" w14:paraId="4A6FBFC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53DEF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D5C6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EDED5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B74FB0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790369" w14:textId="77777777" w:rsidR="004550E7" w:rsidRDefault="00000000">
            <w:pPr>
              <w:jc w:val="center"/>
            </w:pPr>
            <w:r>
              <w:rPr>
                <w:sz w:val="15"/>
              </w:rPr>
              <w:t>21.0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8478E8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F4B1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0F0B8" w14:textId="77777777" w:rsidR="004550E7" w:rsidRDefault="00000000">
            <w:pPr>
              <w:jc w:val="center"/>
            </w:pPr>
            <w:r>
              <w:rPr>
                <w:sz w:val="15"/>
              </w:rPr>
              <w:t>0.41</w:t>
            </w:r>
          </w:p>
        </w:tc>
      </w:tr>
      <w:tr w:rsidR="004550E7" w14:paraId="0F3C8C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1BFAB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6E5A1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3A1E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E75B42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A4D73C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E1CD9E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A28C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1B0FDE" w14:textId="77777777" w:rsidR="004550E7" w:rsidRDefault="00000000">
            <w:pPr>
              <w:jc w:val="center"/>
            </w:pPr>
            <w:r>
              <w:rPr>
                <w:sz w:val="15"/>
              </w:rPr>
              <w:t>0.342</w:t>
            </w:r>
          </w:p>
        </w:tc>
      </w:tr>
      <w:tr w:rsidR="004550E7" w14:paraId="461E829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E42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4980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F8AE1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3A892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ABB7B6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B3C3B8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683466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AEFCA2" w14:textId="77777777" w:rsidR="004550E7" w:rsidRDefault="00000000">
            <w:pPr>
              <w:jc w:val="center"/>
            </w:pPr>
            <w:r>
              <w:rPr>
                <w:sz w:val="15"/>
              </w:rPr>
              <w:t>0.47</w:t>
            </w:r>
          </w:p>
        </w:tc>
      </w:tr>
      <w:tr w:rsidR="004550E7" w14:paraId="4275E7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45CA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E35A4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BD11B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1B4D4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2EF73" w14:textId="77777777" w:rsidR="004550E7" w:rsidRDefault="00000000">
            <w:pPr>
              <w:jc w:val="center"/>
            </w:pPr>
            <w:r>
              <w:rPr>
                <w:sz w:val="15"/>
              </w:rPr>
              <w:t>19.3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88DEBB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D55823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A33D5C" w14:textId="77777777" w:rsidR="004550E7" w:rsidRDefault="00000000">
            <w:pPr>
              <w:jc w:val="center"/>
            </w:pPr>
            <w:r>
              <w:rPr>
                <w:sz w:val="15"/>
              </w:rPr>
              <w:t>0.178</w:t>
            </w:r>
          </w:p>
        </w:tc>
      </w:tr>
      <w:tr w:rsidR="004550E7" w14:paraId="739296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4048F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AF4A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C99AB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4140B7" w14:textId="77777777" w:rsidR="004550E7" w:rsidRDefault="00000000">
            <w:pPr>
              <w:jc w:val="center"/>
            </w:pPr>
            <w:r>
              <w:rPr>
                <w:sz w:val="15"/>
              </w:rPr>
              <w:t>275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C64FA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AA302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6C7BE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A80F8" w14:textId="77777777" w:rsidR="004550E7" w:rsidRDefault="00000000">
            <w:pPr>
              <w:jc w:val="center"/>
            </w:pPr>
            <w:r>
              <w:rPr>
                <w:sz w:val="15"/>
              </w:rPr>
              <w:t>0.315</w:t>
            </w:r>
          </w:p>
        </w:tc>
      </w:tr>
      <w:tr w:rsidR="004550E7" w14:paraId="54A59EC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239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86C19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BDC93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DD63DB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4C7B5D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5581B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B1DBEC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4EDDF4" w14:textId="77777777" w:rsidR="004550E7" w:rsidRDefault="00000000">
            <w:pPr>
              <w:jc w:val="center"/>
            </w:pPr>
            <w:r>
              <w:rPr>
                <w:sz w:val="15"/>
              </w:rPr>
              <w:t>0.437</w:t>
            </w:r>
          </w:p>
        </w:tc>
      </w:tr>
      <w:tr w:rsidR="004550E7" w14:paraId="73FC152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9EB0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4B1DA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BC5D1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4D0124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1B998" w14:textId="77777777" w:rsidR="004550E7" w:rsidRDefault="00000000">
            <w:pPr>
              <w:jc w:val="center"/>
            </w:pPr>
            <w:r>
              <w:rPr>
                <w:sz w:val="15"/>
              </w:rPr>
              <w:t>337.0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A9A4E8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2823F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87061" w14:textId="77777777" w:rsidR="004550E7" w:rsidRDefault="00000000">
            <w:pPr>
              <w:jc w:val="center"/>
            </w:pPr>
            <w:r>
              <w:rPr>
                <w:sz w:val="15"/>
              </w:rPr>
              <w:t>0.385</w:t>
            </w:r>
          </w:p>
        </w:tc>
      </w:tr>
      <w:tr w:rsidR="004550E7" w14:paraId="128D3C9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C5345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4E0A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BC06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715024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1C404E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DBD843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0459B5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246A7" w14:textId="77777777" w:rsidR="004550E7" w:rsidRDefault="00000000">
            <w:pPr>
              <w:jc w:val="center"/>
            </w:pPr>
            <w:r>
              <w:rPr>
                <w:sz w:val="15"/>
              </w:rPr>
              <w:t>0.294</w:t>
            </w:r>
          </w:p>
        </w:tc>
      </w:tr>
      <w:tr w:rsidR="004550E7" w14:paraId="5C9CF48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5AA1C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E4F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2C73A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5EA3A4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B8A4B8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3EE07" w14:textId="77777777" w:rsidR="004550E7" w:rsidRDefault="00000000">
            <w:pPr>
              <w:jc w:val="center"/>
            </w:pPr>
            <w:r>
              <w:rPr>
                <w:sz w:val="15"/>
              </w:rPr>
              <w:t>16.5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1F4B72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E4A81" w14:textId="77777777" w:rsidR="004550E7" w:rsidRDefault="00000000">
            <w:pPr>
              <w:jc w:val="center"/>
            </w:pPr>
            <w:r>
              <w:rPr>
                <w:sz w:val="15"/>
              </w:rPr>
              <w:t>0.295</w:t>
            </w:r>
          </w:p>
        </w:tc>
      </w:tr>
      <w:tr w:rsidR="004550E7" w14:paraId="0F13064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5DCBB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5C075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9162E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B0AEA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2E56D3" w14:textId="77777777" w:rsidR="004550E7" w:rsidRDefault="00000000">
            <w:pPr>
              <w:jc w:val="center"/>
            </w:pPr>
            <w:r>
              <w:rPr>
                <w:sz w:val="15"/>
              </w:rPr>
              <w:t>20.0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C5AFC0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F43416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7F19F2" w14:textId="77777777" w:rsidR="004550E7" w:rsidRDefault="00000000">
            <w:pPr>
              <w:jc w:val="center"/>
            </w:pPr>
            <w:r>
              <w:rPr>
                <w:sz w:val="15"/>
              </w:rPr>
              <w:t>0.672</w:t>
            </w:r>
          </w:p>
        </w:tc>
      </w:tr>
      <w:tr w:rsidR="004550E7" w14:paraId="62F1AC6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E374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FD305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4E8E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D8AC15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4E6F41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0EF158" w14:textId="77777777" w:rsidR="004550E7" w:rsidRDefault="00000000">
            <w:pPr>
              <w:jc w:val="center"/>
            </w:pPr>
            <w:r>
              <w:rPr>
                <w:sz w:val="15"/>
              </w:rPr>
              <w:t>16.5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4DA9FE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7F33C4" w14:textId="77777777" w:rsidR="004550E7" w:rsidRDefault="00000000">
            <w:pPr>
              <w:jc w:val="center"/>
            </w:pPr>
            <w:r>
              <w:rPr>
                <w:sz w:val="15"/>
              </w:rPr>
              <w:t>0.336</w:t>
            </w:r>
          </w:p>
        </w:tc>
      </w:tr>
      <w:tr w:rsidR="004550E7" w14:paraId="0F566DD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0198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91152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E57EC5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3CF9DF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4AC398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3E6121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2110B3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8A511D" w14:textId="77777777" w:rsidR="004550E7" w:rsidRDefault="00000000">
            <w:pPr>
              <w:jc w:val="center"/>
            </w:pPr>
            <w:r>
              <w:rPr>
                <w:sz w:val="15"/>
              </w:rPr>
              <w:t>0.146</w:t>
            </w:r>
          </w:p>
        </w:tc>
      </w:tr>
      <w:tr w:rsidR="004550E7" w14:paraId="1B12CBF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C0ED0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523C8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E8BABF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1089B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3E644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65B53D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E6CCA2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455D22" w14:textId="77777777" w:rsidR="004550E7" w:rsidRDefault="00000000">
            <w:pPr>
              <w:jc w:val="center"/>
            </w:pPr>
            <w:r>
              <w:rPr>
                <w:sz w:val="15"/>
              </w:rPr>
              <w:t>0.171</w:t>
            </w:r>
          </w:p>
        </w:tc>
      </w:tr>
      <w:tr w:rsidR="004550E7" w14:paraId="4537957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27FB8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E85AD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F258F9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4C4B5C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3C87D" w14:textId="77777777" w:rsidR="004550E7" w:rsidRDefault="00000000">
            <w:pPr>
              <w:jc w:val="center"/>
            </w:pPr>
            <w:r>
              <w:rPr>
                <w:sz w:val="15"/>
              </w:rPr>
              <w:t>314.0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5F2281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BB6017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23929" w14:textId="77777777" w:rsidR="004550E7" w:rsidRDefault="00000000">
            <w:pPr>
              <w:jc w:val="center"/>
            </w:pPr>
            <w:r>
              <w:rPr>
                <w:sz w:val="15"/>
              </w:rPr>
              <w:t>0.187</w:t>
            </w:r>
          </w:p>
        </w:tc>
      </w:tr>
      <w:tr w:rsidR="004550E7" w14:paraId="4D8B911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DB9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675BA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40C5A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CAD99D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0B101D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75E53A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E7C0DC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DE706C" w14:textId="77777777" w:rsidR="004550E7" w:rsidRDefault="00000000">
            <w:pPr>
              <w:jc w:val="center"/>
            </w:pPr>
            <w:r>
              <w:rPr>
                <w:sz w:val="15"/>
              </w:rPr>
              <w:t>0.283</w:t>
            </w:r>
          </w:p>
        </w:tc>
      </w:tr>
      <w:tr w:rsidR="004550E7" w14:paraId="2BC554C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48E4A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78192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6ADD25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B28958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BB196" w14:textId="77777777" w:rsidR="004550E7" w:rsidRDefault="00000000">
            <w:pPr>
              <w:jc w:val="center"/>
            </w:pPr>
            <w:r>
              <w:rPr>
                <w:sz w:val="15"/>
              </w:rPr>
              <w:t>287.0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E89F4F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346F0B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94CE91" w14:textId="77777777" w:rsidR="004550E7" w:rsidRDefault="00000000">
            <w:pPr>
              <w:jc w:val="center"/>
            </w:pPr>
            <w:r>
              <w:rPr>
                <w:sz w:val="15"/>
              </w:rPr>
              <w:t>0.489</w:t>
            </w:r>
          </w:p>
        </w:tc>
      </w:tr>
      <w:tr w:rsidR="004550E7" w14:paraId="0075D50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52812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30AE3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989561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76775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38B657" w14:textId="77777777" w:rsidR="004550E7" w:rsidRDefault="00000000">
            <w:pPr>
              <w:jc w:val="center"/>
            </w:pPr>
            <w:r>
              <w:rPr>
                <w:sz w:val="15"/>
              </w:rPr>
              <w:t>20.0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80257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3EC289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9D037" w14:textId="77777777" w:rsidR="004550E7" w:rsidRDefault="00000000">
            <w:pPr>
              <w:jc w:val="center"/>
            </w:pPr>
            <w:r>
              <w:rPr>
                <w:sz w:val="15"/>
              </w:rPr>
              <w:t>0.445</w:t>
            </w:r>
          </w:p>
        </w:tc>
      </w:tr>
      <w:tr w:rsidR="004550E7" w14:paraId="4F973C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79472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A869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F95C3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3874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791B04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0E1DBA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74807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B31E1F" w14:textId="77777777" w:rsidR="004550E7" w:rsidRDefault="00000000">
            <w:pPr>
              <w:jc w:val="center"/>
            </w:pPr>
            <w:r>
              <w:rPr>
                <w:sz w:val="15"/>
              </w:rPr>
              <w:t>0.331</w:t>
            </w:r>
          </w:p>
        </w:tc>
      </w:tr>
      <w:tr w:rsidR="004550E7" w14:paraId="63DBE6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ECEEB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8F5EF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3BEED8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46B3A1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65F530" w14:textId="77777777" w:rsidR="004550E7" w:rsidRDefault="00000000">
            <w:pPr>
              <w:jc w:val="center"/>
            </w:pPr>
            <w:r>
              <w:rPr>
                <w:sz w:val="15"/>
              </w:rPr>
              <w:t>310.0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7C1A24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03998B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62165" w14:textId="77777777" w:rsidR="004550E7" w:rsidRDefault="00000000">
            <w:pPr>
              <w:jc w:val="center"/>
            </w:pPr>
            <w:r>
              <w:rPr>
                <w:sz w:val="15"/>
              </w:rPr>
              <w:t>0.169</w:t>
            </w:r>
          </w:p>
        </w:tc>
      </w:tr>
      <w:tr w:rsidR="004550E7" w14:paraId="1F730B68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2688E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FD06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CBC7C0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BB0F01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3B75AD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1E3F4C" w14:textId="77777777" w:rsidR="004550E7" w:rsidRDefault="00000000">
            <w:pPr>
              <w:jc w:val="center"/>
            </w:pPr>
            <w:r>
              <w:rPr>
                <w:sz w:val="15"/>
              </w:rPr>
              <w:t>16.3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F0B17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09724E" w14:textId="77777777" w:rsidR="004550E7" w:rsidRDefault="00000000">
            <w:pPr>
              <w:jc w:val="center"/>
            </w:pPr>
            <w:r>
              <w:rPr>
                <w:sz w:val="15"/>
              </w:rPr>
              <w:t>0.328</w:t>
            </w:r>
          </w:p>
        </w:tc>
      </w:tr>
      <w:tr w:rsidR="004550E7" w14:paraId="5A25D1B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94BE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2B74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AF475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508EF9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9D366" w14:textId="77777777" w:rsidR="004550E7" w:rsidRDefault="00000000">
            <w:pPr>
              <w:jc w:val="center"/>
            </w:pPr>
            <w:r>
              <w:rPr>
                <w:sz w:val="15"/>
              </w:rPr>
              <w:t>317.0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7FF44E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CC1EBE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420AA" w14:textId="77777777" w:rsidR="004550E7" w:rsidRDefault="00000000">
            <w:pPr>
              <w:jc w:val="center"/>
            </w:pPr>
            <w:r>
              <w:rPr>
                <w:sz w:val="15"/>
              </w:rPr>
              <w:t>0.303</w:t>
            </w:r>
          </w:p>
        </w:tc>
      </w:tr>
      <w:tr w:rsidR="004550E7" w14:paraId="219EB78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EBC0B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4CCE6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97EA0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95AB1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191DD4" w14:textId="77777777" w:rsidR="004550E7" w:rsidRDefault="00000000">
            <w:pPr>
              <w:jc w:val="center"/>
            </w:pPr>
            <w:r>
              <w:rPr>
                <w:sz w:val="15"/>
              </w:rPr>
              <w:t>323.0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A2C92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ACE615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039603" w14:textId="77777777" w:rsidR="004550E7" w:rsidRDefault="00000000">
            <w:pPr>
              <w:jc w:val="center"/>
            </w:pPr>
            <w:r>
              <w:rPr>
                <w:sz w:val="15"/>
              </w:rPr>
              <w:t>0.327</w:t>
            </w:r>
          </w:p>
        </w:tc>
      </w:tr>
      <w:tr w:rsidR="004550E7" w14:paraId="4AEADE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35F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8760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C5FDB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A3D881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B5CA72" w14:textId="77777777" w:rsidR="004550E7" w:rsidRDefault="00000000">
            <w:pPr>
              <w:jc w:val="center"/>
            </w:pPr>
            <w:r>
              <w:rPr>
                <w:sz w:val="15"/>
              </w:rPr>
              <w:t>319.0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243B5F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06A20C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838DFC" w14:textId="77777777" w:rsidR="004550E7" w:rsidRDefault="00000000">
            <w:pPr>
              <w:jc w:val="center"/>
            </w:pPr>
            <w:r>
              <w:rPr>
                <w:sz w:val="15"/>
              </w:rPr>
              <w:t>0.178</w:t>
            </w:r>
          </w:p>
        </w:tc>
      </w:tr>
      <w:tr w:rsidR="004550E7" w14:paraId="33F65F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2F7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C939E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BF493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692F02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D30B9" w14:textId="77777777" w:rsidR="004550E7" w:rsidRDefault="00000000">
            <w:pPr>
              <w:jc w:val="center"/>
            </w:pPr>
            <w:r>
              <w:rPr>
                <w:sz w:val="15"/>
              </w:rPr>
              <w:t>19.3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83109D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20FDA0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AEAB81" w14:textId="77777777" w:rsidR="004550E7" w:rsidRDefault="00000000">
            <w:pPr>
              <w:jc w:val="center"/>
            </w:pPr>
            <w:r>
              <w:rPr>
                <w:sz w:val="15"/>
              </w:rPr>
              <w:t>0.311</w:t>
            </w:r>
          </w:p>
        </w:tc>
      </w:tr>
      <w:tr w:rsidR="004550E7" w14:paraId="6465C48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BE5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57E52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FFF060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B5649F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E2081F" w14:textId="77777777" w:rsidR="004550E7" w:rsidRDefault="00000000">
            <w:pPr>
              <w:jc w:val="center"/>
            </w:pPr>
            <w:r>
              <w:rPr>
                <w:sz w:val="15"/>
              </w:rPr>
              <w:t>327.0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5E575D" w14:textId="77777777" w:rsidR="004550E7" w:rsidRDefault="00000000">
            <w:pPr>
              <w:jc w:val="center"/>
            </w:pPr>
            <w:r>
              <w:rPr>
                <w:sz w:val="15"/>
              </w:rPr>
              <w:t>16.3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4A7D47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B4D53F" w14:textId="77777777" w:rsidR="004550E7" w:rsidRDefault="00000000">
            <w:pPr>
              <w:jc w:val="center"/>
            </w:pPr>
            <w:r>
              <w:rPr>
                <w:sz w:val="15"/>
              </w:rPr>
              <w:t>0.313</w:t>
            </w:r>
          </w:p>
        </w:tc>
      </w:tr>
      <w:tr w:rsidR="004550E7" w14:paraId="3622CB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1459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475D7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D96D2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3C6F17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7EB8F9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8AE659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B3BF86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C72D54" w14:textId="77777777" w:rsidR="004550E7" w:rsidRDefault="00000000">
            <w:pPr>
              <w:jc w:val="center"/>
            </w:pPr>
            <w:r>
              <w:rPr>
                <w:sz w:val="15"/>
              </w:rPr>
              <w:t>0.447</w:t>
            </w:r>
          </w:p>
        </w:tc>
      </w:tr>
      <w:tr w:rsidR="004550E7" w14:paraId="1D3D1BC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E3F6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65694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84082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38BD31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EED85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AF6BC" w14:textId="77777777" w:rsidR="004550E7" w:rsidRDefault="00000000">
            <w:pPr>
              <w:jc w:val="center"/>
            </w:pPr>
            <w:r>
              <w:rPr>
                <w:sz w:val="15"/>
              </w:rPr>
              <w:t>17.7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867F6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48FDCB" w14:textId="77777777" w:rsidR="004550E7" w:rsidRDefault="00000000">
            <w:pPr>
              <w:jc w:val="center"/>
            </w:pPr>
            <w:r>
              <w:rPr>
                <w:sz w:val="15"/>
              </w:rPr>
              <w:t>0.25</w:t>
            </w:r>
          </w:p>
        </w:tc>
      </w:tr>
      <w:tr w:rsidR="004550E7" w14:paraId="7717A89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5F82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230C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93B1A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12878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E6A45B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C0E20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F6BE03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45181" w14:textId="77777777" w:rsidR="004550E7" w:rsidRDefault="00000000">
            <w:pPr>
              <w:jc w:val="center"/>
            </w:pPr>
            <w:r>
              <w:rPr>
                <w:sz w:val="15"/>
              </w:rPr>
              <w:t>0.577</w:t>
            </w:r>
          </w:p>
        </w:tc>
      </w:tr>
      <w:tr w:rsidR="004550E7" w14:paraId="12A0F7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AB83D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ECD68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EF88BC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5D5FE6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34DEF6" w14:textId="77777777" w:rsidR="004550E7" w:rsidRDefault="00000000">
            <w:pPr>
              <w:jc w:val="center"/>
            </w:pPr>
            <w:r>
              <w:rPr>
                <w:sz w:val="15"/>
              </w:rPr>
              <w:t>19.7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5A4622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4133C3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6B762B" w14:textId="77777777" w:rsidR="004550E7" w:rsidRDefault="00000000">
            <w:pPr>
              <w:jc w:val="center"/>
            </w:pPr>
            <w:r>
              <w:rPr>
                <w:sz w:val="15"/>
              </w:rPr>
              <w:t>0.31</w:t>
            </w:r>
          </w:p>
        </w:tc>
      </w:tr>
      <w:tr w:rsidR="004550E7" w14:paraId="253E7F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379C5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4B76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AC3EF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F82FB8" w14:textId="77777777" w:rsidR="004550E7" w:rsidRDefault="00000000">
            <w:pPr>
              <w:jc w:val="center"/>
            </w:pPr>
            <w:r>
              <w:rPr>
                <w:sz w:val="15"/>
              </w:rPr>
              <w:t>275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4B8334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F5482C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DE7123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A72B8D" w14:textId="77777777" w:rsidR="004550E7" w:rsidRDefault="00000000">
            <w:pPr>
              <w:jc w:val="center"/>
            </w:pPr>
            <w:r>
              <w:rPr>
                <w:sz w:val="15"/>
              </w:rPr>
              <w:t>0.319</w:t>
            </w:r>
          </w:p>
        </w:tc>
      </w:tr>
      <w:tr w:rsidR="004550E7" w14:paraId="647F9C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DF6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AF79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E9672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6E9FA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EB1F78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231DFB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1E26C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84AEF" w14:textId="77777777" w:rsidR="004550E7" w:rsidRDefault="00000000">
            <w:pPr>
              <w:jc w:val="center"/>
            </w:pPr>
            <w:r>
              <w:rPr>
                <w:sz w:val="15"/>
              </w:rPr>
              <w:t>0.392</w:t>
            </w:r>
          </w:p>
        </w:tc>
      </w:tr>
      <w:tr w:rsidR="004550E7" w14:paraId="170C84A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10B8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12D8B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176B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044330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927A2D" w14:textId="77777777" w:rsidR="004550E7" w:rsidRDefault="00000000">
            <w:pPr>
              <w:jc w:val="center"/>
            </w:pPr>
            <w:r>
              <w:rPr>
                <w:sz w:val="15"/>
              </w:rPr>
              <w:t>333.0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66065D" w14:textId="77777777" w:rsidR="004550E7" w:rsidRDefault="00000000">
            <w:pPr>
              <w:jc w:val="center"/>
            </w:pPr>
            <w:r>
              <w:rPr>
                <w:sz w:val="15"/>
              </w:rPr>
              <w:t>16.4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ED48E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FD4353" w14:textId="77777777" w:rsidR="004550E7" w:rsidRDefault="00000000">
            <w:pPr>
              <w:jc w:val="center"/>
            </w:pPr>
            <w:r>
              <w:rPr>
                <w:sz w:val="15"/>
              </w:rPr>
              <w:t>0.428</w:t>
            </w:r>
          </w:p>
        </w:tc>
      </w:tr>
      <w:tr w:rsidR="004550E7" w14:paraId="29E16C5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4A72D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241F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E63E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ABEE96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CC8FB" w14:textId="77777777" w:rsidR="004550E7" w:rsidRDefault="00000000">
            <w:pPr>
              <w:jc w:val="center"/>
            </w:pPr>
            <w:r>
              <w:rPr>
                <w:sz w:val="15"/>
              </w:rPr>
              <w:t>18.4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E732E0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97B89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0F3AF" w14:textId="77777777" w:rsidR="004550E7" w:rsidRDefault="00000000">
            <w:pPr>
              <w:jc w:val="center"/>
            </w:pPr>
            <w:r>
              <w:rPr>
                <w:sz w:val="15"/>
              </w:rPr>
              <w:t>0.249</w:t>
            </w:r>
          </w:p>
        </w:tc>
      </w:tr>
      <w:tr w:rsidR="004550E7" w14:paraId="351850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05674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7A7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3B02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18D66E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E6F7C8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BC6183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5BEBA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A29AC4" w14:textId="77777777" w:rsidR="004550E7" w:rsidRDefault="00000000">
            <w:pPr>
              <w:jc w:val="center"/>
            </w:pPr>
            <w:r>
              <w:rPr>
                <w:sz w:val="15"/>
              </w:rPr>
              <w:t>0.376</w:t>
            </w:r>
          </w:p>
        </w:tc>
      </w:tr>
      <w:tr w:rsidR="004550E7" w14:paraId="299EDC3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C416D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ADAD5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E0D8E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CD3C7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85614C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F25895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3D19E8" w14:textId="77777777" w:rsidR="004550E7" w:rsidRDefault="00000000">
            <w:pPr>
              <w:jc w:val="center"/>
            </w:pPr>
            <w:r>
              <w:rPr>
                <w:sz w:val="15"/>
              </w:rPr>
              <w:t>18.6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7A196" w14:textId="77777777" w:rsidR="004550E7" w:rsidRDefault="00000000">
            <w:pPr>
              <w:jc w:val="center"/>
            </w:pPr>
            <w:r>
              <w:rPr>
                <w:sz w:val="15"/>
              </w:rPr>
              <w:t>0.563</w:t>
            </w:r>
          </w:p>
        </w:tc>
      </w:tr>
      <w:tr w:rsidR="004550E7" w14:paraId="07DDB3F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248C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5FA3C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1A27A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70649A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D01221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545FF0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F1863B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B74BA3" w14:textId="77777777" w:rsidR="004550E7" w:rsidRDefault="00000000">
            <w:pPr>
              <w:jc w:val="center"/>
            </w:pPr>
            <w:r>
              <w:rPr>
                <w:sz w:val="15"/>
              </w:rPr>
              <w:t>0.339</w:t>
            </w:r>
          </w:p>
        </w:tc>
      </w:tr>
      <w:tr w:rsidR="004550E7" w14:paraId="554E98C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4EA97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C8B2D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81D62C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021753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458D9D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569E4B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3906A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C8255F" w14:textId="77777777" w:rsidR="004550E7" w:rsidRDefault="00000000">
            <w:pPr>
              <w:jc w:val="center"/>
            </w:pPr>
            <w:r>
              <w:rPr>
                <w:sz w:val="15"/>
              </w:rPr>
              <w:t>0.088</w:t>
            </w:r>
          </w:p>
        </w:tc>
      </w:tr>
      <w:tr w:rsidR="004550E7" w14:paraId="7A8B46A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491B3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A6A50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172F9B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8A0A26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B44087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C4419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D50BD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BF64CF" w14:textId="77777777" w:rsidR="004550E7" w:rsidRDefault="00000000">
            <w:pPr>
              <w:jc w:val="center"/>
            </w:pPr>
            <w:r>
              <w:rPr>
                <w:sz w:val="15"/>
              </w:rPr>
              <w:t>0.276</w:t>
            </w:r>
          </w:p>
        </w:tc>
      </w:tr>
      <w:tr w:rsidR="004550E7" w14:paraId="2111FAE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22F66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461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D1FEB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5E6AB0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FC67D" w14:textId="77777777" w:rsidR="004550E7" w:rsidRDefault="00000000">
            <w:pPr>
              <w:jc w:val="center"/>
            </w:pPr>
            <w:r>
              <w:rPr>
                <w:sz w:val="15"/>
              </w:rPr>
              <w:t>315.0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DEA07A" w14:textId="77777777" w:rsidR="004550E7" w:rsidRDefault="00000000">
            <w:pPr>
              <w:jc w:val="center"/>
            </w:pPr>
            <w:r>
              <w:rPr>
                <w:sz w:val="15"/>
              </w:rPr>
              <w:t>16.8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F0D7C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52B7B" w14:textId="77777777" w:rsidR="004550E7" w:rsidRDefault="00000000">
            <w:pPr>
              <w:jc w:val="center"/>
            </w:pPr>
            <w:r>
              <w:rPr>
                <w:sz w:val="15"/>
              </w:rPr>
              <w:t>0.293</w:t>
            </w:r>
          </w:p>
        </w:tc>
      </w:tr>
      <w:tr w:rsidR="004550E7" w14:paraId="725C132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D44FD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864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0E95BB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9321BE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8244B3" w14:textId="77777777" w:rsidR="004550E7" w:rsidRDefault="00000000">
            <w:pPr>
              <w:jc w:val="center"/>
            </w:pPr>
            <w:r>
              <w:rPr>
                <w:sz w:val="15"/>
              </w:rPr>
              <w:t>58.5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25639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02C8AF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D9C4B4" w14:textId="77777777" w:rsidR="004550E7" w:rsidRDefault="00000000">
            <w:pPr>
              <w:jc w:val="center"/>
            </w:pPr>
            <w:r>
              <w:rPr>
                <w:sz w:val="15"/>
              </w:rPr>
              <w:t>0.345</w:t>
            </w:r>
          </w:p>
        </w:tc>
      </w:tr>
      <w:tr w:rsidR="004550E7" w14:paraId="18B5910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573F8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2D8DE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927DD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6B206E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C7D8F4" w14:textId="77777777" w:rsidR="004550E7" w:rsidRDefault="00000000">
            <w:pPr>
              <w:jc w:val="center"/>
            </w:pPr>
            <w:r>
              <w:rPr>
                <w:sz w:val="15"/>
              </w:rPr>
              <w:t>214.0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DADCEF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5AA3EE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F928A" w14:textId="77777777" w:rsidR="004550E7" w:rsidRDefault="00000000">
            <w:pPr>
              <w:jc w:val="center"/>
            </w:pPr>
            <w:r>
              <w:rPr>
                <w:sz w:val="15"/>
              </w:rPr>
              <w:t>0.491</w:t>
            </w:r>
          </w:p>
        </w:tc>
      </w:tr>
      <w:tr w:rsidR="004550E7" w14:paraId="3BC32B5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8870D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5C9DC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1E8AD3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0BA44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66EAF" w14:textId="77777777" w:rsidR="004550E7" w:rsidRDefault="00000000">
            <w:pPr>
              <w:jc w:val="center"/>
            </w:pPr>
            <w:r>
              <w:rPr>
                <w:sz w:val="15"/>
              </w:rPr>
              <w:t>20.5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C12152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27EFEC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2C2638" w14:textId="77777777" w:rsidR="004550E7" w:rsidRDefault="00000000">
            <w:pPr>
              <w:jc w:val="center"/>
            </w:pPr>
            <w:r>
              <w:rPr>
                <w:sz w:val="15"/>
              </w:rPr>
              <w:t>0.357</w:t>
            </w:r>
          </w:p>
        </w:tc>
      </w:tr>
      <w:tr w:rsidR="004550E7" w14:paraId="17A94CC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6302F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4E34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084DE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362393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FF79AC" w14:textId="77777777" w:rsidR="004550E7" w:rsidRDefault="00000000">
            <w:pPr>
              <w:jc w:val="center"/>
            </w:pPr>
            <w:r>
              <w:rPr>
                <w:sz w:val="15"/>
              </w:rPr>
              <w:t>20.9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EB88F6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F2182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5D216" w14:textId="77777777" w:rsidR="004550E7" w:rsidRDefault="00000000">
            <w:pPr>
              <w:jc w:val="center"/>
            </w:pPr>
            <w:r>
              <w:rPr>
                <w:sz w:val="15"/>
              </w:rPr>
              <w:t>0.309</w:t>
            </w:r>
          </w:p>
        </w:tc>
      </w:tr>
      <w:tr w:rsidR="004550E7" w14:paraId="3606044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F2CC9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9F074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733DD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BD95E7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CA471" w14:textId="77777777" w:rsidR="004550E7" w:rsidRDefault="00000000">
            <w:pPr>
              <w:jc w:val="center"/>
            </w:pPr>
            <w:r>
              <w:rPr>
                <w:sz w:val="15"/>
              </w:rPr>
              <w:t>304.0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D87F8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463E4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D066D6" w14:textId="77777777" w:rsidR="004550E7" w:rsidRDefault="00000000">
            <w:pPr>
              <w:jc w:val="center"/>
            </w:pPr>
            <w:r>
              <w:rPr>
                <w:sz w:val="15"/>
              </w:rPr>
              <w:t>0.217</w:t>
            </w:r>
          </w:p>
        </w:tc>
      </w:tr>
      <w:tr w:rsidR="004550E7" w14:paraId="392AC249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DFA84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48AA3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B75082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8521C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92CF92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1CDE1" w14:textId="77777777" w:rsidR="004550E7" w:rsidRDefault="00000000">
            <w:pPr>
              <w:jc w:val="center"/>
            </w:pPr>
            <w:r>
              <w:rPr>
                <w:sz w:val="15"/>
              </w:rPr>
              <w:t>15.6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B439A2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3D04B" w14:textId="77777777" w:rsidR="004550E7" w:rsidRDefault="00000000">
            <w:pPr>
              <w:jc w:val="center"/>
            </w:pPr>
            <w:r>
              <w:rPr>
                <w:sz w:val="15"/>
              </w:rPr>
              <w:t>0.409</w:t>
            </w:r>
          </w:p>
        </w:tc>
      </w:tr>
      <w:tr w:rsidR="004550E7" w14:paraId="2843EA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6C39B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EF217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E368A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31F49A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81AB68" w14:textId="77777777" w:rsidR="004550E7" w:rsidRDefault="00000000">
            <w:pPr>
              <w:jc w:val="center"/>
            </w:pPr>
            <w:r>
              <w:rPr>
                <w:sz w:val="15"/>
              </w:rPr>
              <w:t>332.0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9B176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39DF4C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3841E0" w14:textId="77777777" w:rsidR="004550E7" w:rsidRDefault="00000000">
            <w:pPr>
              <w:jc w:val="center"/>
            </w:pPr>
            <w:r>
              <w:rPr>
                <w:sz w:val="15"/>
              </w:rPr>
              <w:t>0.297</w:t>
            </w:r>
          </w:p>
        </w:tc>
      </w:tr>
      <w:tr w:rsidR="004550E7" w14:paraId="5E003DD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AEA1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349B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FF2D99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50AB2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F80669" w14:textId="77777777" w:rsidR="004550E7" w:rsidRDefault="00000000">
            <w:pPr>
              <w:jc w:val="center"/>
            </w:pPr>
            <w:r>
              <w:rPr>
                <w:sz w:val="15"/>
              </w:rPr>
              <w:t>338.0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AC960" w14:textId="77777777" w:rsidR="004550E7" w:rsidRDefault="00000000">
            <w:pPr>
              <w:jc w:val="center"/>
            </w:pPr>
            <w:r>
              <w:rPr>
                <w:sz w:val="15"/>
              </w:rPr>
              <w:t>16.5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AC62E8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B4204" w14:textId="77777777" w:rsidR="004550E7" w:rsidRDefault="00000000">
            <w:pPr>
              <w:jc w:val="center"/>
            </w:pPr>
            <w:r>
              <w:rPr>
                <w:sz w:val="15"/>
              </w:rPr>
              <w:t>0.323</w:t>
            </w:r>
          </w:p>
        </w:tc>
      </w:tr>
      <w:tr w:rsidR="004550E7" w14:paraId="1C35189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5219C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3E6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B0A5B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D22D5A" w14:textId="77777777" w:rsidR="004550E7" w:rsidRDefault="00000000">
            <w:pPr>
              <w:jc w:val="center"/>
            </w:pPr>
            <w:r>
              <w:rPr>
                <w:sz w:val="15"/>
              </w:rPr>
              <w:t>147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22C7D1" w14:textId="77777777" w:rsidR="004550E7" w:rsidRDefault="00000000">
            <w:pPr>
              <w:jc w:val="center"/>
            </w:pPr>
            <w:r>
              <w:rPr>
                <w:sz w:val="15"/>
              </w:rPr>
              <w:t>332.0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58429D" w14:textId="77777777" w:rsidR="004550E7" w:rsidRDefault="00000000">
            <w:pPr>
              <w:jc w:val="center"/>
            </w:pPr>
            <w:r>
              <w:rPr>
                <w:sz w:val="15"/>
              </w:rPr>
              <w:t>17.4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0068E4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C4B3DE" w14:textId="77777777" w:rsidR="004550E7" w:rsidRDefault="00000000">
            <w:pPr>
              <w:jc w:val="center"/>
            </w:pPr>
            <w:r>
              <w:rPr>
                <w:sz w:val="15"/>
              </w:rPr>
              <w:t>0.269</w:t>
            </w:r>
          </w:p>
        </w:tc>
      </w:tr>
      <w:tr w:rsidR="004550E7" w14:paraId="0069302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FD945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301F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41BC2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C8148" w14:textId="77777777" w:rsidR="004550E7" w:rsidRDefault="00000000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5881E6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7C06C1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1C0EC7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FBB16" w14:textId="77777777" w:rsidR="004550E7" w:rsidRDefault="00000000">
            <w:pPr>
              <w:jc w:val="center"/>
            </w:pPr>
            <w:r>
              <w:rPr>
                <w:sz w:val="15"/>
              </w:rPr>
              <w:t>0.344</w:t>
            </w:r>
          </w:p>
        </w:tc>
      </w:tr>
      <w:tr w:rsidR="004550E7" w14:paraId="27A59FD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6A31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07233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DE7428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1AFC72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37A0F" w14:textId="77777777" w:rsidR="004550E7" w:rsidRDefault="00000000">
            <w:pPr>
              <w:jc w:val="center"/>
            </w:pPr>
            <w:r>
              <w:rPr>
                <w:sz w:val="15"/>
              </w:rPr>
              <w:t>341.0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7E405B" w14:textId="77777777" w:rsidR="004550E7" w:rsidRDefault="00000000">
            <w:pPr>
              <w:jc w:val="center"/>
            </w:pPr>
            <w:r>
              <w:rPr>
                <w:sz w:val="15"/>
              </w:rPr>
              <w:t>15.6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77B1A8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E768A0" w14:textId="77777777" w:rsidR="004550E7" w:rsidRDefault="00000000">
            <w:pPr>
              <w:jc w:val="center"/>
            </w:pPr>
            <w:r>
              <w:rPr>
                <w:sz w:val="15"/>
              </w:rPr>
              <w:t>0.386</w:t>
            </w:r>
          </w:p>
        </w:tc>
      </w:tr>
      <w:tr w:rsidR="004550E7" w14:paraId="6B7592C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F29DC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ABEF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9DF3D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113BE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F2B2E" w14:textId="77777777" w:rsidR="004550E7" w:rsidRDefault="00000000">
            <w:pPr>
              <w:jc w:val="center"/>
            </w:pPr>
            <w:r>
              <w:rPr>
                <w:sz w:val="15"/>
              </w:rPr>
              <w:t>19.5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83E4E" w14:textId="77777777" w:rsidR="004550E7" w:rsidRDefault="00000000">
            <w:pPr>
              <w:jc w:val="center"/>
            </w:pPr>
            <w:r>
              <w:rPr>
                <w:sz w:val="15"/>
              </w:rPr>
              <w:t>17.6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B11D2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979D2C" w14:textId="77777777" w:rsidR="004550E7" w:rsidRDefault="00000000">
            <w:pPr>
              <w:jc w:val="center"/>
            </w:pPr>
            <w:r>
              <w:rPr>
                <w:sz w:val="15"/>
              </w:rPr>
              <w:t>0.464</w:t>
            </w:r>
          </w:p>
        </w:tc>
      </w:tr>
      <w:tr w:rsidR="004550E7" w14:paraId="7DE5C08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8D990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34008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04045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286A21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7C67FA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DC28E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0D882B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2DB782" w14:textId="77777777" w:rsidR="004550E7" w:rsidRDefault="00000000">
            <w:pPr>
              <w:jc w:val="center"/>
            </w:pPr>
            <w:r>
              <w:rPr>
                <w:sz w:val="15"/>
              </w:rPr>
              <w:t>0.299</w:t>
            </w:r>
          </w:p>
        </w:tc>
      </w:tr>
      <w:tr w:rsidR="004550E7" w14:paraId="3605CA6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18E8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A0D7E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899E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8527F5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AB15A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52B13F" w14:textId="77777777" w:rsidR="004550E7" w:rsidRDefault="00000000">
            <w:pPr>
              <w:jc w:val="center"/>
            </w:pPr>
            <w:r>
              <w:rPr>
                <w:sz w:val="15"/>
              </w:rPr>
              <w:t>16.6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698C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FFCA6E" w14:textId="77777777" w:rsidR="004550E7" w:rsidRDefault="00000000">
            <w:pPr>
              <w:jc w:val="center"/>
            </w:pPr>
            <w:r>
              <w:rPr>
                <w:sz w:val="15"/>
              </w:rPr>
              <w:t>0.793</w:t>
            </w:r>
          </w:p>
        </w:tc>
      </w:tr>
      <w:tr w:rsidR="004550E7" w14:paraId="764B0A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31E52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30AA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0D16C9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2FCBDA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C31D4" w14:textId="77777777" w:rsidR="004550E7" w:rsidRDefault="00000000">
            <w:pPr>
              <w:jc w:val="center"/>
            </w:pPr>
            <w:r>
              <w:rPr>
                <w:sz w:val="15"/>
              </w:rPr>
              <w:t>19.2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05E5E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11981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AC7681" w14:textId="77777777" w:rsidR="004550E7" w:rsidRDefault="00000000">
            <w:pPr>
              <w:jc w:val="center"/>
            </w:pPr>
            <w:r>
              <w:rPr>
                <w:sz w:val="15"/>
              </w:rPr>
              <w:t>0.305</w:t>
            </w:r>
          </w:p>
        </w:tc>
      </w:tr>
      <w:tr w:rsidR="004550E7" w14:paraId="7348724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CEAF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2E01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FBB50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5CDC94" w14:textId="77777777" w:rsidR="004550E7" w:rsidRDefault="00000000">
            <w:pPr>
              <w:jc w:val="center"/>
            </w:pPr>
            <w:r>
              <w:rPr>
                <w:sz w:val="15"/>
              </w:rPr>
              <w:t>275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871073" w14:textId="77777777" w:rsidR="004550E7" w:rsidRDefault="00000000">
            <w:pPr>
              <w:jc w:val="center"/>
            </w:pPr>
            <w:r>
              <w:rPr>
                <w:sz w:val="15"/>
              </w:rPr>
              <w:t>343.0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8F0130" w14:textId="77777777" w:rsidR="004550E7" w:rsidRDefault="00000000">
            <w:pPr>
              <w:jc w:val="center"/>
            </w:pPr>
            <w:r>
              <w:rPr>
                <w:sz w:val="15"/>
              </w:rPr>
              <w:t>16.9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2D807B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A6B3B2" w14:textId="77777777" w:rsidR="004550E7" w:rsidRDefault="00000000">
            <w:pPr>
              <w:jc w:val="center"/>
            </w:pPr>
            <w:r>
              <w:rPr>
                <w:sz w:val="15"/>
              </w:rPr>
              <w:t>0.321</w:t>
            </w:r>
          </w:p>
        </w:tc>
      </w:tr>
      <w:tr w:rsidR="004550E7" w14:paraId="14ADC72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55EE7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AAC97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FF997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AF761F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5361D3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DC97F9" w14:textId="77777777" w:rsidR="004550E7" w:rsidRDefault="00000000">
            <w:pPr>
              <w:jc w:val="center"/>
            </w:pPr>
            <w:r>
              <w:rPr>
                <w:sz w:val="15"/>
              </w:rPr>
              <w:t>17.1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BEE767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019E1" w14:textId="77777777" w:rsidR="004550E7" w:rsidRDefault="00000000">
            <w:pPr>
              <w:jc w:val="center"/>
            </w:pPr>
            <w:r>
              <w:rPr>
                <w:sz w:val="15"/>
              </w:rPr>
              <w:t>0.358</w:t>
            </w:r>
          </w:p>
        </w:tc>
      </w:tr>
      <w:tr w:rsidR="004550E7" w14:paraId="38AF3D3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ECC4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AEE1A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4CB0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BD4D7E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52AA1F" w14:textId="77777777" w:rsidR="004550E7" w:rsidRDefault="00000000">
            <w:pPr>
              <w:jc w:val="center"/>
            </w:pPr>
            <w:r>
              <w:rPr>
                <w:sz w:val="15"/>
              </w:rPr>
              <w:t>345.0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554ED1" w14:textId="77777777" w:rsidR="004550E7" w:rsidRDefault="00000000">
            <w:pPr>
              <w:jc w:val="center"/>
            </w:pPr>
            <w:r>
              <w:rPr>
                <w:sz w:val="15"/>
              </w:rPr>
              <w:t>16.3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D5C74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08E49" w14:textId="77777777" w:rsidR="004550E7" w:rsidRDefault="00000000">
            <w:pPr>
              <w:jc w:val="center"/>
            </w:pPr>
            <w:r>
              <w:rPr>
                <w:sz w:val="15"/>
              </w:rPr>
              <w:t>0.406</w:t>
            </w:r>
          </w:p>
        </w:tc>
      </w:tr>
      <w:tr w:rsidR="004550E7" w14:paraId="78A3A9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CC57C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4F226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E70E4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C6DD3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E06ED" w14:textId="77777777" w:rsidR="004550E7" w:rsidRDefault="00000000">
            <w:pPr>
              <w:jc w:val="center"/>
            </w:pPr>
            <w:r>
              <w:rPr>
                <w:sz w:val="15"/>
              </w:rPr>
              <w:t>18.7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4C92AF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A3FC39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0FD679" w14:textId="77777777" w:rsidR="004550E7" w:rsidRDefault="00000000">
            <w:pPr>
              <w:jc w:val="center"/>
            </w:pPr>
            <w:r>
              <w:rPr>
                <w:sz w:val="15"/>
              </w:rPr>
              <w:t>0.304</w:t>
            </w:r>
          </w:p>
        </w:tc>
      </w:tr>
      <w:tr w:rsidR="004550E7" w14:paraId="1A71FF8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ABD4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1147D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FE207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2FED1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A66060" w14:textId="77777777" w:rsidR="004550E7" w:rsidRDefault="00000000">
            <w:pPr>
              <w:jc w:val="center"/>
            </w:pPr>
            <w:r>
              <w:rPr>
                <w:sz w:val="15"/>
              </w:rPr>
              <w:t>18.8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CBFA03" w14:textId="77777777" w:rsidR="004550E7" w:rsidRDefault="00000000">
            <w:pPr>
              <w:jc w:val="center"/>
            </w:pPr>
            <w:r>
              <w:rPr>
                <w:sz w:val="15"/>
              </w:rPr>
              <w:t>17.3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432A0D" w14:textId="77777777" w:rsidR="004550E7" w:rsidRDefault="00000000">
            <w:pPr>
              <w:jc w:val="center"/>
            </w:pPr>
            <w:r>
              <w:rPr>
                <w:sz w:val="15"/>
              </w:rPr>
              <w:t>18.3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0F9F5" w14:textId="77777777" w:rsidR="004550E7" w:rsidRDefault="00000000">
            <w:pPr>
              <w:jc w:val="center"/>
            </w:pPr>
            <w:r>
              <w:rPr>
                <w:sz w:val="15"/>
              </w:rPr>
              <w:t>0.373</w:t>
            </w:r>
          </w:p>
        </w:tc>
      </w:tr>
      <w:tr w:rsidR="004550E7" w14:paraId="78D6CB0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65A30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2B54F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6C439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27F4C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A501E" w14:textId="77777777" w:rsidR="004550E7" w:rsidRDefault="00000000">
            <w:pPr>
              <w:jc w:val="center"/>
            </w:pPr>
            <w:r>
              <w:rPr>
                <w:sz w:val="15"/>
              </w:rPr>
              <w:t>19.6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C049A4" w14:textId="77777777" w:rsidR="004550E7" w:rsidRDefault="00000000">
            <w:pPr>
              <w:jc w:val="center"/>
            </w:pPr>
            <w:r>
              <w:rPr>
                <w:sz w:val="15"/>
              </w:rPr>
              <w:t>18.0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D60201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17A9B7" w14:textId="77777777" w:rsidR="004550E7" w:rsidRDefault="00000000">
            <w:pPr>
              <w:jc w:val="center"/>
            </w:pPr>
            <w:r>
              <w:rPr>
                <w:sz w:val="15"/>
              </w:rPr>
              <w:t>0.47</w:t>
            </w:r>
          </w:p>
        </w:tc>
      </w:tr>
      <w:tr w:rsidR="004550E7" w14:paraId="7CA7015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3723E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951D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74DDA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671206" w14:textId="77777777" w:rsidR="004550E7" w:rsidRDefault="00000000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2B5448" w14:textId="77777777" w:rsidR="004550E7" w:rsidRDefault="00000000">
            <w:pPr>
              <w:jc w:val="center"/>
            </w:pPr>
            <w:r>
              <w:rPr>
                <w:sz w:val="15"/>
              </w:rPr>
              <w:t>18.5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4D41C6" w14:textId="77777777" w:rsidR="004550E7" w:rsidRDefault="00000000">
            <w:pPr>
              <w:jc w:val="center"/>
            </w:pPr>
            <w:r>
              <w:rPr>
                <w:sz w:val="15"/>
              </w:rPr>
              <w:t>16.5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106D3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CF817A" w14:textId="77777777" w:rsidR="004550E7" w:rsidRDefault="00000000">
            <w:pPr>
              <w:jc w:val="center"/>
            </w:pPr>
            <w:r>
              <w:rPr>
                <w:sz w:val="15"/>
              </w:rPr>
              <w:t>0.395</w:t>
            </w:r>
          </w:p>
        </w:tc>
      </w:tr>
      <w:tr w:rsidR="004550E7" w14:paraId="72E8844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EAF5D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E527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3B3527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72EDC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182E73" w14:textId="77777777" w:rsidR="004550E7" w:rsidRDefault="00000000">
            <w:pPr>
              <w:jc w:val="center"/>
            </w:pPr>
            <w:r>
              <w:rPr>
                <w:sz w:val="15"/>
              </w:rPr>
              <w:t>19.0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BADF19" w14:textId="77777777" w:rsidR="004550E7" w:rsidRDefault="00000000">
            <w:pPr>
              <w:jc w:val="center"/>
            </w:pPr>
            <w:r>
              <w:rPr>
                <w:sz w:val="15"/>
              </w:rPr>
              <w:t>16.7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0D9C86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A7D60" w14:textId="77777777" w:rsidR="004550E7" w:rsidRDefault="00000000">
            <w:pPr>
              <w:jc w:val="center"/>
            </w:pPr>
            <w:r>
              <w:rPr>
                <w:sz w:val="15"/>
              </w:rPr>
              <w:t>0.144</w:t>
            </w:r>
          </w:p>
        </w:tc>
      </w:tr>
      <w:tr w:rsidR="004550E7" w14:paraId="1A4AAB1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828D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B3495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10B5BE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190387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A93327" w14:textId="77777777" w:rsidR="004550E7" w:rsidRDefault="00000000">
            <w:pPr>
              <w:jc w:val="center"/>
            </w:pPr>
            <w:r>
              <w:rPr>
                <w:sz w:val="15"/>
              </w:rPr>
              <w:t>19.5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1C223A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59FAB6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F40AAF" w14:textId="77777777" w:rsidR="004550E7" w:rsidRDefault="00000000">
            <w:pPr>
              <w:jc w:val="center"/>
            </w:pPr>
            <w:r>
              <w:rPr>
                <w:sz w:val="15"/>
              </w:rPr>
              <w:t>0.264</w:t>
            </w:r>
          </w:p>
        </w:tc>
      </w:tr>
      <w:tr w:rsidR="004550E7" w14:paraId="0782773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91C70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D2A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985AB0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DBF750" w14:textId="77777777" w:rsidR="004550E7" w:rsidRDefault="00000000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BAF20" w14:textId="77777777" w:rsidR="004550E7" w:rsidRDefault="00000000">
            <w:pPr>
              <w:jc w:val="center"/>
            </w:pPr>
            <w:r>
              <w:rPr>
                <w:sz w:val="15"/>
              </w:rPr>
              <w:t>314.0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6A2A27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DFF79B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2ABC31" w14:textId="77777777" w:rsidR="004550E7" w:rsidRDefault="00000000">
            <w:pPr>
              <w:jc w:val="center"/>
            </w:pPr>
            <w:r>
              <w:rPr>
                <w:sz w:val="15"/>
              </w:rPr>
              <w:t>0.318</w:t>
            </w:r>
          </w:p>
        </w:tc>
      </w:tr>
      <w:tr w:rsidR="004550E7" w14:paraId="0409831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23996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BFB40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6ADE5E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18401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91FB9E" w14:textId="77777777" w:rsidR="004550E7" w:rsidRDefault="00000000">
            <w:pPr>
              <w:jc w:val="center"/>
            </w:pPr>
            <w:r>
              <w:rPr>
                <w:sz w:val="15"/>
              </w:rPr>
              <w:t>19.1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6ED3E8" w14:textId="77777777" w:rsidR="004550E7" w:rsidRDefault="00000000">
            <w:pPr>
              <w:jc w:val="center"/>
            </w:pPr>
            <w:r>
              <w:rPr>
                <w:sz w:val="15"/>
              </w:rPr>
              <w:t>17.2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C4609F" w14:textId="77777777" w:rsidR="004550E7" w:rsidRDefault="00000000">
            <w:pPr>
              <w:jc w:val="center"/>
            </w:pPr>
            <w:r>
              <w:rPr>
                <w:sz w:val="15"/>
              </w:rPr>
              <w:t>18.2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BB787A" w14:textId="77777777" w:rsidR="004550E7" w:rsidRDefault="00000000">
            <w:pPr>
              <w:jc w:val="center"/>
            </w:pPr>
            <w:r>
              <w:rPr>
                <w:sz w:val="15"/>
              </w:rPr>
              <w:t>0.328</w:t>
            </w:r>
          </w:p>
        </w:tc>
      </w:tr>
      <w:tr w:rsidR="004550E7" w14:paraId="1512552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6C7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54F66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7EA184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0730B4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42483" w14:textId="77777777" w:rsidR="004550E7" w:rsidRDefault="00000000">
            <w:pPr>
              <w:jc w:val="center"/>
            </w:pPr>
            <w:r>
              <w:rPr>
                <w:sz w:val="15"/>
              </w:rPr>
              <w:t>152.0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97522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EF5BA9" w14:textId="77777777" w:rsidR="004550E7" w:rsidRDefault="00000000">
            <w:pPr>
              <w:jc w:val="center"/>
            </w:pPr>
            <w:r>
              <w:rPr>
                <w:sz w:val="15"/>
              </w:rPr>
              <w:t>18.9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9C5914" w14:textId="77777777" w:rsidR="004550E7" w:rsidRDefault="00000000">
            <w:pPr>
              <w:jc w:val="center"/>
            </w:pPr>
            <w:r>
              <w:rPr>
                <w:sz w:val="15"/>
              </w:rPr>
              <w:t>0.656</w:t>
            </w:r>
          </w:p>
        </w:tc>
      </w:tr>
      <w:tr w:rsidR="004550E7" w14:paraId="56D8428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59301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97301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1D73EB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F4DEBA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117631" w14:textId="77777777" w:rsidR="004550E7" w:rsidRDefault="00000000">
            <w:pPr>
              <w:jc w:val="center"/>
            </w:pPr>
            <w:r>
              <w:rPr>
                <w:sz w:val="15"/>
              </w:rPr>
              <w:t>20.3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FE993" w14:textId="77777777" w:rsidR="004550E7" w:rsidRDefault="00000000">
            <w:pPr>
              <w:jc w:val="center"/>
            </w:pPr>
            <w:r>
              <w:rPr>
                <w:sz w:val="15"/>
              </w:rPr>
              <w:t>18.1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E099F3" w14:textId="77777777" w:rsidR="004550E7" w:rsidRDefault="00000000">
            <w:pPr>
              <w:jc w:val="center"/>
            </w:pPr>
            <w:r>
              <w:rPr>
                <w:sz w:val="15"/>
              </w:rPr>
              <w:t>19.4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EC854" w14:textId="77777777" w:rsidR="004550E7" w:rsidRDefault="00000000">
            <w:pPr>
              <w:jc w:val="center"/>
            </w:pPr>
            <w:r>
              <w:rPr>
                <w:sz w:val="15"/>
              </w:rPr>
              <w:t>0.189</w:t>
            </w:r>
          </w:p>
        </w:tc>
      </w:tr>
      <w:tr w:rsidR="004550E7" w14:paraId="045DBC5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7D841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407B8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CF035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BF132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4E2850" w14:textId="77777777" w:rsidR="004550E7" w:rsidRDefault="00000000">
            <w:pPr>
              <w:jc w:val="center"/>
            </w:pPr>
            <w:r>
              <w:rPr>
                <w:sz w:val="15"/>
              </w:rPr>
              <w:t>21.2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D75E8" w14:textId="77777777" w:rsidR="004550E7" w:rsidRDefault="00000000">
            <w:pPr>
              <w:jc w:val="center"/>
            </w:pPr>
            <w:r>
              <w:rPr>
                <w:sz w:val="15"/>
              </w:rPr>
              <w:t>17.0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510DE2" w14:textId="77777777" w:rsidR="004550E7" w:rsidRDefault="00000000">
            <w:pPr>
              <w:jc w:val="center"/>
            </w:pPr>
            <w:r>
              <w:rPr>
                <w:sz w:val="15"/>
              </w:rPr>
              <w:t>17.9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8E97AF" w14:textId="77777777" w:rsidR="004550E7" w:rsidRDefault="00000000">
            <w:pPr>
              <w:jc w:val="center"/>
            </w:pPr>
            <w:r>
              <w:rPr>
                <w:sz w:val="15"/>
              </w:rPr>
              <w:t>0.442</w:t>
            </w:r>
          </w:p>
        </w:tc>
      </w:tr>
      <w:tr w:rsidR="004550E7" w14:paraId="1A558AC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10009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F2B12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826C39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7E9EC0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9CEFA2" w14:textId="77777777" w:rsidR="004550E7" w:rsidRDefault="00000000">
            <w:pPr>
              <w:jc w:val="center"/>
            </w:pPr>
            <w:r>
              <w:rPr>
                <w:sz w:val="15"/>
              </w:rPr>
              <w:t>305.0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A2096C" w14:textId="77777777" w:rsidR="004550E7" w:rsidRDefault="00000000">
            <w:pPr>
              <w:jc w:val="center"/>
            </w:pPr>
            <w:r>
              <w:rPr>
                <w:sz w:val="15"/>
              </w:rPr>
              <w:t>17.5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50398C" w14:textId="77777777" w:rsidR="004550E7" w:rsidRDefault="00000000">
            <w:pPr>
              <w:jc w:val="center"/>
            </w:pPr>
            <w:r>
              <w:rPr>
                <w:sz w:val="15"/>
              </w:rPr>
              <w:t>17.8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BC6403" w14:textId="77777777" w:rsidR="004550E7" w:rsidRDefault="00000000">
            <w:pPr>
              <w:jc w:val="center"/>
            </w:pPr>
            <w:r>
              <w:rPr>
                <w:sz w:val="15"/>
              </w:rPr>
              <w:t>0.179</w:t>
            </w:r>
          </w:p>
        </w:tc>
      </w:tr>
      <w:tr w:rsidR="004550E7" w14:paraId="0610CC2B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B8C269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72E1A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20260101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80943B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C36DC7" w14:textId="77777777" w:rsidR="004550E7" w:rsidRDefault="00000000">
            <w:pPr>
              <w:jc w:val="center"/>
            </w:pPr>
            <w:r>
              <w:rPr>
                <w:sz w:val="15"/>
              </w:rPr>
              <w:t>1817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75D09" w14:textId="77777777" w:rsidR="004550E7" w:rsidRDefault="00000000">
            <w:pPr>
              <w:jc w:val="center"/>
            </w:pPr>
            <w:r>
              <w:rPr>
                <w:sz w:val="15"/>
              </w:rPr>
              <w:t>587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98F1C5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FE1B1" w14:textId="77777777" w:rsidR="004550E7" w:rsidRDefault="00000000">
            <w:pPr>
              <w:jc w:val="center"/>
            </w:pPr>
            <w:r>
              <w:rPr>
                <w:sz w:val="15"/>
              </w:rPr>
              <w:t>332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0215F2" w14:textId="77777777" w:rsidR="004550E7" w:rsidRDefault="00000000">
            <w:pPr>
              <w:jc w:val="center"/>
            </w:pPr>
            <w:r>
              <w:rPr>
                <w:sz w:val="15"/>
              </w:rPr>
              <w:t>17.539</w:t>
            </w:r>
          </w:p>
        </w:tc>
      </w:tr>
      <w:tr w:rsidR="004550E7" w14:paraId="64490A0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754CA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09D9D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F6D1A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D64851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A111F0" w14:textId="77777777" w:rsidR="004550E7" w:rsidRDefault="00000000">
            <w:pPr>
              <w:jc w:val="center"/>
            </w:pPr>
            <w:r>
              <w:rPr>
                <w:sz w:val="15"/>
              </w:rPr>
              <w:t>587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39D4BD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A34B79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93419E" w14:textId="77777777" w:rsidR="004550E7" w:rsidRDefault="00000000">
            <w:pPr>
              <w:jc w:val="center"/>
            </w:pPr>
            <w:r>
              <w:rPr>
                <w:sz w:val="15"/>
              </w:rPr>
              <w:t>10.331</w:t>
            </w:r>
          </w:p>
        </w:tc>
      </w:tr>
      <w:tr w:rsidR="004550E7" w14:paraId="5E36B01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1F7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41440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DBF1D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D8FC5A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5D43A" w14:textId="77777777" w:rsidR="004550E7" w:rsidRDefault="00000000">
            <w:pPr>
              <w:jc w:val="center"/>
            </w:pPr>
            <w:r>
              <w:rPr>
                <w:sz w:val="15"/>
              </w:rPr>
              <w:t>484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B6C25" w14:textId="77777777" w:rsidR="004550E7" w:rsidRDefault="00000000">
            <w:pPr>
              <w:jc w:val="center"/>
            </w:pPr>
            <w:r>
              <w:rPr>
                <w:sz w:val="15"/>
              </w:rPr>
              <w:t>298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308E52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0D98C" w14:textId="77777777" w:rsidR="004550E7" w:rsidRDefault="00000000">
            <w:pPr>
              <w:jc w:val="center"/>
            </w:pPr>
            <w:r>
              <w:rPr>
                <w:sz w:val="15"/>
              </w:rPr>
              <w:t>10.824</w:t>
            </w:r>
          </w:p>
        </w:tc>
      </w:tr>
      <w:tr w:rsidR="004550E7" w14:paraId="6DA9BDB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D5EB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F71A1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B2057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8920F2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C18E8C" w14:textId="77777777" w:rsidR="004550E7" w:rsidRDefault="00000000">
            <w:pPr>
              <w:jc w:val="center"/>
            </w:pPr>
            <w:r>
              <w:rPr>
                <w:sz w:val="15"/>
              </w:rPr>
              <w:t>443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867842" w14:textId="77777777" w:rsidR="004550E7" w:rsidRDefault="00000000">
            <w:pPr>
              <w:jc w:val="center"/>
            </w:pPr>
            <w:r>
              <w:rPr>
                <w:sz w:val="15"/>
              </w:rPr>
              <w:t>294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06F4A" w14:textId="77777777" w:rsidR="004550E7" w:rsidRDefault="00000000">
            <w:pPr>
              <w:jc w:val="center"/>
            </w:pPr>
            <w:r>
              <w:rPr>
                <w:sz w:val="15"/>
              </w:rPr>
              <w:t>319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7A58B4" w14:textId="77777777" w:rsidR="004550E7" w:rsidRDefault="00000000">
            <w:pPr>
              <w:jc w:val="center"/>
            </w:pPr>
            <w:r>
              <w:rPr>
                <w:sz w:val="15"/>
              </w:rPr>
              <w:t>6.867</w:t>
            </w:r>
          </w:p>
        </w:tc>
      </w:tr>
      <w:tr w:rsidR="004550E7" w14:paraId="3513EC8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E0FF6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B2390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42A70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0D5C3B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803DF" w14:textId="77777777" w:rsidR="004550E7" w:rsidRDefault="00000000">
            <w:pPr>
              <w:jc w:val="center"/>
            </w:pPr>
            <w:r>
              <w:rPr>
                <w:sz w:val="15"/>
              </w:rPr>
              <w:t>372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D963F1" w14:textId="77777777" w:rsidR="004550E7" w:rsidRDefault="00000000">
            <w:pPr>
              <w:jc w:val="center"/>
            </w:pPr>
            <w:r>
              <w:rPr>
                <w:sz w:val="15"/>
              </w:rPr>
              <w:t>289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DBFDE7" w14:textId="77777777" w:rsidR="004550E7" w:rsidRDefault="00000000">
            <w:pPr>
              <w:jc w:val="center"/>
            </w:pPr>
            <w:r>
              <w:rPr>
                <w:sz w:val="15"/>
              </w:rPr>
              <w:t>331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A84961" w14:textId="77777777" w:rsidR="004550E7" w:rsidRDefault="00000000">
            <w:pPr>
              <w:jc w:val="center"/>
            </w:pPr>
            <w:r>
              <w:rPr>
                <w:sz w:val="15"/>
              </w:rPr>
              <w:t>13.499</w:t>
            </w:r>
          </w:p>
        </w:tc>
      </w:tr>
      <w:tr w:rsidR="004550E7" w14:paraId="2D72F6B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64B14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F2F02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F2DFF4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8675CB" w14:textId="77777777" w:rsidR="004550E7" w:rsidRDefault="00000000">
            <w:pPr>
              <w:jc w:val="center"/>
            </w:pPr>
            <w:r>
              <w:rPr>
                <w:sz w:val="15"/>
              </w:rPr>
              <w:t>252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1EB01" w14:textId="77777777" w:rsidR="004550E7" w:rsidRDefault="00000000">
            <w:pPr>
              <w:jc w:val="center"/>
            </w:pPr>
            <w:r>
              <w:rPr>
                <w:sz w:val="15"/>
              </w:rPr>
              <w:t>456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13B62" w14:textId="77777777" w:rsidR="004550E7" w:rsidRDefault="00000000">
            <w:pPr>
              <w:jc w:val="center"/>
            </w:pPr>
            <w:r>
              <w:rPr>
                <w:sz w:val="15"/>
              </w:rPr>
              <w:t>156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01D61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03F8F7" w14:textId="77777777" w:rsidR="004550E7" w:rsidRDefault="00000000">
            <w:pPr>
              <w:jc w:val="center"/>
            </w:pPr>
            <w:r>
              <w:rPr>
                <w:sz w:val="15"/>
              </w:rPr>
              <w:t>10.54</w:t>
            </w:r>
          </w:p>
        </w:tc>
      </w:tr>
      <w:tr w:rsidR="004550E7" w14:paraId="46BD025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ED1C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25AD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14CA7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A92782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5D50B7" w14:textId="77777777" w:rsidR="004550E7" w:rsidRDefault="00000000">
            <w:pPr>
              <w:jc w:val="center"/>
            </w:pPr>
            <w:r>
              <w:rPr>
                <w:sz w:val="15"/>
              </w:rPr>
              <w:t>362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EE2F96" w14:textId="77777777" w:rsidR="004550E7" w:rsidRDefault="00000000">
            <w:pPr>
              <w:jc w:val="center"/>
            </w:pPr>
            <w:r>
              <w:rPr>
                <w:sz w:val="15"/>
              </w:rPr>
              <w:t>288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A43C53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AB03CA" w14:textId="77777777" w:rsidR="004550E7" w:rsidRDefault="00000000">
            <w:pPr>
              <w:jc w:val="center"/>
            </w:pPr>
            <w:r>
              <w:rPr>
                <w:sz w:val="15"/>
              </w:rPr>
              <w:t>10.971</w:t>
            </w:r>
          </w:p>
        </w:tc>
      </w:tr>
      <w:tr w:rsidR="004550E7" w14:paraId="35EF98A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10D3D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9CF84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EE066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7856E3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A2897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E418CD" w14:textId="77777777" w:rsidR="004550E7" w:rsidRDefault="00000000">
            <w:pPr>
              <w:jc w:val="center"/>
            </w:pPr>
            <w:r>
              <w:rPr>
                <w:sz w:val="15"/>
              </w:rPr>
              <w:t>308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983255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CFDA1E" w14:textId="77777777" w:rsidR="004550E7" w:rsidRDefault="00000000">
            <w:pPr>
              <w:jc w:val="center"/>
            </w:pPr>
            <w:r>
              <w:rPr>
                <w:sz w:val="15"/>
              </w:rPr>
              <w:t>5.881</w:t>
            </w:r>
          </w:p>
        </w:tc>
      </w:tr>
      <w:tr w:rsidR="004550E7" w14:paraId="7D66A10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C0EE5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84D3C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E48E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FF68D6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65A5F2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C0456" w14:textId="77777777" w:rsidR="004550E7" w:rsidRDefault="00000000">
            <w:pPr>
              <w:jc w:val="center"/>
            </w:pPr>
            <w:r>
              <w:rPr>
                <w:sz w:val="15"/>
              </w:rPr>
              <w:t>298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5F45C3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0420AF" w14:textId="77777777" w:rsidR="004550E7" w:rsidRDefault="00000000">
            <w:pPr>
              <w:jc w:val="center"/>
            </w:pPr>
            <w:r>
              <w:rPr>
                <w:sz w:val="15"/>
              </w:rPr>
              <w:t>10.878</w:t>
            </w:r>
          </w:p>
        </w:tc>
      </w:tr>
      <w:tr w:rsidR="004550E7" w14:paraId="2102DC4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3D7AD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9F55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B1AADD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4BAB9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AC4543" w14:textId="77777777" w:rsidR="004550E7" w:rsidRDefault="00000000">
            <w:pPr>
              <w:jc w:val="center"/>
            </w:pPr>
            <w:r>
              <w:rPr>
                <w:sz w:val="15"/>
              </w:rPr>
              <w:t>352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EA177F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943C3A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755C9" w14:textId="77777777" w:rsidR="004550E7" w:rsidRDefault="00000000">
            <w:pPr>
              <w:jc w:val="center"/>
            </w:pPr>
            <w:r>
              <w:rPr>
                <w:sz w:val="15"/>
              </w:rPr>
              <w:t>12.102</w:t>
            </w:r>
          </w:p>
        </w:tc>
      </w:tr>
      <w:tr w:rsidR="004550E7" w14:paraId="3F24F7C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C89A7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A431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4D636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EA9B1D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4D92C3" w14:textId="77777777" w:rsidR="004550E7" w:rsidRDefault="00000000">
            <w:pPr>
              <w:jc w:val="center"/>
            </w:pPr>
            <w:r>
              <w:rPr>
                <w:sz w:val="15"/>
              </w:rPr>
              <w:t>449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03F38C" w14:textId="77777777" w:rsidR="004550E7" w:rsidRDefault="00000000">
            <w:pPr>
              <w:jc w:val="center"/>
            </w:pPr>
            <w:r>
              <w:rPr>
                <w:sz w:val="15"/>
              </w:rPr>
              <w:t>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A2F7E2" w14:textId="77777777" w:rsidR="004550E7" w:rsidRDefault="00000000">
            <w:pPr>
              <w:jc w:val="center"/>
            </w:pPr>
            <w:r>
              <w:rPr>
                <w:sz w:val="15"/>
              </w:rPr>
              <w:t>351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0C7D06" w14:textId="77777777" w:rsidR="004550E7" w:rsidRDefault="00000000">
            <w:pPr>
              <w:jc w:val="center"/>
            </w:pPr>
            <w:r>
              <w:rPr>
                <w:sz w:val="15"/>
              </w:rPr>
              <w:t>10.678</w:t>
            </w:r>
          </w:p>
        </w:tc>
      </w:tr>
      <w:tr w:rsidR="004550E7" w14:paraId="30806FA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42EB7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FB0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381B7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83155A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D6E519" w14:textId="77777777" w:rsidR="004550E7" w:rsidRDefault="00000000">
            <w:pPr>
              <w:jc w:val="center"/>
            </w:pPr>
            <w:r>
              <w:rPr>
                <w:sz w:val="15"/>
              </w:rPr>
              <w:t>401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1FF44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EA4B57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90778" w14:textId="77777777" w:rsidR="004550E7" w:rsidRDefault="00000000">
            <w:pPr>
              <w:jc w:val="center"/>
            </w:pPr>
            <w:r>
              <w:rPr>
                <w:sz w:val="15"/>
              </w:rPr>
              <w:t>13.006</w:t>
            </w:r>
          </w:p>
        </w:tc>
      </w:tr>
      <w:tr w:rsidR="004550E7" w14:paraId="345F77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47D9B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792E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066EEE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DA7A39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8FCDC6" w14:textId="77777777" w:rsidR="004550E7" w:rsidRDefault="00000000">
            <w:pPr>
              <w:jc w:val="center"/>
            </w:pPr>
            <w:r>
              <w:rPr>
                <w:sz w:val="15"/>
              </w:rPr>
              <w:t>448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D60270" w14:textId="77777777" w:rsidR="004550E7" w:rsidRDefault="00000000">
            <w:pPr>
              <w:jc w:val="center"/>
            </w:pPr>
            <w:r>
              <w:rPr>
                <w:sz w:val="15"/>
              </w:rPr>
              <w:t>307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876E6" w14:textId="77777777" w:rsidR="004550E7" w:rsidRDefault="00000000">
            <w:pPr>
              <w:jc w:val="center"/>
            </w:pPr>
            <w:r>
              <w:rPr>
                <w:sz w:val="15"/>
              </w:rPr>
              <w:t>335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64B32" w14:textId="77777777" w:rsidR="004550E7" w:rsidRDefault="00000000">
            <w:pPr>
              <w:jc w:val="center"/>
            </w:pPr>
            <w:r>
              <w:rPr>
                <w:sz w:val="15"/>
              </w:rPr>
              <w:t>11.705</w:t>
            </w:r>
          </w:p>
        </w:tc>
      </w:tr>
      <w:tr w:rsidR="004550E7" w14:paraId="2B3BD0E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79895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971F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A3617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DEA68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A7B83A" w14:textId="77777777" w:rsidR="004550E7" w:rsidRDefault="00000000">
            <w:pPr>
              <w:jc w:val="center"/>
            </w:pPr>
            <w:r>
              <w:rPr>
                <w:sz w:val="15"/>
              </w:rPr>
              <w:t>349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53569F" w14:textId="77777777" w:rsidR="004550E7" w:rsidRDefault="00000000">
            <w:pPr>
              <w:jc w:val="center"/>
            </w:pPr>
            <w:r>
              <w:rPr>
                <w:sz w:val="15"/>
              </w:rPr>
              <w:t>319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2EEB87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E64C0" w14:textId="77777777" w:rsidR="004550E7" w:rsidRDefault="00000000">
            <w:pPr>
              <w:jc w:val="center"/>
            </w:pPr>
            <w:r>
              <w:rPr>
                <w:sz w:val="15"/>
              </w:rPr>
              <w:t>7.34</w:t>
            </w:r>
          </w:p>
        </w:tc>
      </w:tr>
      <w:tr w:rsidR="004550E7" w14:paraId="53886D7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9D56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CC60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16E7A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C26A21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6E5A1D" w14:textId="77777777" w:rsidR="004550E7" w:rsidRDefault="00000000">
            <w:pPr>
              <w:jc w:val="center"/>
            </w:pPr>
            <w:r>
              <w:rPr>
                <w:sz w:val="15"/>
              </w:rPr>
              <w:t>379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83FA8D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2FE245" w14:textId="77777777" w:rsidR="004550E7" w:rsidRDefault="00000000">
            <w:pPr>
              <w:jc w:val="center"/>
            </w:pPr>
            <w:r>
              <w:rPr>
                <w:sz w:val="15"/>
              </w:rPr>
              <w:t>346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082BE4" w14:textId="77777777" w:rsidR="004550E7" w:rsidRDefault="00000000">
            <w:pPr>
              <w:jc w:val="center"/>
            </w:pPr>
            <w:r>
              <w:rPr>
                <w:sz w:val="15"/>
              </w:rPr>
              <w:t>13.684</w:t>
            </w:r>
          </w:p>
        </w:tc>
      </w:tr>
      <w:tr w:rsidR="004550E7" w14:paraId="2EDA4B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D66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AA3E2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20835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5B7A84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818F5" w14:textId="77777777" w:rsidR="004550E7" w:rsidRDefault="00000000">
            <w:pPr>
              <w:jc w:val="center"/>
            </w:pPr>
            <w:r>
              <w:rPr>
                <w:sz w:val="15"/>
              </w:rPr>
              <w:t>374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24447" w14:textId="77777777" w:rsidR="004550E7" w:rsidRDefault="00000000">
            <w:pPr>
              <w:jc w:val="center"/>
            </w:pPr>
            <w:r>
              <w:rPr>
                <w:sz w:val="15"/>
              </w:rPr>
              <w:t>345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E20008" w14:textId="77777777" w:rsidR="004550E7" w:rsidRDefault="00000000">
            <w:pPr>
              <w:jc w:val="center"/>
            </w:pPr>
            <w:r>
              <w:rPr>
                <w:sz w:val="15"/>
              </w:rPr>
              <w:t>353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7FB24" w14:textId="77777777" w:rsidR="004550E7" w:rsidRDefault="00000000">
            <w:pPr>
              <w:jc w:val="center"/>
            </w:pPr>
            <w:r>
              <w:rPr>
                <w:sz w:val="15"/>
              </w:rPr>
              <w:t>0.853</w:t>
            </w:r>
          </w:p>
        </w:tc>
      </w:tr>
      <w:tr w:rsidR="004550E7" w14:paraId="3BB8677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8D5D8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4A13A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E1DBE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BE9AD1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461299" w14:textId="77777777" w:rsidR="004550E7" w:rsidRDefault="00000000">
            <w:pPr>
              <w:jc w:val="center"/>
            </w:pPr>
            <w:r>
              <w:rPr>
                <w:sz w:val="15"/>
              </w:rPr>
              <w:t>420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446D24" w14:textId="77777777" w:rsidR="004550E7" w:rsidRDefault="00000000">
            <w:pPr>
              <w:jc w:val="center"/>
            </w:pPr>
            <w:r>
              <w:rPr>
                <w:sz w:val="15"/>
              </w:rPr>
              <w:t>331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BFE21" w14:textId="77777777" w:rsidR="004550E7" w:rsidRDefault="00000000">
            <w:pPr>
              <w:jc w:val="center"/>
            </w:pPr>
            <w:r>
              <w:rPr>
                <w:sz w:val="15"/>
              </w:rPr>
              <w:t>347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F1222A" w14:textId="77777777" w:rsidR="004550E7" w:rsidRDefault="00000000">
            <w:pPr>
              <w:jc w:val="center"/>
            </w:pPr>
            <w:r>
              <w:rPr>
                <w:sz w:val="15"/>
              </w:rPr>
              <w:t>12.184</w:t>
            </w:r>
          </w:p>
        </w:tc>
      </w:tr>
      <w:tr w:rsidR="004550E7" w14:paraId="118DD06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673C7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8880F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C78F39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E1FE0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A9A79F" w14:textId="77777777" w:rsidR="004550E7" w:rsidRDefault="00000000">
            <w:pPr>
              <w:jc w:val="center"/>
            </w:pPr>
            <w:r>
              <w:rPr>
                <w:sz w:val="15"/>
              </w:rPr>
              <w:t>377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906809" w14:textId="77777777" w:rsidR="004550E7" w:rsidRDefault="00000000">
            <w:pPr>
              <w:jc w:val="center"/>
            </w:pPr>
            <w:r>
              <w:rPr>
                <w:sz w:val="15"/>
              </w:rPr>
              <w:t>291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F402F9" w14:textId="77777777" w:rsidR="004550E7" w:rsidRDefault="00000000">
            <w:pPr>
              <w:jc w:val="center"/>
            </w:pPr>
            <w:r>
              <w:rPr>
                <w:sz w:val="15"/>
              </w:rPr>
              <w:t>351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30544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29545CE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7FE87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04EA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9D6F1B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BC1E32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DF57A1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3191E1" w14:textId="77777777" w:rsidR="004550E7" w:rsidRDefault="00000000">
            <w:pPr>
              <w:jc w:val="center"/>
            </w:pPr>
            <w:r>
              <w:rPr>
                <w:sz w:val="15"/>
              </w:rPr>
              <w:t>280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64F22" w14:textId="77777777" w:rsidR="004550E7" w:rsidRDefault="00000000">
            <w:pPr>
              <w:jc w:val="center"/>
            </w:pPr>
            <w:r>
              <w:rPr>
                <w:sz w:val="15"/>
              </w:rPr>
              <w:t>308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06C8DC" w14:textId="77777777" w:rsidR="004550E7" w:rsidRDefault="00000000">
            <w:pPr>
              <w:jc w:val="center"/>
            </w:pPr>
            <w:r>
              <w:rPr>
                <w:sz w:val="15"/>
              </w:rPr>
              <w:t>8.163</w:t>
            </w:r>
          </w:p>
        </w:tc>
      </w:tr>
      <w:tr w:rsidR="004550E7" w14:paraId="582250C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D514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A4DE1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E85658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546E9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E236D" w14:textId="77777777" w:rsidR="004550E7" w:rsidRDefault="00000000">
            <w:pPr>
              <w:jc w:val="center"/>
            </w:pPr>
            <w:r>
              <w:rPr>
                <w:sz w:val="15"/>
              </w:rPr>
              <w:t>479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61CAB6" w14:textId="77777777" w:rsidR="004550E7" w:rsidRDefault="00000000">
            <w:pPr>
              <w:jc w:val="center"/>
            </w:pPr>
            <w:r>
              <w:rPr>
                <w:sz w:val="15"/>
              </w:rPr>
              <w:t>287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A9837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E1F45" w14:textId="77777777" w:rsidR="004550E7" w:rsidRDefault="00000000">
            <w:pPr>
              <w:jc w:val="center"/>
            </w:pPr>
            <w:r>
              <w:rPr>
                <w:sz w:val="15"/>
              </w:rPr>
              <w:t>20.164</w:t>
            </w:r>
          </w:p>
        </w:tc>
      </w:tr>
      <w:tr w:rsidR="004550E7" w14:paraId="5A0BF54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81399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8BD7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FD00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6CB71E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B9EF89" w14:textId="77777777" w:rsidR="004550E7" w:rsidRDefault="00000000">
            <w:pPr>
              <w:jc w:val="center"/>
            </w:pPr>
            <w:r>
              <w:rPr>
                <w:sz w:val="15"/>
              </w:rPr>
              <w:t>353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273B80" w14:textId="77777777" w:rsidR="004550E7" w:rsidRDefault="00000000">
            <w:pPr>
              <w:jc w:val="center"/>
            </w:pPr>
            <w:r>
              <w:rPr>
                <w:sz w:val="15"/>
              </w:rPr>
              <w:t>296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228A72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26154D" w14:textId="77777777" w:rsidR="004550E7" w:rsidRDefault="00000000">
            <w:pPr>
              <w:jc w:val="center"/>
            </w:pPr>
            <w:r>
              <w:rPr>
                <w:sz w:val="15"/>
              </w:rPr>
              <w:t>16.372</w:t>
            </w:r>
          </w:p>
        </w:tc>
      </w:tr>
      <w:tr w:rsidR="004550E7" w14:paraId="6B10B7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CE6C0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1244D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6F9B2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05C721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B50FF0" w14:textId="77777777" w:rsidR="004550E7" w:rsidRDefault="00000000">
            <w:pPr>
              <w:jc w:val="center"/>
            </w:pPr>
            <w:r>
              <w:rPr>
                <w:sz w:val="15"/>
              </w:rPr>
              <w:t>457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312095" w14:textId="77777777" w:rsidR="004550E7" w:rsidRDefault="00000000">
            <w:pPr>
              <w:jc w:val="center"/>
            </w:pPr>
            <w:r>
              <w:rPr>
                <w:sz w:val="15"/>
              </w:rPr>
              <w:t>228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BEF62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DB7B29" w14:textId="77777777" w:rsidR="004550E7" w:rsidRDefault="00000000">
            <w:pPr>
              <w:jc w:val="center"/>
            </w:pPr>
            <w:r>
              <w:rPr>
                <w:sz w:val="15"/>
              </w:rPr>
              <w:t>16.026</w:t>
            </w:r>
          </w:p>
        </w:tc>
      </w:tr>
      <w:tr w:rsidR="004550E7" w14:paraId="3FECE18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6705A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502ED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217B85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8C647F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F84B67" w14:textId="77777777" w:rsidR="004550E7" w:rsidRDefault="00000000">
            <w:pPr>
              <w:jc w:val="center"/>
            </w:pPr>
            <w:r>
              <w:rPr>
                <w:sz w:val="15"/>
              </w:rPr>
              <w:t>365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71A495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C3ACC4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79D5D" w14:textId="77777777" w:rsidR="004550E7" w:rsidRDefault="00000000">
            <w:pPr>
              <w:jc w:val="center"/>
            </w:pPr>
            <w:r>
              <w:rPr>
                <w:sz w:val="15"/>
              </w:rPr>
              <w:t>6.48</w:t>
            </w:r>
          </w:p>
        </w:tc>
      </w:tr>
      <w:tr w:rsidR="004550E7" w14:paraId="1F0225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951C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81C7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19850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06DE6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54F807" w14:textId="77777777" w:rsidR="004550E7" w:rsidRDefault="00000000">
            <w:pPr>
              <w:jc w:val="center"/>
            </w:pPr>
            <w:r>
              <w:rPr>
                <w:sz w:val="15"/>
              </w:rPr>
              <w:t>369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BC1EE8" w14:textId="77777777" w:rsidR="004550E7" w:rsidRDefault="00000000">
            <w:pPr>
              <w:jc w:val="center"/>
            </w:pPr>
            <w:r>
              <w:rPr>
                <w:sz w:val="15"/>
              </w:rPr>
              <w:t>314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FA4F38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BE063E" w14:textId="77777777" w:rsidR="004550E7" w:rsidRDefault="00000000">
            <w:pPr>
              <w:jc w:val="center"/>
            </w:pPr>
            <w:r>
              <w:rPr>
                <w:sz w:val="15"/>
              </w:rPr>
              <w:t>16.682</w:t>
            </w:r>
          </w:p>
        </w:tc>
      </w:tr>
      <w:tr w:rsidR="004550E7" w14:paraId="2CBF86D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1D90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0B27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5C85C2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84323B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87B13D" w14:textId="77777777" w:rsidR="004550E7" w:rsidRDefault="00000000">
            <w:pPr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A746A8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4E582C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997237" w14:textId="77777777" w:rsidR="004550E7" w:rsidRDefault="00000000">
            <w:pPr>
              <w:jc w:val="center"/>
            </w:pPr>
            <w:r>
              <w:rPr>
                <w:sz w:val="15"/>
              </w:rPr>
              <w:t>6.555</w:t>
            </w:r>
          </w:p>
        </w:tc>
      </w:tr>
      <w:tr w:rsidR="004550E7" w14:paraId="52C1EC11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A4BE4C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253B6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20260102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65D24A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126DE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CDF26" w14:textId="77777777" w:rsidR="004550E7" w:rsidRDefault="00000000">
            <w:pPr>
              <w:jc w:val="center"/>
            </w:pPr>
            <w:r>
              <w:rPr>
                <w:sz w:val="15"/>
              </w:rPr>
              <w:t>607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89A01B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CFE37B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6BDF4" w14:textId="77777777" w:rsidR="004550E7" w:rsidRDefault="00000000">
            <w:pPr>
              <w:jc w:val="center"/>
            </w:pPr>
            <w:r>
              <w:rPr>
                <w:sz w:val="15"/>
              </w:rPr>
              <w:t>15.16</w:t>
            </w:r>
          </w:p>
        </w:tc>
      </w:tr>
      <w:tr w:rsidR="004550E7" w14:paraId="3DD8C0B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8A2B6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F14F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C3EA6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50EF8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C22DA" w14:textId="77777777" w:rsidR="004550E7" w:rsidRDefault="00000000">
            <w:pPr>
              <w:jc w:val="center"/>
            </w:pPr>
            <w:r>
              <w:rPr>
                <w:sz w:val="15"/>
              </w:rPr>
              <w:t>605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71C81C" w14:textId="77777777" w:rsidR="004550E7" w:rsidRDefault="00000000">
            <w:pPr>
              <w:jc w:val="center"/>
            </w:pPr>
            <w:r>
              <w:rPr>
                <w:sz w:val="15"/>
              </w:rPr>
              <w:t>75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69584" w14:textId="77777777" w:rsidR="004550E7" w:rsidRDefault="00000000">
            <w:pPr>
              <w:jc w:val="center"/>
            </w:pPr>
            <w:r>
              <w:rPr>
                <w:sz w:val="15"/>
              </w:rPr>
              <w:t>352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72BD66" w14:textId="77777777" w:rsidR="004550E7" w:rsidRDefault="00000000">
            <w:pPr>
              <w:jc w:val="center"/>
            </w:pPr>
            <w:r>
              <w:rPr>
                <w:sz w:val="15"/>
              </w:rPr>
              <w:t>10.949</w:t>
            </w:r>
          </w:p>
        </w:tc>
      </w:tr>
      <w:tr w:rsidR="004550E7" w14:paraId="66B2D8A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66952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412F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0870D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E8DAC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EDF2F2" w14:textId="77777777" w:rsidR="004550E7" w:rsidRDefault="00000000">
            <w:pPr>
              <w:jc w:val="center"/>
            </w:pPr>
            <w:r>
              <w:rPr>
                <w:sz w:val="15"/>
              </w:rPr>
              <w:t>381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8E2A99" w14:textId="77777777" w:rsidR="004550E7" w:rsidRDefault="00000000">
            <w:pPr>
              <w:jc w:val="center"/>
            </w:pPr>
            <w:r>
              <w:rPr>
                <w:sz w:val="15"/>
              </w:rPr>
              <w:t>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04ECA6" w14:textId="77777777" w:rsidR="004550E7" w:rsidRDefault="00000000">
            <w:pPr>
              <w:jc w:val="center"/>
            </w:pPr>
            <w:r>
              <w:rPr>
                <w:sz w:val="15"/>
              </w:rPr>
              <w:t>352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F77792" w14:textId="77777777" w:rsidR="004550E7" w:rsidRDefault="00000000">
            <w:pPr>
              <w:jc w:val="center"/>
            </w:pPr>
            <w:r>
              <w:rPr>
                <w:sz w:val="15"/>
              </w:rPr>
              <w:t>13.551</w:t>
            </w:r>
          </w:p>
        </w:tc>
      </w:tr>
      <w:tr w:rsidR="004550E7" w14:paraId="4A8A7D3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2E7C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78662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F4A1F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7586E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082E8E" w14:textId="77777777" w:rsidR="004550E7" w:rsidRDefault="00000000">
            <w:pPr>
              <w:jc w:val="center"/>
            </w:pPr>
            <w:r>
              <w:rPr>
                <w:sz w:val="15"/>
              </w:rPr>
              <w:t>371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EED914" w14:textId="77777777" w:rsidR="004550E7" w:rsidRDefault="00000000">
            <w:pPr>
              <w:jc w:val="center"/>
            </w:pPr>
            <w:r>
              <w:rPr>
                <w:sz w:val="15"/>
              </w:rPr>
              <w:t>76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A7F6D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7440C" w14:textId="77777777" w:rsidR="004550E7" w:rsidRDefault="00000000">
            <w:pPr>
              <w:jc w:val="center"/>
            </w:pPr>
            <w:r>
              <w:rPr>
                <w:sz w:val="15"/>
              </w:rPr>
              <w:t>7.974</w:t>
            </w:r>
          </w:p>
        </w:tc>
      </w:tr>
      <w:tr w:rsidR="004550E7" w14:paraId="07AEDFA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18BF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2F09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24F91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73F922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298636" w14:textId="77777777" w:rsidR="004550E7" w:rsidRDefault="00000000">
            <w:pPr>
              <w:jc w:val="center"/>
            </w:pPr>
            <w:r>
              <w:rPr>
                <w:sz w:val="15"/>
              </w:rPr>
              <w:t>385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0E9F01" w14:textId="77777777" w:rsidR="004550E7" w:rsidRDefault="00000000">
            <w:pPr>
              <w:jc w:val="center"/>
            </w:pPr>
            <w:r>
              <w:rPr>
                <w:sz w:val="15"/>
              </w:rPr>
              <w:t>329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6DDF4" w14:textId="77777777" w:rsidR="004550E7" w:rsidRDefault="00000000">
            <w:pPr>
              <w:jc w:val="center"/>
            </w:pPr>
            <w:r>
              <w:rPr>
                <w:sz w:val="15"/>
              </w:rPr>
              <w:t>351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ADA565" w14:textId="77777777" w:rsidR="004550E7" w:rsidRDefault="00000000">
            <w:pPr>
              <w:jc w:val="center"/>
            </w:pPr>
            <w:r>
              <w:rPr>
                <w:sz w:val="15"/>
              </w:rPr>
              <w:t>12.214</w:t>
            </w:r>
          </w:p>
        </w:tc>
      </w:tr>
      <w:tr w:rsidR="004550E7" w14:paraId="11D3FA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7840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1FEEE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C29BE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7A4F77" w14:textId="77777777" w:rsidR="004550E7" w:rsidRDefault="00000000">
            <w:pPr>
              <w:jc w:val="center"/>
            </w:pPr>
            <w:r>
              <w:rPr>
                <w:sz w:val="15"/>
              </w:rPr>
              <w:t>251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47625F" w14:textId="77777777" w:rsidR="004550E7" w:rsidRDefault="00000000">
            <w:pPr>
              <w:jc w:val="center"/>
            </w:pPr>
            <w:r>
              <w:rPr>
                <w:sz w:val="15"/>
              </w:rPr>
              <w:t>426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959DB1" w14:textId="77777777" w:rsidR="004550E7" w:rsidRDefault="00000000">
            <w:pPr>
              <w:jc w:val="center"/>
            </w:pPr>
            <w:r>
              <w:rPr>
                <w:sz w:val="15"/>
              </w:rPr>
              <w:t>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CF7E92" w14:textId="77777777" w:rsidR="004550E7" w:rsidRDefault="00000000">
            <w:pPr>
              <w:jc w:val="center"/>
            </w:pPr>
            <w:r>
              <w:rPr>
                <w:sz w:val="15"/>
              </w:rPr>
              <w:t>347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3776C3" w14:textId="77777777" w:rsidR="004550E7" w:rsidRDefault="00000000">
            <w:pPr>
              <w:jc w:val="center"/>
            </w:pPr>
            <w:r>
              <w:rPr>
                <w:sz w:val="15"/>
              </w:rPr>
              <w:t>15.603</w:t>
            </w:r>
          </w:p>
        </w:tc>
      </w:tr>
      <w:tr w:rsidR="004550E7" w14:paraId="5E40CA4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4C034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273C9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4D7A9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6438F0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E9195E" w14:textId="77777777" w:rsidR="004550E7" w:rsidRDefault="00000000">
            <w:pPr>
              <w:jc w:val="center"/>
            </w:pPr>
            <w:r>
              <w:rPr>
                <w:sz w:val="15"/>
              </w:rPr>
              <w:t>383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7EFE3F" w14:textId="77777777" w:rsidR="004550E7" w:rsidRDefault="00000000">
            <w:pPr>
              <w:jc w:val="center"/>
            </w:pPr>
            <w:r>
              <w:rPr>
                <w:sz w:val="15"/>
              </w:rPr>
              <w:t>306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EC7B39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40065C" w14:textId="77777777" w:rsidR="004550E7" w:rsidRDefault="00000000">
            <w:pPr>
              <w:jc w:val="center"/>
            </w:pPr>
            <w:r>
              <w:rPr>
                <w:sz w:val="15"/>
              </w:rPr>
              <w:t>18.077</w:t>
            </w:r>
          </w:p>
        </w:tc>
      </w:tr>
      <w:tr w:rsidR="004550E7" w14:paraId="044EE20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9D750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9FD9A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6D870D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E2DE14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E95BC" w14:textId="77777777" w:rsidR="004550E7" w:rsidRDefault="00000000">
            <w:pPr>
              <w:jc w:val="center"/>
            </w:pPr>
            <w:r>
              <w:rPr>
                <w:sz w:val="15"/>
              </w:rPr>
              <w:t>370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73196C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A3330E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EA6C70" w14:textId="77777777" w:rsidR="004550E7" w:rsidRDefault="00000000">
            <w:pPr>
              <w:jc w:val="center"/>
            </w:pPr>
            <w:r>
              <w:rPr>
                <w:sz w:val="15"/>
              </w:rPr>
              <w:t>9.379</w:t>
            </w:r>
          </w:p>
        </w:tc>
      </w:tr>
      <w:tr w:rsidR="004550E7" w14:paraId="362B8EC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42CCA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B160B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8C5C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27D64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36497" w14:textId="77777777" w:rsidR="004550E7" w:rsidRDefault="00000000">
            <w:pPr>
              <w:jc w:val="center"/>
            </w:pPr>
            <w:r>
              <w:rPr>
                <w:sz w:val="15"/>
              </w:rPr>
              <w:t>389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46BAB0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74D6DE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63CFE6" w14:textId="77777777" w:rsidR="004550E7" w:rsidRDefault="00000000">
            <w:pPr>
              <w:jc w:val="center"/>
            </w:pPr>
            <w:r>
              <w:rPr>
                <w:sz w:val="15"/>
              </w:rPr>
              <w:t>17.949</w:t>
            </w:r>
          </w:p>
        </w:tc>
      </w:tr>
      <w:tr w:rsidR="004550E7" w14:paraId="6968F81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12766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48FF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2445C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94F872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0C0680" w14:textId="77777777" w:rsidR="004550E7" w:rsidRDefault="00000000">
            <w:pPr>
              <w:jc w:val="center"/>
            </w:pPr>
            <w:r>
              <w:rPr>
                <w:sz w:val="15"/>
              </w:rPr>
              <w:t>372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625B93" w14:textId="77777777" w:rsidR="004550E7" w:rsidRDefault="00000000">
            <w:pPr>
              <w:jc w:val="center"/>
            </w:pPr>
            <w:r>
              <w:rPr>
                <w:sz w:val="15"/>
              </w:rPr>
              <w:t>320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601900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AC05D8" w14:textId="77777777" w:rsidR="004550E7" w:rsidRDefault="00000000">
            <w:pPr>
              <w:jc w:val="center"/>
            </w:pPr>
            <w:r>
              <w:rPr>
                <w:sz w:val="15"/>
              </w:rPr>
              <w:t>13.085</w:t>
            </w:r>
          </w:p>
        </w:tc>
      </w:tr>
      <w:tr w:rsidR="004550E7" w14:paraId="402ED30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01CB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A0C0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0D139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B51232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87E48D" w14:textId="77777777" w:rsidR="004550E7" w:rsidRDefault="00000000">
            <w:pPr>
              <w:jc w:val="center"/>
            </w:pPr>
            <w:r>
              <w:rPr>
                <w:sz w:val="15"/>
              </w:rPr>
              <w:t>428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57CDA4" w14:textId="77777777" w:rsidR="004550E7" w:rsidRDefault="00000000">
            <w:pPr>
              <w:jc w:val="center"/>
            </w:pPr>
            <w:r>
              <w:rPr>
                <w:sz w:val="15"/>
              </w:rPr>
              <w:t>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78CCF1" w14:textId="77777777" w:rsidR="004550E7" w:rsidRDefault="00000000">
            <w:pPr>
              <w:jc w:val="center"/>
            </w:pPr>
            <w:r>
              <w:rPr>
                <w:sz w:val="15"/>
              </w:rPr>
              <w:t>344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5B1484" w14:textId="77777777" w:rsidR="004550E7" w:rsidRDefault="00000000">
            <w:pPr>
              <w:jc w:val="center"/>
            </w:pPr>
            <w:r>
              <w:rPr>
                <w:sz w:val="15"/>
              </w:rPr>
              <w:t>11.111</w:t>
            </w:r>
          </w:p>
        </w:tc>
      </w:tr>
      <w:tr w:rsidR="004550E7" w14:paraId="4A6C192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63CEB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FF6F9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8FDD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0442F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A46F67" w14:textId="77777777" w:rsidR="004550E7" w:rsidRDefault="00000000">
            <w:pPr>
              <w:jc w:val="center"/>
            </w:pPr>
            <w:r>
              <w:rPr>
                <w:sz w:val="15"/>
              </w:rPr>
              <w:t>383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52A253" w14:textId="77777777" w:rsidR="004550E7" w:rsidRDefault="00000000">
            <w:pPr>
              <w:jc w:val="center"/>
            </w:pPr>
            <w:r>
              <w:rPr>
                <w:sz w:val="15"/>
              </w:rPr>
              <w:t>332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2A372D" w14:textId="77777777" w:rsidR="004550E7" w:rsidRDefault="00000000">
            <w:pPr>
              <w:jc w:val="center"/>
            </w:pPr>
            <w:r>
              <w:rPr>
                <w:sz w:val="15"/>
              </w:rPr>
              <w:t>349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9377EB" w14:textId="77777777" w:rsidR="004550E7" w:rsidRDefault="00000000">
            <w:pPr>
              <w:jc w:val="center"/>
            </w:pPr>
            <w:r>
              <w:rPr>
                <w:sz w:val="15"/>
              </w:rPr>
              <w:t>13.024</w:t>
            </w:r>
          </w:p>
        </w:tc>
      </w:tr>
      <w:tr w:rsidR="004550E7" w14:paraId="70A05A0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0EFD5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1A91B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558E9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4B5680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422FDD" w14:textId="77777777" w:rsidR="004550E7" w:rsidRDefault="00000000">
            <w:pPr>
              <w:jc w:val="center"/>
            </w:pPr>
            <w:r>
              <w:rPr>
                <w:sz w:val="15"/>
              </w:rPr>
              <w:t>388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32F014" w14:textId="77777777" w:rsidR="004550E7" w:rsidRDefault="00000000">
            <w:pPr>
              <w:jc w:val="center"/>
            </w:pPr>
            <w:r>
              <w:rPr>
                <w:sz w:val="15"/>
              </w:rPr>
              <w:t>90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30EAFC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B39678" w14:textId="77777777" w:rsidR="004550E7" w:rsidRDefault="00000000">
            <w:pPr>
              <w:jc w:val="center"/>
            </w:pPr>
            <w:r>
              <w:rPr>
                <w:sz w:val="15"/>
              </w:rPr>
              <w:t>11.255</w:t>
            </w:r>
          </w:p>
        </w:tc>
      </w:tr>
      <w:tr w:rsidR="004550E7" w14:paraId="3870237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A8F9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4688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3BE65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00F1B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616AE" w14:textId="77777777" w:rsidR="004550E7" w:rsidRDefault="00000000">
            <w:pPr>
              <w:jc w:val="center"/>
            </w:pPr>
            <w:r>
              <w:rPr>
                <w:sz w:val="15"/>
              </w:rPr>
              <w:t>359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0EE32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1EDDF6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6127D" w14:textId="77777777" w:rsidR="004550E7" w:rsidRDefault="00000000">
            <w:pPr>
              <w:jc w:val="center"/>
            </w:pPr>
            <w:r>
              <w:rPr>
                <w:sz w:val="15"/>
              </w:rPr>
              <w:t>9.412</w:t>
            </w:r>
          </w:p>
        </w:tc>
      </w:tr>
      <w:tr w:rsidR="004550E7" w14:paraId="23C75FA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0CA4A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1680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39633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9FAE9C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FA8604" w14:textId="77777777" w:rsidR="004550E7" w:rsidRDefault="00000000">
            <w:pPr>
              <w:jc w:val="center"/>
            </w:pPr>
            <w:r>
              <w:rPr>
                <w:sz w:val="15"/>
              </w:rPr>
              <w:t>389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F43525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A7C9A5" w14:textId="77777777" w:rsidR="004550E7" w:rsidRDefault="00000000">
            <w:pPr>
              <w:jc w:val="center"/>
            </w:pPr>
            <w:r>
              <w:rPr>
                <w:sz w:val="15"/>
              </w:rPr>
              <w:t>358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EFACDD" w14:textId="77777777" w:rsidR="004550E7" w:rsidRDefault="00000000">
            <w:pPr>
              <w:jc w:val="center"/>
            </w:pPr>
            <w:r>
              <w:rPr>
                <w:sz w:val="15"/>
              </w:rPr>
              <w:t>20.203</w:t>
            </w:r>
          </w:p>
        </w:tc>
      </w:tr>
      <w:tr w:rsidR="004550E7" w14:paraId="0B6FFAA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AE049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F36DD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C9F8E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D5117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FC9D2C" w14:textId="77777777" w:rsidR="004550E7" w:rsidRDefault="00000000">
            <w:pPr>
              <w:jc w:val="center"/>
            </w:pPr>
            <w:r>
              <w:rPr>
                <w:sz w:val="15"/>
              </w:rPr>
              <w:t>392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267534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6B2C05" w14:textId="77777777" w:rsidR="004550E7" w:rsidRDefault="00000000">
            <w:pPr>
              <w:jc w:val="center"/>
            </w:pPr>
            <w:r>
              <w:rPr>
                <w:sz w:val="15"/>
              </w:rPr>
              <w:t>349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84BDBD" w14:textId="77777777" w:rsidR="004550E7" w:rsidRDefault="00000000">
            <w:pPr>
              <w:jc w:val="center"/>
            </w:pPr>
            <w:r>
              <w:rPr>
                <w:sz w:val="15"/>
              </w:rPr>
              <w:t>13.087</w:t>
            </w:r>
          </w:p>
        </w:tc>
      </w:tr>
      <w:tr w:rsidR="004550E7" w14:paraId="65C379B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F0211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32B80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CA359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75B36C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711577" w14:textId="77777777" w:rsidR="004550E7" w:rsidRDefault="00000000">
            <w:pPr>
              <w:jc w:val="center"/>
            </w:pPr>
            <w:r>
              <w:rPr>
                <w:sz w:val="15"/>
              </w:rPr>
              <w:t>372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17143" w14:textId="77777777" w:rsidR="004550E7" w:rsidRDefault="00000000">
            <w:pPr>
              <w:jc w:val="center"/>
            </w:pPr>
            <w:r>
              <w:rPr>
                <w:sz w:val="15"/>
              </w:rPr>
              <w:t>320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72FB11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16B250" w14:textId="77777777" w:rsidR="004550E7" w:rsidRDefault="00000000">
            <w:pPr>
              <w:jc w:val="center"/>
            </w:pPr>
            <w:r>
              <w:rPr>
                <w:sz w:val="15"/>
              </w:rPr>
              <w:t>10.688</w:t>
            </w:r>
          </w:p>
        </w:tc>
      </w:tr>
      <w:tr w:rsidR="004550E7" w14:paraId="26DDBFD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20FC0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7097B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7A24A5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DCB8DE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ACD7D8" w14:textId="77777777" w:rsidR="004550E7" w:rsidRDefault="00000000">
            <w:pPr>
              <w:jc w:val="center"/>
            </w:pPr>
            <w:r>
              <w:rPr>
                <w:sz w:val="15"/>
              </w:rPr>
              <w:t>439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E13FFA" w14:textId="77777777" w:rsidR="004550E7" w:rsidRDefault="00000000">
            <w:pPr>
              <w:jc w:val="center"/>
            </w:pPr>
            <w:r>
              <w:rPr>
                <w:sz w:val="15"/>
              </w:rPr>
              <w:t>344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030BC" w14:textId="77777777" w:rsidR="004550E7" w:rsidRDefault="00000000">
            <w:pPr>
              <w:jc w:val="center"/>
            </w:pPr>
            <w:r>
              <w:rPr>
                <w:sz w:val="15"/>
              </w:rPr>
              <w:t>380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3A911D" w14:textId="77777777" w:rsidR="004550E7" w:rsidRDefault="00000000">
            <w:pPr>
              <w:jc w:val="center"/>
            </w:pPr>
            <w:r>
              <w:rPr>
                <w:sz w:val="15"/>
              </w:rPr>
              <w:t>0.876</w:t>
            </w:r>
          </w:p>
        </w:tc>
      </w:tr>
      <w:tr w:rsidR="004550E7" w14:paraId="6DBE22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50DF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C6AB4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A5B31D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D51DBA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E23944" w14:textId="77777777" w:rsidR="004550E7" w:rsidRDefault="00000000">
            <w:pPr>
              <w:jc w:val="center"/>
            </w:pPr>
            <w:r>
              <w:rPr>
                <w:sz w:val="15"/>
              </w:rPr>
              <w:t>371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BBD798" w14:textId="77777777" w:rsidR="004550E7" w:rsidRDefault="00000000">
            <w:pPr>
              <w:jc w:val="center"/>
            </w:pPr>
            <w:r>
              <w:rPr>
                <w:sz w:val="15"/>
              </w:rPr>
              <w:t>304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4ABFA8" w14:textId="77777777" w:rsidR="004550E7" w:rsidRDefault="00000000">
            <w:pPr>
              <w:jc w:val="center"/>
            </w:pPr>
            <w:r>
              <w:rPr>
                <w:sz w:val="15"/>
              </w:rPr>
              <w:t>337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A756EA" w14:textId="77777777" w:rsidR="004550E7" w:rsidRDefault="00000000">
            <w:pPr>
              <w:jc w:val="center"/>
            </w:pPr>
            <w:r>
              <w:rPr>
                <w:sz w:val="15"/>
              </w:rPr>
              <w:t>10.834</w:t>
            </w:r>
          </w:p>
        </w:tc>
      </w:tr>
      <w:tr w:rsidR="004550E7" w14:paraId="55756DD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3AA9A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8A41A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059E67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9A9D1F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8AA7F2" w14:textId="77777777" w:rsidR="004550E7" w:rsidRDefault="00000000">
            <w:pPr>
              <w:jc w:val="center"/>
            </w:pPr>
            <w:r>
              <w:rPr>
                <w:sz w:val="15"/>
              </w:rPr>
              <w:t>395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9C828" w14:textId="77777777" w:rsidR="004550E7" w:rsidRDefault="00000000">
            <w:pPr>
              <w:jc w:val="center"/>
            </w:pPr>
            <w:r>
              <w:rPr>
                <w:sz w:val="15"/>
              </w:rPr>
              <w:t>81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6066D1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55A49" w14:textId="77777777" w:rsidR="004550E7" w:rsidRDefault="00000000">
            <w:pPr>
              <w:jc w:val="center"/>
            </w:pPr>
            <w:r>
              <w:rPr>
                <w:sz w:val="15"/>
              </w:rPr>
              <w:t>16.908</w:t>
            </w:r>
          </w:p>
        </w:tc>
      </w:tr>
      <w:tr w:rsidR="004550E7" w14:paraId="16B5B95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03003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2ADE5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9FC210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4A438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CF254" w14:textId="77777777" w:rsidR="004550E7" w:rsidRDefault="00000000">
            <w:pPr>
              <w:jc w:val="center"/>
            </w:pPr>
            <w:r>
              <w:rPr>
                <w:sz w:val="15"/>
              </w:rPr>
              <w:t>373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694F44" w14:textId="77777777" w:rsidR="004550E7" w:rsidRDefault="00000000">
            <w:pPr>
              <w:jc w:val="center"/>
            </w:pPr>
            <w:r>
              <w:rPr>
                <w:sz w:val="15"/>
              </w:rPr>
              <w:t>315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12B9DF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717581" w14:textId="77777777" w:rsidR="004550E7" w:rsidRDefault="00000000">
            <w:pPr>
              <w:jc w:val="center"/>
            </w:pPr>
            <w:r>
              <w:rPr>
                <w:sz w:val="15"/>
              </w:rPr>
              <w:t>19.278</w:t>
            </w:r>
          </w:p>
        </w:tc>
      </w:tr>
      <w:tr w:rsidR="004550E7" w14:paraId="5552B5B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952D6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FAC1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CEB446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E6B353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7A6572" w14:textId="77777777" w:rsidR="004550E7" w:rsidRDefault="00000000">
            <w:pPr>
              <w:jc w:val="center"/>
            </w:pPr>
            <w:r>
              <w:rPr>
                <w:sz w:val="15"/>
              </w:rPr>
              <w:t>462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92AEA4" w14:textId="77777777" w:rsidR="004550E7" w:rsidRDefault="00000000">
            <w:pPr>
              <w:jc w:val="center"/>
            </w:pPr>
            <w:r>
              <w:rPr>
                <w:sz w:val="15"/>
              </w:rPr>
              <w:t>92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429687" w14:textId="77777777" w:rsidR="004550E7" w:rsidRDefault="00000000">
            <w:pPr>
              <w:jc w:val="center"/>
            </w:pPr>
            <w:r>
              <w:rPr>
                <w:sz w:val="15"/>
              </w:rPr>
              <w:t>370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5A7CA" w14:textId="77777777" w:rsidR="004550E7" w:rsidRDefault="00000000">
            <w:pPr>
              <w:jc w:val="center"/>
            </w:pPr>
            <w:r>
              <w:rPr>
                <w:sz w:val="15"/>
              </w:rPr>
              <w:t>17.916</w:t>
            </w:r>
          </w:p>
        </w:tc>
      </w:tr>
      <w:tr w:rsidR="004550E7" w14:paraId="02D0152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121D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4B12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14DF29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C1D321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CD6B6A" w14:textId="77777777" w:rsidR="004550E7" w:rsidRDefault="00000000">
            <w:pPr>
              <w:jc w:val="center"/>
            </w:pPr>
            <w:r>
              <w:rPr>
                <w:sz w:val="15"/>
              </w:rPr>
              <w:t>387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9E7B22" w14:textId="77777777" w:rsidR="004550E7" w:rsidRDefault="00000000">
            <w:pPr>
              <w:jc w:val="center"/>
            </w:pPr>
            <w:r>
              <w:rPr>
                <w:sz w:val="15"/>
              </w:rPr>
              <w:t>335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E66E9D" w14:textId="77777777" w:rsidR="004550E7" w:rsidRDefault="00000000">
            <w:pPr>
              <w:jc w:val="center"/>
            </w:pPr>
            <w:r>
              <w:rPr>
                <w:sz w:val="15"/>
              </w:rPr>
              <w:t>358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E5DC4" w14:textId="77777777" w:rsidR="004550E7" w:rsidRDefault="00000000">
            <w:pPr>
              <w:jc w:val="center"/>
            </w:pPr>
            <w:r>
              <w:rPr>
                <w:sz w:val="15"/>
              </w:rPr>
              <w:t>9.313</w:t>
            </w:r>
          </w:p>
        </w:tc>
      </w:tr>
      <w:tr w:rsidR="004550E7" w14:paraId="7985890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830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06806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77AC4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19AA81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AECC36" w14:textId="77777777" w:rsidR="004550E7" w:rsidRDefault="00000000">
            <w:pPr>
              <w:jc w:val="center"/>
            </w:pPr>
            <w:r>
              <w:rPr>
                <w:sz w:val="15"/>
              </w:rPr>
              <w:t>392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DD1A0C" w14:textId="77777777" w:rsidR="004550E7" w:rsidRDefault="00000000">
            <w:pPr>
              <w:jc w:val="center"/>
            </w:pPr>
            <w:r>
              <w:rPr>
                <w:sz w:val="15"/>
              </w:rPr>
              <w:t>329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3CFD72" w14:textId="77777777" w:rsidR="004550E7" w:rsidRDefault="00000000">
            <w:pPr>
              <w:jc w:val="center"/>
            </w:pPr>
            <w:r>
              <w:rPr>
                <w:sz w:val="15"/>
              </w:rPr>
              <w:t>353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D3FC5E" w14:textId="77777777" w:rsidR="004550E7" w:rsidRDefault="00000000">
            <w:pPr>
              <w:jc w:val="center"/>
            </w:pPr>
            <w:r>
              <w:rPr>
                <w:sz w:val="15"/>
              </w:rPr>
              <w:t>24.978</w:t>
            </w:r>
          </w:p>
        </w:tc>
      </w:tr>
      <w:tr w:rsidR="004550E7" w14:paraId="4BEE11E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E6941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CBA87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BD2D3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3B574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7503F3" w14:textId="77777777" w:rsidR="004550E7" w:rsidRDefault="00000000">
            <w:pPr>
              <w:jc w:val="center"/>
            </w:pPr>
            <w:r>
              <w:rPr>
                <w:sz w:val="15"/>
              </w:rPr>
              <w:t>355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254ED4" w14:textId="77777777" w:rsidR="004550E7" w:rsidRDefault="00000000">
            <w:pPr>
              <w:jc w:val="center"/>
            </w:pPr>
            <w:r>
              <w:rPr>
                <w:sz w:val="15"/>
              </w:rPr>
              <w:t>94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4DF4C9" w14:textId="77777777" w:rsidR="004550E7" w:rsidRDefault="00000000">
            <w:pPr>
              <w:jc w:val="center"/>
            </w:pPr>
            <w:r>
              <w:rPr>
                <w:sz w:val="15"/>
              </w:rPr>
              <w:t>332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B4675C" w14:textId="77777777" w:rsidR="004550E7" w:rsidRDefault="00000000">
            <w:pPr>
              <w:jc w:val="center"/>
            </w:pPr>
            <w:r>
              <w:rPr>
                <w:sz w:val="15"/>
              </w:rPr>
              <w:t>6.712</w:t>
            </w:r>
          </w:p>
        </w:tc>
      </w:tr>
      <w:tr w:rsidR="004550E7" w14:paraId="310636B0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32CBAE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BC7B1F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20260103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CC34D8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14217A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552B73" w14:textId="77777777" w:rsidR="004550E7" w:rsidRDefault="00000000">
            <w:pPr>
              <w:jc w:val="center"/>
            </w:pPr>
            <w:r>
              <w:rPr>
                <w:sz w:val="15"/>
              </w:rPr>
              <w:t>596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70A45B" w14:textId="77777777" w:rsidR="004550E7" w:rsidRDefault="00000000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5E1F22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D40A8" w14:textId="77777777" w:rsidR="004550E7" w:rsidRDefault="00000000">
            <w:pPr>
              <w:jc w:val="center"/>
            </w:pPr>
            <w:r>
              <w:rPr>
                <w:sz w:val="15"/>
              </w:rPr>
              <w:t>15.515</w:t>
            </w:r>
          </w:p>
        </w:tc>
      </w:tr>
      <w:tr w:rsidR="004550E7" w14:paraId="70A3D0D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CC69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0C7C9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42A28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A22C0E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0E1AA" w14:textId="77777777" w:rsidR="004550E7" w:rsidRDefault="00000000">
            <w:pPr>
              <w:jc w:val="center"/>
            </w:pPr>
            <w:r>
              <w:rPr>
                <w:sz w:val="15"/>
              </w:rPr>
              <w:t>596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5E02A9" w14:textId="77777777" w:rsidR="004550E7" w:rsidRDefault="00000000">
            <w:pPr>
              <w:jc w:val="center"/>
            </w:pPr>
            <w:r>
              <w:rPr>
                <w:sz w:val="15"/>
              </w:rPr>
              <w:t>291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98E750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EE9A57" w14:textId="77777777" w:rsidR="004550E7" w:rsidRDefault="00000000">
            <w:pPr>
              <w:jc w:val="center"/>
            </w:pPr>
            <w:r>
              <w:rPr>
                <w:sz w:val="15"/>
              </w:rPr>
              <w:t>10.174</w:t>
            </w:r>
          </w:p>
        </w:tc>
      </w:tr>
      <w:tr w:rsidR="004550E7" w14:paraId="5E87D1A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90EFF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53122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EB3A55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98726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2A674" w14:textId="77777777" w:rsidR="004550E7" w:rsidRDefault="00000000">
            <w:pPr>
              <w:jc w:val="center"/>
            </w:pPr>
            <w:r>
              <w:rPr>
                <w:sz w:val="15"/>
              </w:rPr>
              <w:t>365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88E7A" w14:textId="77777777" w:rsidR="004550E7" w:rsidRDefault="00000000">
            <w:pPr>
              <w:jc w:val="center"/>
            </w:pPr>
            <w:r>
              <w:rPr>
                <w:sz w:val="15"/>
              </w:rPr>
              <w:t>292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EAC1A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4D0364" w14:textId="77777777" w:rsidR="004550E7" w:rsidRDefault="00000000">
            <w:pPr>
              <w:jc w:val="center"/>
            </w:pPr>
            <w:r>
              <w:rPr>
                <w:sz w:val="15"/>
              </w:rPr>
              <w:t>10.429</w:t>
            </w:r>
          </w:p>
        </w:tc>
      </w:tr>
      <w:tr w:rsidR="004550E7" w14:paraId="474D883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836BC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C9B4C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287B0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047B62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FE2F27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63A8C2" w14:textId="77777777" w:rsidR="004550E7" w:rsidRDefault="00000000">
            <w:pPr>
              <w:jc w:val="center"/>
            </w:pPr>
            <w:r>
              <w:rPr>
                <w:sz w:val="15"/>
              </w:rPr>
              <w:t>296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4E0027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8C4AA" w14:textId="77777777" w:rsidR="004550E7" w:rsidRDefault="00000000">
            <w:pPr>
              <w:jc w:val="center"/>
            </w:pPr>
            <w:r>
              <w:rPr>
                <w:sz w:val="15"/>
              </w:rPr>
              <w:t>7.246</w:t>
            </w:r>
          </w:p>
        </w:tc>
      </w:tr>
      <w:tr w:rsidR="004550E7" w14:paraId="3DADC6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6EC93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2A482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1DEB36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54C8F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E6F0E7" w14:textId="77777777" w:rsidR="004550E7" w:rsidRDefault="00000000">
            <w:pPr>
              <w:jc w:val="center"/>
            </w:pPr>
            <w:r>
              <w:rPr>
                <w:sz w:val="15"/>
              </w:rPr>
              <w:t>352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B4976C" w14:textId="77777777" w:rsidR="004550E7" w:rsidRDefault="00000000">
            <w:pPr>
              <w:jc w:val="center"/>
            </w:pPr>
            <w:r>
              <w:rPr>
                <w:sz w:val="15"/>
              </w:rPr>
              <w:t>290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1EB57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4E5208" w14:textId="77777777" w:rsidR="004550E7" w:rsidRDefault="00000000">
            <w:pPr>
              <w:jc w:val="center"/>
            </w:pPr>
            <w:r>
              <w:rPr>
                <w:sz w:val="15"/>
              </w:rPr>
              <w:t>13.683</w:t>
            </w:r>
          </w:p>
        </w:tc>
      </w:tr>
      <w:tr w:rsidR="004550E7" w14:paraId="6C7BA17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98EB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94C20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36884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2D8D15" w14:textId="77777777" w:rsidR="004550E7" w:rsidRDefault="00000000">
            <w:pPr>
              <w:jc w:val="center"/>
            </w:pPr>
            <w:r>
              <w:rPr>
                <w:sz w:val="15"/>
              </w:rPr>
              <w:t>251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A45A9" w14:textId="77777777" w:rsidR="004550E7" w:rsidRDefault="00000000">
            <w:pPr>
              <w:jc w:val="center"/>
            </w:pPr>
            <w:r>
              <w:rPr>
                <w:sz w:val="15"/>
              </w:rPr>
              <w:t>380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9F0E80" w14:textId="77777777" w:rsidR="004550E7" w:rsidRDefault="00000000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FC47DA" w14:textId="77777777" w:rsidR="004550E7" w:rsidRDefault="00000000">
            <w:pPr>
              <w:jc w:val="center"/>
            </w:pPr>
            <w:r>
              <w:rPr>
                <w:sz w:val="15"/>
              </w:rPr>
              <w:t>323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5D39B5" w14:textId="77777777" w:rsidR="004550E7" w:rsidRDefault="00000000">
            <w:pPr>
              <w:jc w:val="center"/>
            </w:pPr>
            <w:r>
              <w:rPr>
                <w:sz w:val="15"/>
              </w:rPr>
              <w:t>10.71</w:t>
            </w:r>
          </w:p>
        </w:tc>
      </w:tr>
      <w:tr w:rsidR="004550E7" w14:paraId="28897A5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EEC58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C776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1E70F4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E0311C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8CB4C" w14:textId="77777777" w:rsidR="004550E7" w:rsidRDefault="00000000">
            <w:pPr>
              <w:jc w:val="center"/>
            </w:pPr>
            <w:r>
              <w:rPr>
                <w:sz w:val="15"/>
              </w:rPr>
              <w:t>363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C116D" w14:textId="77777777" w:rsidR="004550E7" w:rsidRDefault="00000000">
            <w:pPr>
              <w:jc w:val="center"/>
            </w:pPr>
            <w:r>
              <w:rPr>
                <w:sz w:val="15"/>
              </w:rPr>
              <w:t>299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A5753E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F7BB3" w14:textId="77777777" w:rsidR="004550E7" w:rsidRDefault="00000000">
            <w:pPr>
              <w:jc w:val="center"/>
            </w:pPr>
            <w:r>
              <w:rPr>
                <w:sz w:val="15"/>
              </w:rPr>
              <w:t>10.722</w:t>
            </w:r>
          </w:p>
        </w:tc>
      </w:tr>
      <w:tr w:rsidR="004550E7" w14:paraId="01F1E12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2810D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1AAD6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7BCD3F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7DA887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B71730" w14:textId="77777777" w:rsidR="004550E7" w:rsidRDefault="00000000">
            <w:pPr>
              <w:jc w:val="center"/>
            </w:pPr>
            <w:r>
              <w:rPr>
                <w:sz w:val="15"/>
              </w:rPr>
              <w:t>339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01659B" w14:textId="77777777" w:rsidR="004550E7" w:rsidRDefault="00000000">
            <w:pPr>
              <w:jc w:val="center"/>
            </w:pPr>
            <w:r>
              <w:rPr>
                <w:sz w:val="15"/>
              </w:rPr>
              <w:t>304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A3A4A1" w14:textId="77777777" w:rsidR="004550E7" w:rsidRDefault="00000000">
            <w:pPr>
              <w:jc w:val="center"/>
            </w:pPr>
            <w:r>
              <w:rPr>
                <w:sz w:val="15"/>
              </w:rPr>
              <w:t>316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EF8C9A" w14:textId="77777777" w:rsidR="004550E7" w:rsidRDefault="00000000">
            <w:pPr>
              <w:jc w:val="center"/>
            </w:pPr>
            <w:r>
              <w:rPr>
                <w:sz w:val="15"/>
              </w:rPr>
              <w:t>5.817</w:t>
            </w:r>
          </w:p>
        </w:tc>
      </w:tr>
      <w:tr w:rsidR="004550E7" w14:paraId="3DAE688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57CD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704E7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7E74A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4F2E6D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B4BEC5" w14:textId="77777777" w:rsidR="004550E7" w:rsidRDefault="00000000">
            <w:pPr>
              <w:jc w:val="center"/>
            </w:pPr>
            <w:r>
              <w:rPr>
                <w:sz w:val="15"/>
              </w:rPr>
              <w:t>349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78E18" w14:textId="77777777" w:rsidR="004550E7" w:rsidRDefault="00000000">
            <w:pPr>
              <w:jc w:val="center"/>
            </w:pPr>
            <w:r>
              <w:rPr>
                <w:sz w:val="15"/>
              </w:rPr>
              <w:t>305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E2F262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94DE6" w14:textId="77777777" w:rsidR="004550E7" w:rsidRDefault="00000000">
            <w:pPr>
              <w:jc w:val="center"/>
            </w:pPr>
            <w:r>
              <w:rPr>
                <w:sz w:val="15"/>
              </w:rPr>
              <w:t>10.886</w:t>
            </w:r>
          </w:p>
        </w:tc>
      </w:tr>
      <w:tr w:rsidR="004550E7" w14:paraId="2E4BED2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C627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9AF1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0EF2F9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8C30B1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34E844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BF5D2E" w14:textId="77777777" w:rsidR="004550E7" w:rsidRDefault="00000000">
            <w:pPr>
              <w:jc w:val="center"/>
            </w:pPr>
            <w:r>
              <w:rPr>
                <w:sz w:val="15"/>
              </w:rPr>
              <w:t>293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669DCD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0B77C" w14:textId="77777777" w:rsidR="004550E7" w:rsidRDefault="00000000">
            <w:pPr>
              <w:jc w:val="center"/>
            </w:pPr>
            <w:r>
              <w:rPr>
                <w:sz w:val="15"/>
              </w:rPr>
              <w:t>12.712</w:t>
            </w:r>
          </w:p>
        </w:tc>
      </w:tr>
      <w:tr w:rsidR="004550E7" w14:paraId="07D6757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D6F5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2FA4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8EDF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ED9A43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43B00B" w14:textId="77777777" w:rsidR="004550E7" w:rsidRDefault="00000000">
            <w:pPr>
              <w:jc w:val="center"/>
            </w:pPr>
            <w:r>
              <w:rPr>
                <w:sz w:val="15"/>
              </w:rPr>
              <w:t>407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C55635" w14:textId="77777777" w:rsidR="004550E7" w:rsidRDefault="00000000">
            <w:pPr>
              <w:jc w:val="center"/>
            </w:pPr>
            <w:r>
              <w:rPr>
                <w:sz w:val="15"/>
              </w:rPr>
              <w:t>246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922A5" w14:textId="77777777" w:rsidR="004550E7" w:rsidRDefault="00000000">
            <w:pPr>
              <w:jc w:val="center"/>
            </w:pPr>
            <w:r>
              <w:rPr>
                <w:sz w:val="15"/>
              </w:rPr>
              <w:t>343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02E34B" w14:textId="77777777" w:rsidR="004550E7" w:rsidRDefault="00000000">
            <w:pPr>
              <w:jc w:val="center"/>
            </w:pPr>
            <w:r>
              <w:rPr>
                <w:sz w:val="15"/>
              </w:rPr>
              <w:t>8.074</w:t>
            </w:r>
          </w:p>
        </w:tc>
      </w:tr>
      <w:tr w:rsidR="004550E7" w14:paraId="6239DCE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63FE3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1C441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6E1F5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B46043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DDAB27" w14:textId="77777777" w:rsidR="004550E7" w:rsidRDefault="00000000">
            <w:pPr>
              <w:jc w:val="center"/>
            </w:pPr>
            <w:r>
              <w:rPr>
                <w:sz w:val="15"/>
              </w:rPr>
              <w:t>368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FBD593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3D6382" w14:textId="77777777" w:rsidR="004550E7" w:rsidRDefault="00000000">
            <w:pPr>
              <w:jc w:val="center"/>
            </w:pPr>
            <w:r>
              <w:rPr>
                <w:sz w:val="15"/>
              </w:rPr>
              <w:t>343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1F5CDA" w14:textId="77777777" w:rsidR="004550E7" w:rsidRDefault="00000000">
            <w:pPr>
              <w:jc w:val="center"/>
            </w:pPr>
            <w:r>
              <w:rPr>
                <w:sz w:val="15"/>
              </w:rPr>
              <w:t>11.749</w:t>
            </w:r>
          </w:p>
        </w:tc>
      </w:tr>
      <w:tr w:rsidR="004550E7" w14:paraId="00B3823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DB7AB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002D5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D8B23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3A67CA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AC6881" w14:textId="77777777" w:rsidR="004550E7" w:rsidRDefault="00000000">
            <w:pPr>
              <w:jc w:val="center"/>
            </w:pPr>
            <w:r>
              <w:rPr>
                <w:sz w:val="15"/>
              </w:rPr>
              <w:t>374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31F893" w14:textId="77777777" w:rsidR="004550E7" w:rsidRDefault="00000000">
            <w:pPr>
              <w:jc w:val="center"/>
            </w:pPr>
            <w:r>
              <w:rPr>
                <w:sz w:val="15"/>
              </w:rPr>
              <w:t>301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A05D4" w14:textId="77777777" w:rsidR="004550E7" w:rsidRDefault="00000000">
            <w:pPr>
              <w:jc w:val="center"/>
            </w:pPr>
            <w:r>
              <w:rPr>
                <w:sz w:val="15"/>
              </w:rPr>
              <w:t>332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5E7B78" w14:textId="77777777" w:rsidR="004550E7" w:rsidRDefault="00000000">
            <w:pPr>
              <w:jc w:val="center"/>
            </w:pPr>
            <w:r>
              <w:rPr>
                <w:sz w:val="15"/>
              </w:rPr>
              <w:t>8.024</w:t>
            </w:r>
          </w:p>
        </w:tc>
      </w:tr>
      <w:tr w:rsidR="004550E7" w14:paraId="0A93506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962BE1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1E124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B12F30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BFE82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0F924D" w14:textId="77777777" w:rsidR="004550E7" w:rsidRDefault="00000000">
            <w:pPr>
              <w:jc w:val="center"/>
            </w:pPr>
            <w:r>
              <w:rPr>
                <w:sz w:val="15"/>
              </w:rPr>
              <w:t>343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6C5BFB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117503" w14:textId="77777777" w:rsidR="004550E7" w:rsidRDefault="00000000">
            <w:pPr>
              <w:jc w:val="center"/>
            </w:pPr>
            <w:r>
              <w:rPr>
                <w:sz w:val="15"/>
              </w:rPr>
              <w:t>323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C2E335" w14:textId="77777777" w:rsidR="004550E7" w:rsidRDefault="00000000">
            <w:pPr>
              <w:jc w:val="center"/>
            </w:pPr>
            <w:r>
              <w:rPr>
                <w:sz w:val="15"/>
              </w:rPr>
              <w:t>7.366</w:t>
            </w:r>
          </w:p>
        </w:tc>
      </w:tr>
      <w:tr w:rsidR="004550E7" w14:paraId="74C371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806BD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B5EA9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2F4F095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BE3C2E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75F18" w14:textId="77777777" w:rsidR="004550E7" w:rsidRDefault="00000000">
            <w:pPr>
              <w:jc w:val="center"/>
            </w:pPr>
            <w:r>
              <w:rPr>
                <w:sz w:val="15"/>
              </w:rPr>
              <w:t>367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A7F6E6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B7A249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D97DFF" w14:textId="77777777" w:rsidR="004550E7" w:rsidRDefault="00000000">
            <w:pPr>
              <w:jc w:val="center"/>
            </w:pPr>
            <w:r>
              <w:rPr>
                <w:sz w:val="15"/>
              </w:rPr>
              <w:t>8.456</w:t>
            </w:r>
          </w:p>
        </w:tc>
      </w:tr>
      <w:tr w:rsidR="004550E7" w14:paraId="45E8B25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DEBD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8E9A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F8A4C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547F9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36D65A" w14:textId="77777777" w:rsidR="004550E7" w:rsidRDefault="00000000">
            <w:pPr>
              <w:jc w:val="center"/>
            </w:pPr>
            <w:r>
              <w:rPr>
                <w:sz w:val="15"/>
              </w:rPr>
              <w:t>368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CA0BB1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F6CB3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6A0257" w14:textId="77777777" w:rsidR="004550E7" w:rsidRDefault="00000000">
            <w:pPr>
              <w:jc w:val="center"/>
            </w:pPr>
            <w:r>
              <w:rPr>
                <w:sz w:val="15"/>
              </w:rPr>
              <w:t>8.293</w:t>
            </w:r>
          </w:p>
        </w:tc>
      </w:tr>
      <w:tr w:rsidR="004550E7" w14:paraId="3E20BDF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0EEC0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80BCE0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DAC76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206EB8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445A71" w14:textId="77777777" w:rsidR="004550E7" w:rsidRDefault="00000000">
            <w:pPr>
              <w:jc w:val="center"/>
            </w:pPr>
            <w:r>
              <w:rPr>
                <w:sz w:val="15"/>
              </w:rPr>
              <w:t>355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4E7379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B0BB4E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0E6AB7" w14:textId="77777777" w:rsidR="004550E7" w:rsidRDefault="00000000">
            <w:pPr>
              <w:jc w:val="center"/>
            </w:pPr>
            <w:r>
              <w:rPr>
                <w:sz w:val="15"/>
              </w:rPr>
              <w:t>10.195</w:t>
            </w:r>
          </w:p>
        </w:tc>
      </w:tr>
      <w:tr w:rsidR="004550E7" w14:paraId="526720F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25155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AF4A5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C3F938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3CBEDF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734F92" w14:textId="77777777" w:rsidR="004550E7" w:rsidRDefault="00000000">
            <w:pPr>
              <w:jc w:val="center"/>
            </w:pPr>
            <w:r>
              <w:rPr>
                <w:sz w:val="15"/>
              </w:rPr>
              <w:t>406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076B8" w14:textId="77777777" w:rsidR="004550E7" w:rsidRDefault="00000000">
            <w:pPr>
              <w:jc w:val="center"/>
            </w:pPr>
            <w:r>
              <w:rPr>
                <w:sz w:val="15"/>
              </w:rPr>
              <w:t>314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975326" w14:textId="77777777" w:rsidR="004550E7" w:rsidRDefault="00000000">
            <w:pPr>
              <w:jc w:val="center"/>
            </w:pPr>
            <w:r>
              <w:rPr>
                <w:sz w:val="15"/>
              </w:rPr>
              <w:t>361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5DBEA2" w14:textId="77777777" w:rsidR="004550E7" w:rsidRDefault="00000000">
            <w:pPr>
              <w:jc w:val="center"/>
            </w:pPr>
            <w:r>
              <w:rPr>
                <w:sz w:val="15"/>
              </w:rPr>
              <w:t>3.047</w:t>
            </w:r>
          </w:p>
        </w:tc>
      </w:tr>
      <w:tr w:rsidR="004550E7" w14:paraId="1B8F9CF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9AFC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8A2B2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A675A6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C2C29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36E5FB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2193CB" w14:textId="77777777" w:rsidR="004550E7" w:rsidRDefault="00000000">
            <w:pPr>
              <w:jc w:val="center"/>
            </w:pPr>
            <w:r>
              <w:rPr>
                <w:sz w:val="15"/>
              </w:rPr>
              <w:t>285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FA2C5" w14:textId="77777777" w:rsidR="004550E7" w:rsidRDefault="00000000">
            <w:pPr>
              <w:jc w:val="center"/>
            </w:pPr>
            <w:r>
              <w:rPr>
                <w:sz w:val="15"/>
              </w:rPr>
              <w:t>304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84391A" w14:textId="77777777" w:rsidR="004550E7" w:rsidRDefault="00000000">
            <w:pPr>
              <w:jc w:val="center"/>
            </w:pPr>
            <w:r>
              <w:rPr>
                <w:sz w:val="15"/>
              </w:rPr>
              <w:t>9.13</w:t>
            </w:r>
          </w:p>
        </w:tc>
      </w:tr>
      <w:tr w:rsidR="004550E7" w14:paraId="4C3159C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85C0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28198F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697B10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A2CEE1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7852D" w14:textId="77777777" w:rsidR="004550E7" w:rsidRDefault="00000000">
            <w:pPr>
              <w:jc w:val="center"/>
            </w:pPr>
            <w:r>
              <w:rPr>
                <w:sz w:val="15"/>
              </w:rPr>
              <w:t>361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ECD782" w14:textId="77777777" w:rsidR="004550E7" w:rsidRDefault="00000000">
            <w:pPr>
              <w:jc w:val="center"/>
            </w:pPr>
            <w:r>
              <w:rPr>
                <w:sz w:val="15"/>
              </w:rPr>
              <w:t>285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1446A1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6755D" w14:textId="77777777" w:rsidR="004550E7" w:rsidRDefault="00000000">
            <w:pPr>
              <w:jc w:val="center"/>
            </w:pPr>
            <w:r>
              <w:rPr>
                <w:sz w:val="15"/>
              </w:rPr>
              <w:t>14.445</w:t>
            </w:r>
          </w:p>
        </w:tc>
      </w:tr>
      <w:tr w:rsidR="004550E7" w14:paraId="456EF43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4D53A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8FD26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7F9AE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828BDD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3C564F" w14:textId="77777777" w:rsidR="004550E7" w:rsidRDefault="00000000">
            <w:pPr>
              <w:jc w:val="center"/>
            </w:pPr>
            <w:r>
              <w:rPr>
                <w:sz w:val="15"/>
              </w:rPr>
              <w:t>369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C7D0F2" w14:textId="77777777" w:rsidR="004550E7" w:rsidRDefault="00000000">
            <w:pPr>
              <w:jc w:val="center"/>
            </w:pPr>
            <w:r>
              <w:rPr>
                <w:sz w:val="15"/>
              </w:rPr>
              <w:t>288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A788E3" w14:textId="77777777" w:rsidR="004550E7" w:rsidRDefault="00000000">
            <w:pPr>
              <w:jc w:val="center"/>
            </w:pPr>
            <w:r>
              <w:rPr>
                <w:sz w:val="15"/>
              </w:rPr>
              <w:t>319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3B5669" w14:textId="77777777" w:rsidR="004550E7" w:rsidRDefault="00000000">
            <w:pPr>
              <w:jc w:val="center"/>
            </w:pPr>
            <w:r>
              <w:rPr>
                <w:sz w:val="15"/>
              </w:rPr>
              <w:t>16.171</w:t>
            </w:r>
          </w:p>
        </w:tc>
      </w:tr>
      <w:tr w:rsidR="004550E7" w14:paraId="33E213DB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9B44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A6C69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D609A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FD461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535E50" w14:textId="77777777" w:rsidR="004550E7" w:rsidRDefault="00000000">
            <w:pPr>
              <w:jc w:val="center"/>
            </w:pPr>
            <w:r>
              <w:rPr>
                <w:sz w:val="15"/>
              </w:rPr>
              <w:t>426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55EB11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27DA5F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F13745" w14:textId="77777777" w:rsidR="004550E7" w:rsidRDefault="00000000">
            <w:pPr>
              <w:jc w:val="center"/>
            </w:pPr>
            <w:r>
              <w:rPr>
                <w:sz w:val="15"/>
              </w:rPr>
              <w:t>12.36</w:t>
            </w:r>
          </w:p>
        </w:tc>
      </w:tr>
      <w:tr w:rsidR="004550E7" w14:paraId="293F340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207E7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A0872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6CC60B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F688A8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E58E30" w14:textId="77777777" w:rsidR="004550E7" w:rsidRDefault="00000000">
            <w:pPr>
              <w:jc w:val="center"/>
            </w:pPr>
            <w:r>
              <w:rPr>
                <w:sz w:val="15"/>
              </w:rPr>
              <w:t>357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8CBCA1" w14:textId="77777777" w:rsidR="004550E7" w:rsidRDefault="00000000">
            <w:pPr>
              <w:jc w:val="center"/>
            </w:pPr>
            <w:r>
              <w:rPr>
                <w:sz w:val="15"/>
              </w:rPr>
              <w:t>331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D2343" w14:textId="77777777" w:rsidR="004550E7" w:rsidRDefault="00000000">
            <w:pPr>
              <w:jc w:val="center"/>
            </w:pPr>
            <w:r>
              <w:rPr>
                <w:sz w:val="15"/>
              </w:rPr>
              <w:t>343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AE92B7" w14:textId="77777777" w:rsidR="004550E7" w:rsidRDefault="00000000">
            <w:pPr>
              <w:jc w:val="center"/>
            </w:pPr>
            <w:r>
              <w:rPr>
                <w:sz w:val="15"/>
              </w:rPr>
              <w:t>3.543</w:t>
            </w:r>
          </w:p>
        </w:tc>
      </w:tr>
      <w:tr w:rsidR="004550E7" w14:paraId="654AF10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A9C5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0CCC9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1170A1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1ABE08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F9282C" w14:textId="77777777" w:rsidR="004550E7" w:rsidRDefault="00000000">
            <w:pPr>
              <w:jc w:val="center"/>
            </w:pPr>
            <w:r>
              <w:rPr>
                <w:sz w:val="15"/>
              </w:rPr>
              <w:t>363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871611" w14:textId="77777777" w:rsidR="004550E7" w:rsidRDefault="00000000">
            <w:pPr>
              <w:jc w:val="center"/>
            </w:pPr>
            <w:r>
              <w:rPr>
                <w:sz w:val="15"/>
              </w:rPr>
              <w:t>314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669492" w14:textId="77777777" w:rsidR="004550E7" w:rsidRDefault="00000000">
            <w:pPr>
              <w:jc w:val="center"/>
            </w:pPr>
            <w:r>
              <w:rPr>
                <w:sz w:val="15"/>
              </w:rPr>
              <w:t>329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5E6B65" w14:textId="77777777" w:rsidR="004550E7" w:rsidRDefault="00000000">
            <w:pPr>
              <w:jc w:val="center"/>
            </w:pPr>
            <w:r>
              <w:rPr>
                <w:sz w:val="15"/>
              </w:rPr>
              <w:t>10.469</w:t>
            </w:r>
          </w:p>
        </w:tc>
      </w:tr>
      <w:tr w:rsidR="004550E7" w14:paraId="57004E1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0DBD1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1CC90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58833C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AF5409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37C2CD" w14:textId="77777777" w:rsidR="004550E7" w:rsidRDefault="00000000">
            <w:pPr>
              <w:jc w:val="center"/>
            </w:pPr>
            <w:r>
              <w:rPr>
                <w:sz w:val="15"/>
              </w:rPr>
              <w:t>347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38EAAB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8F84CD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68EC6" w14:textId="77777777" w:rsidR="004550E7" w:rsidRDefault="00000000">
            <w:pPr>
              <w:jc w:val="center"/>
            </w:pPr>
            <w:r>
              <w:rPr>
                <w:sz w:val="15"/>
              </w:rPr>
              <w:t>4.585</w:t>
            </w:r>
          </w:p>
        </w:tc>
      </w:tr>
      <w:tr w:rsidR="004550E7" w14:paraId="46C83B62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C1CF68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3EA1F2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20260104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D7A099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38E5B2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D0CEE1" w14:textId="77777777" w:rsidR="004550E7" w:rsidRDefault="00000000">
            <w:pPr>
              <w:jc w:val="center"/>
            </w:pPr>
            <w:r>
              <w:rPr>
                <w:sz w:val="15"/>
              </w:rPr>
              <w:t>3460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9D7944" w14:textId="77777777" w:rsidR="004550E7" w:rsidRDefault="00000000">
            <w:pPr>
              <w:jc w:val="center"/>
            </w:pPr>
            <w:r>
              <w:rPr>
                <w:sz w:val="15"/>
              </w:rPr>
              <w:t>227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1CBFD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3BA224" w14:textId="77777777" w:rsidR="004550E7" w:rsidRDefault="00000000">
            <w:pPr>
              <w:jc w:val="center"/>
            </w:pPr>
            <w:r>
              <w:rPr>
                <w:sz w:val="15"/>
              </w:rPr>
              <w:t>15.524</w:t>
            </w:r>
          </w:p>
        </w:tc>
      </w:tr>
      <w:tr w:rsidR="004550E7" w14:paraId="7B9AC262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9B05A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33C1F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A4D75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E68191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58AD8" w14:textId="77777777" w:rsidR="004550E7" w:rsidRDefault="00000000">
            <w:pPr>
              <w:jc w:val="center"/>
            </w:pPr>
            <w:r>
              <w:rPr>
                <w:sz w:val="15"/>
              </w:rPr>
              <w:t>591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AC3AFD" w14:textId="77777777" w:rsidR="004550E7" w:rsidRDefault="00000000">
            <w:pPr>
              <w:jc w:val="center"/>
            </w:pPr>
            <w:r>
              <w:rPr>
                <w:sz w:val="15"/>
              </w:rPr>
              <w:t>245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5FD06E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BE19A" w14:textId="77777777" w:rsidR="004550E7" w:rsidRDefault="00000000">
            <w:pPr>
              <w:jc w:val="center"/>
            </w:pPr>
            <w:r>
              <w:rPr>
                <w:sz w:val="15"/>
              </w:rPr>
              <w:t>10.201</w:t>
            </w:r>
          </w:p>
        </w:tc>
      </w:tr>
      <w:tr w:rsidR="004550E7" w14:paraId="260D338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202A1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FC151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C0FD20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BB8731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3E6973" w14:textId="77777777" w:rsidR="004550E7" w:rsidRDefault="00000000">
            <w:pPr>
              <w:jc w:val="center"/>
            </w:pPr>
            <w:r>
              <w:rPr>
                <w:sz w:val="15"/>
              </w:rPr>
              <w:t>380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023FD" w14:textId="77777777" w:rsidR="004550E7" w:rsidRDefault="00000000">
            <w:pPr>
              <w:jc w:val="center"/>
            </w:pPr>
            <w:r>
              <w:rPr>
                <w:sz w:val="15"/>
              </w:rPr>
              <w:t>244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517820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7A4DF3" w14:textId="77777777" w:rsidR="004550E7" w:rsidRDefault="00000000">
            <w:pPr>
              <w:jc w:val="center"/>
            </w:pPr>
            <w:r>
              <w:rPr>
                <w:sz w:val="15"/>
              </w:rPr>
              <w:t>9.893</w:t>
            </w:r>
          </w:p>
        </w:tc>
      </w:tr>
      <w:tr w:rsidR="004550E7" w14:paraId="55C2BF7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7E8A1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85BD6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C0C33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0E96F6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C21DC1" w14:textId="77777777" w:rsidR="004550E7" w:rsidRDefault="00000000">
            <w:pPr>
              <w:jc w:val="center"/>
            </w:pPr>
            <w:r>
              <w:rPr>
                <w:sz w:val="15"/>
              </w:rPr>
              <w:t>362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FC4C68" w14:textId="77777777" w:rsidR="004550E7" w:rsidRDefault="00000000">
            <w:pPr>
              <w:jc w:val="center"/>
            </w:pPr>
            <w:r>
              <w:rPr>
                <w:sz w:val="15"/>
              </w:rPr>
              <w:t>227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0BFCB5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EA9E2C" w14:textId="77777777" w:rsidR="004550E7" w:rsidRDefault="00000000">
            <w:pPr>
              <w:jc w:val="center"/>
            </w:pPr>
            <w:r>
              <w:rPr>
                <w:sz w:val="15"/>
              </w:rPr>
              <w:t>6.313</w:t>
            </w:r>
          </w:p>
        </w:tc>
      </w:tr>
      <w:tr w:rsidR="004550E7" w14:paraId="57AD685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38555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2F5A1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9F78D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EAFC09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D3C6C1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7C99A7" w14:textId="77777777" w:rsidR="004550E7" w:rsidRDefault="00000000">
            <w:pPr>
              <w:jc w:val="center"/>
            </w:pPr>
            <w:r>
              <w:rPr>
                <w:sz w:val="15"/>
              </w:rPr>
              <w:t>290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1F76B4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19CBD4" w14:textId="77777777" w:rsidR="004550E7" w:rsidRDefault="00000000">
            <w:pPr>
              <w:jc w:val="center"/>
            </w:pPr>
            <w:r>
              <w:rPr>
                <w:sz w:val="15"/>
              </w:rPr>
              <w:t>12.165</w:t>
            </w:r>
          </w:p>
        </w:tc>
      </w:tr>
      <w:tr w:rsidR="004550E7" w14:paraId="51BBC8D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88DA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7B5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66F27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C3235A" w14:textId="77777777" w:rsidR="004550E7" w:rsidRDefault="00000000">
            <w:pPr>
              <w:jc w:val="center"/>
            </w:pPr>
            <w:r>
              <w:rPr>
                <w:sz w:val="15"/>
              </w:rPr>
              <w:t>251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301B05" w14:textId="77777777" w:rsidR="004550E7" w:rsidRDefault="00000000">
            <w:pPr>
              <w:jc w:val="center"/>
            </w:pPr>
            <w:r>
              <w:rPr>
                <w:sz w:val="15"/>
              </w:rPr>
              <w:t>385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897B29" w14:textId="77777777" w:rsidR="004550E7" w:rsidRDefault="00000000">
            <w:pPr>
              <w:jc w:val="center"/>
            </w:pPr>
            <w:r>
              <w:rPr>
                <w:sz w:val="15"/>
              </w:rPr>
              <w:t>228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46C6C3" w14:textId="77777777" w:rsidR="004550E7" w:rsidRDefault="00000000">
            <w:pPr>
              <w:jc w:val="center"/>
            </w:pPr>
            <w:r>
              <w:rPr>
                <w:sz w:val="15"/>
              </w:rPr>
              <w:t>323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43EBDA" w14:textId="77777777" w:rsidR="004550E7" w:rsidRDefault="00000000">
            <w:pPr>
              <w:jc w:val="center"/>
            </w:pPr>
            <w:r>
              <w:rPr>
                <w:sz w:val="15"/>
              </w:rPr>
              <w:t>10.567</w:t>
            </w:r>
          </w:p>
        </w:tc>
      </w:tr>
      <w:tr w:rsidR="004550E7" w14:paraId="250C247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148DE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9416A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4FE2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07B619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E1CE4D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B42521" w14:textId="77777777" w:rsidR="004550E7" w:rsidRDefault="00000000">
            <w:pPr>
              <w:jc w:val="center"/>
            </w:pPr>
            <w:r>
              <w:rPr>
                <w:sz w:val="15"/>
              </w:rPr>
              <w:t>302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0155EE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4A5784" w14:textId="77777777" w:rsidR="004550E7" w:rsidRDefault="00000000">
            <w:pPr>
              <w:jc w:val="center"/>
            </w:pPr>
            <w:r>
              <w:rPr>
                <w:sz w:val="15"/>
              </w:rPr>
              <w:t>12.976</w:t>
            </w:r>
          </w:p>
        </w:tc>
      </w:tr>
      <w:tr w:rsidR="004550E7" w14:paraId="6B1EF54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DED37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62B8C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5831AB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763281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7C6059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88F5DF" w14:textId="77777777" w:rsidR="004550E7" w:rsidRDefault="00000000">
            <w:pPr>
              <w:jc w:val="center"/>
            </w:pPr>
            <w:r>
              <w:rPr>
                <w:sz w:val="15"/>
              </w:rPr>
              <w:t>307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4D470D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AB8BCC" w14:textId="77777777" w:rsidR="004550E7" w:rsidRDefault="00000000">
            <w:pPr>
              <w:jc w:val="center"/>
            </w:pPr>
            <w:r>
              <w:rPr>
                <w:sz w:val="15"/>
              </w:rPr>
              <w:t>5.894</w:t>
            </w:r>
          </w:p>
        </w:tc>
      </w:tr>
      <w:tr w:rsidR="004550E7" w14:paraId="15E48EF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B4EC1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D2819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1E653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ADFD02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CFFD0F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2BFF4A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EDA7BB" w14:textId="77777777" w:rsidR="004550E7" w:rsidRDefault="00000000">
            <w:pPr>
              <w:jc w:val="center"/>
            </w:pPr>
            <w:r>
              <w:rPr>
                <w:sz w:val="15"/>
              </w:rPr>
              <w:t>321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486F5A" w14:textId="77777777" w:rsidR="004550E7" w:rsidRDefault="00000000">
            <w:pPr>
              <w:jc w:val="center"/>
            </w:pPr>
            <w:r>
              <w:rPr>
                <w:sz w:val="15"/>
              </w:rPr>
              <w:t>7.182</w:t>
            </w:r>
          </w:p>
        </w:tc>
      </w:tr>
      <w:tr w:rsidR="004550E7" w14:paraId="5DB016D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4C4C5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19F742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2F5B71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D3EE4C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6990FC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EBCFF1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951376" w14:textId="77777777" w:rsidR="004550E7" w:rsidRDefault="00000000">
            <w:pPr>
              <w:jc w:val="center"/>
            </w:pPr>
            <w:r>
              <w:rPr>
                <w:sz w:val="15"/>
              </w:rPr>
              <w:t>330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187792" w14:textId="77777777" w:rsidR="004550E7" w:rsidRDefault="00000000">
            <w:pPr>
              <w:jc w:val="center"/>
            </w:pPr>
            <w:r>
              <w:rPr>
                <w:sz w:val="15"/>
              </w:rPr>
              <w:t>9.676</w:t>
            </w:r>
          </w:p>
        </w:tc>
      </w:tr>
      <w:tr w:rsidR="004550E7" w14:paraId="3396528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9519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6B974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98141A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480CF4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25A883" w14:textId="77777777" w:rsidR="004550E7" w:rsidRDefault="00000000">
            <w:pPr>
              <w:jc w:val="center"/>
            </w:pPr>
            <w:r>
              <w:rPr>
                <w:sz w:val="15"/>
              </w:rPr>
              <w:t>395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BE6216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C5BE2F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1DE2E6" w14:textId="77777777" w:rsidR="004550E7" w:rsidRDefault="00000000">
            <w:pPr>
              <w:jc w:val="center"/>
            </w:pPr>
            <w:r>
              <w:rPr>
                <w:sz w:val="15"/>
              </w:rPr>
              <w:t>8.091</w:t>
            </w:r>
          </w:p>
        </w:tc>
      </w:tr>
      <w:tr w:rsidR="004550E7" w14:paraId="535E8F2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E87E4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421C7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4B394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E050A6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82C892" w14:textId="77777777" w:rsidR="004550E7" w:rsidRDefault="00000000">
            <w:pPr>
              <w:jc w:val="center"/>
            </w:pPr>
            <w:r>
              <w:rPr>
                <w:sz w:val="15"/>
              </w:rPr>
              <w:t>381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5561D5" w14:textId="77777777" w:rsidR="004550E7" w:rsidRDefault="00000000">
            <w:pPr>
              <w:jc w:val="center"/>
            </w:pPr>
            <w:r>
              <w:rPr>
                <w:sz w:val="15"/>
              </w:rPr>
              <w:t>299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96E539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48211" w14:textId="77777777" w:rsidR="004550E7" w:rsidRDefault="00000000">
            <w:pPr>
              <w:jc w:val="center"/>
            </w:pPr>
            <w:r>
              <w:rPr>
                <w:sz w:val="15"/>
              </w:rPr>
              <w:t>8.658</w:t>
            </w:r>
          </w:p>
        </w:tc>
      </w:tr>
      <w:tr w:rsidR="004550E7" w14:paraId="55521FA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6C83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5C129E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42FE0F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1943F0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03AC3" w14:textId="77777777" w:rsidR="004550E7" w:rsidRDefault="00000000">
            <w:pPr>
              <w:jc w:val="center"/>
            </w:pPr>
            <w:r>
              <w:rPr>
                <w:sz w:val="15"/>
              </w:rPr>
              <w:t>363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EB05E2" w14:textId="77777777" w:rsidR="004550E7" w:rsidRDefault="00000000">
            <w:pPr>
              <w:jc w:val="center"/>
            </w:pPr>
            <w:r>
              <w:rPr>
                <w:sz w:val="15"/>
              </w:rPr>
              <w:t>247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4D8E0A" w14:textId="77777777" w:rsidR="004550E7" w:rsidRDefault="00000000">
            <w:pPr>
              <w:jc w:val="center"/>
            </w:pPr>
            <w:r>
              <w:rPr>
                <w:sz w:val="15"/>
              </w:rPr>
              <w:t>333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4ECE6D" w14:textId="77777777" w:rsidR="004550E7" w:rsidRDefault="00000000">
            <w:pPr>
              <w:jc w:val="center"/>
            </w:pPr>
            <w:r>
              <w:rPr>
                <w:sz w:val="15"/>
              </w:rPr>
              <w:t>9.31</w:t>
            </w:r>
          </w:p>
        </w:tc>
      </w:tr>
      <w:tr w:rsidR="004550E7" w14:paraId="50BCCA9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957E1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13478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AC7DC1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614249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38B6F3" w14:textId="77777777" w:rsidR="004550E7" w:rsidRDefault="00000000">
            <w:pPr>
              <w:jc w:val="center"/>
            </w:pPr>
            <w:r>
              <w:rPr>
                <w:sz w:val="15"/>
              </w:rPr>
              <w:t>338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CF463D" w14:textId="77777777" w:rsidR="004550E7" w:rsidRDefault="00000000">
            <w:pPr>
              <w:jc w:val="center"/>
            </w:pPr>
            <w:r>
              <w:rPr>
                <w:sz w:val="15"/>
              </w:rPr>
              <w:t>310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C69AAD" w14:textId="77777777" w:rsidR="004550E7" w:rsidRDefault="00000000">
            <w:pPr>
              <w:jc w:val="center"/>
            </w:pPr>
            <w:r>
              <w:rPr>
                <w:sz w:val="15"/>
              </w:rPr>
              <w:t>324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28DD41" w14:textId="77777777" w:rsidR="004550E7" w:rsidRDefault="00000000">
            <w:pPr>
              <w:jc w:val="center"/>
            </w:pPr>
            <w:r>
              <w:rPr>
                <w:sz w:val="15"/>
              </w:rPr>
              <w:t>8.074</w:t>
            </w:r>
          </w:p>
        </w:tc>
      </w:tr>
      <w:tr w:rsidR="004550E7" w14:paraId="23F852A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B4399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11A3E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C8C2BC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E37187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87099B" w14:textId="77777777" w:rsidR="004550E7" w:rsidRDefault="00000000">
            <w:pPr>
              <w:jc w:val="center"/>
            </w:pPr>
            <w:r>
              <w:rPr>
                <w:sz w:val="15"/>
              </w:rPr>
              <w:t>359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8856AD" w14:textId="77777777" w:rsidR="004550E7" w:rsidRDefault="00000000">
            <w:pPr>
              <w:jc w:val="center"/>
            </w:pPr>
            <w:r>
              <w:rPr>
                <w:sz w:val="15"/>
              </w:rPr>
              <w:t>323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1FCBE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9F352" w14:textId="77777777" w:rsidR="004550E7" w:rsidRDefault="00000000">
            <w:pPr>
              <w:jc w:val="center"/>
            </w:pPr>
            <w:r>
              <w:rPr>
                <w:sz w:val="15"/>
              </w:rPr>
              <w:t>7.913</w:t>
            </w:r>
          </w:p>
        </w:tc>
      </w:tr>
      <w:tr w:rsidR="004550E7" w14:paraId="34D3104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879D8C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B3C545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A3D7D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9CED0F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3F4611" w14:textId="77777777" w:rsidR="004550E7" w:rsidRDefault="00000000">
            <w:pPr>
              <w:jc w:val="center"/>
            </w:pPr>
            <w:r>
              <w:rPr>
                <w:sz w:val="15"/>
              </w:rPr>
              <w:t>368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6FF069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66DE43" w14:textId="77777777" w:rsidR="004550E7" w:rsidRDefault="00000000">
            <w:pPr>
              <w:jc w:val="center"/>
            </w:pPr>
            <w:r>
              <w:rPr>
                <w:sz w:val="15"/>
              </w:rPr>
              <w:t>344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697C51" w14:textId="77777777" w:rsidR="004550E7" w:rsidRDefault="00000000">
            <w:pPr>
              <w:jc w:val="center"/>
            </w:pPr>
            <w:r>
              <w:rPr>
                <w:sz w:val="15"/>
              </w:rPr>
              <w:t>2.653</w:t>
            </w:r>
          </w:p>
        </w:tc>
      </w:tr>
      <w:tr w:rsidR="004550E7" w14:paraId="6E510F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257B3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F4E8F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9AFCFD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E84FE6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4E0A29" w14:textId="77777777" w:rsidR="004550E7" w:rsidRDefault="00000000">
            <w:pPr>
              <w:jc w:val="center"/>
            </w:pPr>
            <w:r>
              <w:rPr>
                <w:sz w:val="15"/>
              </w:rPr>
              <w:t>366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8BE67" w14:textId="77777777" w:rsidR="004550E7" w:rsidRDefault="00000000">
            <w:pPr>
              <w:jc w:val="center"/>
            </w:pPr>
            <w:r>
              <w:rPr>
                <w:sz w:val="15"/>
              </w:rPr>
              <w:t>320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DD6AC1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555957" w14:textId="77777777" w:rsidR="004550E7" w:rsidRDefault="00000000">
            <w:pPr>
              <w:jc w:val="center"/>
            </w:pPr>
            <w:r>
              <w:rPr>
                <w:sz w:val="15"/>
              </w:rPr>
              <w:t>6.398</w:t>
            </w:r>
          </w:p>
        </w:tc>
      </w:tr>
      <w:tr w:rsidR="004550E7" w14:paraId="4E62C04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C5261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52F2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2D4661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F1CE15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7BC31D" w14:textId="77777777" w:rsidR="004550E7" w:rsidRDefault="00000000">
            <w:pPr>
              <w:jc w:val="center"/>
            </w:pPr>
            <w:r>
              <w:rPr>
                <w:sz w:val="15"/>
              </w:rPr>
              <w:t>392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F8EDF4" w14:textId="77777777" w:rsidR="004550E7" w:rsidRDefault="00000000">
            <w:pPr>
              <w:jc w:val="center"/>
            </w:pPr>
            <w:r>
              <w:rPr>
                <w:sz w:val="15"/>
              </w:rPr>
              <w:t>311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CD68E1" w14:textId="77777777" w:rsidR="004550E7" w:rsidRDefault="00000000">
            <w:pPr>
              <w:jc w:val="center"/>
            </w:pPr>
            <w:r>
              <w:rPr>
                <w:sz w:val="15"/>
              </w:rPr>
              <w:t>363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3D6545" w14:textId="77777777" w:rsidR="004550E7" w:rsidRDefault="00000000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4550E7" w14:paraId="4E5343D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76AD0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D8898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202142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A8C36E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5E46B9" w14:textId="77777777" w:rsidR="004550E7" w:rsidRDefault="00000000">
            <w:pPr>
              <w:jc w:val="center"/>
            </w:pPr>
            <w:r>
              <w:rPr>
                <w:sz w:val="15"/>
              </w:rPr>
              <w:t>366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CC197A" w14:textId="77777777" w:rsidR="004550E7" w:rsidRDefault="00000000">
            <w:pPr>
              <w:jc w:val="center"/>
            </w:pPr>
            <w:r>
              <w:rPr>
                <w:sz w:val="15"/>
              </w:rPr>
              <w:t>273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FA10F3" w14:textId="77777777" w:rsidR="004550E7" w:rsidRDefault="00000000">
            <w:pPr>
              <w:jc w:val="center"/>
            </w:pPr>
            <w:r>
              <w:rPr>
                <w:sz w:val="15"/>
              </w:rPr>
              <w:t>305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8F386" w14:textId="77777777" w:rsidR="004550E7" w:rsidRDefault="00000000">
            <w:pPr>
              <w:jc w:val="center"/>
            </w:pPr>
            <w:r>
              <w:rPr>
                <w:sz w:val="15"/>
              </w:rPr>
              <w:t>10.528</w:t>
            </w:r>
          </w:p>
        </w:tc>
      </w:tr>
      <w:tr w:rsidR="004550E7" w14:paraId="22FAFD6C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5E084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70C46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2C05ED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EC32C1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641844" w14:textId="77777777" w:rsidR="004550E7" w:rsidRDefault="00000000">
            <w:pPr>
              <w:jc w:val="center"/>
            </w:pPr>
            <w:r>
              <w:rPr>
                <w:sz w:val="15"/>
              </w:rPr>
              <w:t>358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03AFBD" w14:textId="77777777" w:rsidR="004550E7" w:rsidRDefault="00000000">
            <w:pPr>
              <w:jc w:val="center"/>
            </w:pPr>
            <w:r>
              <w:rPr>
                <w:sz w:val="15"/>
              </w:rPr>
              <w:t>238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79A0A2" w14:textId="77777777" w:rsidR="004550E7" w:rsidRDefault="00000000">
            <w:pPr>
              <w:jc w:val="center"/>
            </w:pPr>
            <w:r>
              <w:rPr>
                <w:sz w:val="15"/>
              </w:rPr>
              <w:t>314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141874" w14:textId="77777777" w:rsidR="004550E7" w:rsidRDefault="00000000">
            <w:pPr>
              <w:jc w:val="center"/>
            </w:pPr>
            <w:r>
              <w:rPr>
                <w:sz w:val="15"/>
              </w:rPr>
              <w:t>14.135</w:t>
            </w:r>
          </w:p>
        </w:tc>
      </w:tr>
      <w:tr w:rsidR="004550E7" w14:paraId="44BC222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8E5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EB8A2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F20910E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697C1B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CB1696" w14:textId="77777777" w:rsidR="004550E7" w:rsidRDefault="00000000">
            <w:pPr>
              <w:jc w:val="center"/>
            </w:pPr>
            <w:r>
              <w:rPr>
                <w:sz w:val="15"/>
              </w:rPr>
              <w:t>353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2E5F38" w14:textId="77777777" w:rsidR="004550E7" w:rsidRDefault="00000000">
            <w:pPr>
              <w:jc w:val="center"/>
            </w:pPr>
            <w:r>
              <w:rPr>
                <w:sz w:val="15"/>
              </w:rPr>
              <w:t>293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7C24E" w14:textId="77777777" w:rsidR="004550E7" w:rsidRDefault="00000000">
            <w:pPr>
              <w:jc w:val="center"/>
            </w:pPr>
            <w:r>
              <w:rPr>
                <w:sz w:val="15"/>
              </w:rPr>
              <w:t>319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B617CE" w14:textId="77777777" w:rsidR="004550E7" w:rsidRDefault="00000000">
            <w:pPr>
              <w:jc w:val="center"/>
            </w:pPr>
            <w:r>
              <w:rPr>
                <w:sz w:val="15"/>
              </w:rPr>
              <w:t>14.401</w:t>
            </w:r>
          </w:p>
        </w:tc>
      </w:tr>
      <w:tr w:rsidR="004550E7" w14:paraId="624CA03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766C9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2F8D9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583D1D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2D639D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537566" w14:textId="77777777" w:rsidR="004550E7" w:rsidRDefault="00000000">
            <w:pPr>
              <w:jc w:val="center"/>
            </w:pPr>
            <w:r>
              <w:rPr>
                <w:sz w:val="15"/>
              </w:rPr>
              <w:t>417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CB8B2A" w14:textId="77777777" w:rsidR="004550E7" w:rsidRDefault="00000000">
            <w:pPr>
              <w:jc w:val="center"/>
            </w:pPr>
            <w:r>
              <w:rPr>
                <w:sz w:val="15"/>
              </w:rPr>
              <w:t>239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A6C48C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CED84B" w14:textId="77777777" w:rsidR="004550E7" w:rsidRDefault="00000000">
            <w:pPr>
              <w:jc w:val="center"/>
            </w:pPr>
            <w:r>
              <w:rPr>
                <w:sz w:val="15"/>
              </w:rPr>
              <w:t>13.892</w:t>
            </w:r>
          </w:p>
        </w:tc>
      </w:tr>
      <w:tr w:rsidR="004550E7" w14:paraId="12880B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AC530D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FADC1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DAF576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07A129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BE6DF3" w14:textId="77777777" w:rsidR="004550E7" w:rsidRDefault="00000000">
            <w:pPr>
              <w:jc w:val="center"/>
            </w:pPr>
            <w:r>
              <w:rPr>
                <w:sz w:val="15"/>
              </w:rPr>
              <w:t>386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8CC4C3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65639A" w14:textId="77777777" w:rsidR="004550E7" w:rsidRDefault="00000000">
            <w:pPr>
              <w:jc w:val="center"/>
            </w:pPr>
            <w:r>
              <w:rPr>
                <w:sz w:val="15"/>
              </w:rPr>
              <w:t>343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AAE10B" w14:textId="77777777" w:rsidR="004550E7" w:rsidRDefault="00000000">
            <w:pPr>
              <w:jc w:val="center"/>
            </w:pPr>
            <w:r>
              <w:rPr>
                <w:sz w:val="15"/>
              </w:rPr>
              <w:t>4.812</w:t>
            </w:r>
          </w:p>
        </w:tc>
      </w:tr>
      <w:tr w:rsidR="004550E7" w14:paraId="6CA28C9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20E52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0411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41BE559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3A4DD6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C90806" w14:textId="77777777" w:rsidR="004550E7" w:rsidRDefault="00000000">
            <w:pPr>
              <w:jc w:val="center"/>
            </w:pPr>
            <w:r>
              <w:rPr>
                <w:sz w:val="15"/>
              </w:rPr>
              <w:t>369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459CA0" w14:textId="77777777" w:rsidR="004550E7" w:rsidRDefault="00000000">
            <w:pPr>
              <w:jc w:val="center"/>
            </w:pPr>
            <w:r>
              <w:rPr>
                <w:sz w:val="15"/>
              </w:rPr>
              <w:t>259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96AD26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7D4A93" w14:textId="77777777" w:rsidR="004550E7" w:rsidRDefault="00000000">
            <w:pPr>
              <w:jc w:val="center"/>
            </w:pPr>
            <w:r>
              <w:rPr>
                <w:sz w:val="15"/>
              </w:rPr>
              <w:t>12.918</w:t>
            </w:r>
          </w:p>
        </w:tc>
      </w:tr>
      <w:tr w:rsidR="004550E7" w14:paraId="2BD4E04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F9717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831456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AFF7DE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C4C435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A806D0" w14:textId="77777777" w:rsidR="004550E7" w:rsidRDefault="00000000">
            <w:pPr>
              <w:jc w:val="center"/>
            </w:pPr>
            <w:r>
              <w:rPr>
                <w:sz w:val="15"/>
              </w:rPr>
              <w:t>358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1A2011" w14:textId="77777777" w:rsidR="004550E7" w:rsidRDefault="00000000">
            <w:pPr>
              <w:jc w:val="center"/>
            </w:pPr>
            <w:r>
              <w:rPr>
                <w:sz w:val="15"/>
              </w:rPr>
              <w:t>255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4D2975" w14:textId="77777777" w:rsidR="004550E7" w:rsidRDefault="00000000">
            <w:pPr>
              <w:jc w:val="center"/>
            </w:pPr>
            <w:r>
              <w:rPr>
                <w:sz w:val="15"/>
              </w:rPr>
              <w:t>320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3C3BF5" w14:textId="77777777" w:rsidR="004550E7" w:rsidRDefault="00000000">
            <w:pPr>
              <w:jc w:val="center"/>
            </w:pPr>
            <w:r>
              <w:rPr>
                <w:sz w:val="15"/>
              </w:rPr>
              <w:t>6.133</w:t>
            </w:r>
          </w:p>
        </w:tc>
      </w:tr>
      <w:tr w:rsidR="004550E7" w14:paraId="0CD83D00" w14:textId="77777777">
        <w:trPr>
          <w:cantSplit/>
          <w:jc w:val="center"/>
        </w:trPr>
        <w:tc>
          <w:tcPr>
            <w:tcW w:w="652" w:type="dxa"/>
            <w:vMerge w:val="restart"/>
            <w:shd w:val="clear" w:color="auto" w:fill="E8EFF6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ADA997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MCHC</w:t>
            </w:r>
          </w:p>
        </w:tc>
        <w:tc>
          <w:tcPr>
            <w:tcW w:w="1020" w:type="dxa"/>
            <w:vMerge w:val="restart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4FC180" w14:textId="77777777" w:rsidR="004550E7" w:rsidRDefault="00000000">
            <w:pPr>
              <w:jc w:val="center"/>
            </w:pPr>
            <w:r>
              <w:rPr>
                <w:b/>
                <w:sz w:val="15"/>
              </w:rPr>
              <w:t>20260105</w:t>
            </w:r>
          </w:p>
        </w:tc>
        <w:tc>
          <w:tcPr>
            <w:tcW w:w="3203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BF1575" w14:textId="77777777" w:rsidR="004550E7" w:rsidRDefault="00000000">
            <w:pPr>
              <w:jc w:val="center"/>
            </w:pPr>
            <w:r>
              <w:rPr>
                <w:sz w:val="15"/>
              </w:rPr>
              <w:t>缺省组</w:t>
            </w:r>
          </w:p>
        </w:tc>
        <w:tc>
          <w:tcPr>
            <w:tcW w:w="765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A6E7B1" w14:textId="77777777" w:rsidR="004550E7" w:rsidRDefault="00000000">
            <w:pPr>
              <w:jc w:val="center"/>
            </w:pPr>
            <w:r>
              <w:rPr>
                <w:sz w:val="15"/>
              </w:rPr>
              <w:t>1815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13685E" w14:textId="77777777" w:rsidR="004550E7" w:rsidRDefault="00000000">
            <w:pPr>
              <w:jc w:val="center"/>
            </w:pPr>
            <w:r>
              <w:rPr>
                <w:sz w:val="15"/>
              </w:rPr>
              <w:t>3451</w:t>
            </w:r>
          </w:p>
        </w:tc>
        <w:tc>
          <w:tcPr>
            <w:tcW w:w="82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78351" w14:textId="77777777" w:rsidR="004550E7" w:rsidRDefault="00000000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957180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shd w:val="clear" w:color="auto" w:fill="F3F6F9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300262" w14:textId="77777777" w:rsidR="004550E7" w:rsidRDefault="00000000">
            <w:pPr>
              <w:jc w:val="center"/>
            </w:pPr>
            <w:r>
              <w:rPr>
                <w:sz w:val="15"/>
              </w:rPr>
              <w:t>13.929</w:t>
            </w:r>
          </w:p>
        </w:tc>
      </w:tr>
      <w:tr w:rsidR="004550E7" w14:paraId="7386A9F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A8E2D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135B0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6E35E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BC-5180/BC-5380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9D7B38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8CE6AA" w14:textId="77777777" w:rsidR="004550E7" w:rsidRDefault="00000000">
            <w:pPr>
              <w:jc w:val="center"/>
            </w:pPr>
            <w:r>
              <w:rPr>
                <w:sz w:val="15"/>
              </w:rPr>
              <w:t>3451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9E0FF" w14:textId="77777777" w:rsidR="004550E7" w:rsidRDefault="00000000">
            <w:pPr>
              <w:jc w:val="center"/>
            </w:pPr>
            <w:r>
              <w:rPr>
                <w:sz w:val="15"/>
              </w:rPr>
              <w:t>142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B97D4A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853E0" w14:textId="77777777" w:rsidR="004550E7" w:rsidRDefault="00000000">
            <w:pPr>
              <w:jc w:val="center"/>
            </w:pPr>
            <w:r>
              <w:rPr>
                <w:sz w:val="15"/>
              </w:rPr>
              <w:t>9.991</w:t>
            </w:r>
          </w:p>
        </w:tc>
      </w:tr>
      <w:tr w:rsidR="004550E7" w14:paraId="607D412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3350A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AA147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E03ED2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BC-5390/BC-5310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D6E876" w14:textId="77777777" w:rsidR="004550E7" w:rsidRDefault="00000000">
            <w:pPr>
              <w:jc w:val="center"/>
            </w:pPr>
            <w:r>
              <w:rPr>
                <w:sz w:val="15"/>
              </w:rPr>
              <w:t>139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A0DF78" w14:textId="77777777" w:rsidR="004550E7" w:rsidRDefault="00000000">
            <w:pPr>
              <w:jc w:val="center"/>
            </w:pPr>
            <w:r>
              <w:rPr>
                <w:sz w:val="15"/>
              </w:rPr>
              <w:t>388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4A9C7F4" w14:textId="77777777" w:rsidR="004550E7" w:rsidRDefault="00000000">
            <w:pPr>
              <w:jc w:val="center"/>
            </w:pPr>
            <w:r>
              <w:rPr>
                <w:sz w:val="15"/>
              </w:rPr>
              <w:t>134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88874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476F15" w14:textId="77777777" w:rsidR="004550E7" w:rsidRDefault="00000000">
            <w:pPr>
              <w:jc w:val="center"/>
            </w:pPr>
            <w:r>
              <w:rPr>
                <w:sz w:val="15"/>
              </w:rPr>
              <w:t>10.423</w:t>
            </w:r>
          </w:p>
        </w:tc>
      </w:tr>
      <w:tr w:rsidR="004550E7" w14:paraId="0ACCCAE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39A387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433F8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E8A41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BC-6000/BC-7500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ECBB70" w14:textId="77777777" w:rsidR="004550E7" w:rsidRDefault="00000000">
            <w:pPr>
              <w:jc w:val="center"/>
            </w:pPr>
            <w:r>
              <w:rPr>
                <w:sz w:val="15"/>
              </w:rPr>
              <w:t>148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DF7580" w14:textId="77777777" w:rsidR="004550E7" w:rsidRDefault="00000000">
            <w:pPr>
              <w:jc w:val="center"/>
            </w:pPr>
            <w:r>
              <w:rPr>
                <w:sz w:val="15"/>
              </w:rPr>
              <w:t>364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ABAA16" w14:textId="77777777" w:rsidR="004550E7" w:rsidRDefault="00000000">
            <w:pPr>
              <w:jc w:val="center"/>
            </w:pPr>
            <w:r>
              <w:rPr>
                <w:sz w:val="15"/>
              </w:rPr>
              <w:t>143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A8C7C2" w14:textId="77777777" w:rsidR="004550E7" w:rsidRDefault="00000000">
            <w:pPr>
              <w:jc w:val="center"/>
            </w:pPr>
            <w:r>
              <w:rPr>
                <w:sz w:val="15"/>
              </w:rPr>
              <w:t>327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045F66" w14:textId="77777777" w:rsidR="004550E7" w:rsidRDefault="00000000">
            <w:pPr>
              <w:jc w:val="center"/>
            </w:pPr>
            <w:r>
              <w:rPr>
                <w:sz w:val="15"/>
              </w:rPr>
              <w:t>6.526</w:t>
            </w:r>
          </w:p>
        </w:tc>
      </w:tr>
      <w:tr w:rsidR="004550E7" w14:paraId="75C1E367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9113F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B834A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C92551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BC-5100/BC-5300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A959E3" w14:textId="77777777" w:rsidR="004550E7" w:rsidRDefault="00000000">
            <w:pPr>
              <w:jc w:val="center"/>
            </w:pPr>
            <w:r>
              <w:rPr>
                <w:sz w:val="15"/>
              </w:rPr>
              <w:t>44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EA1B8E" w14:textId="77777777" w:rsidR="004550E7" w:rsidRDefault="00000000">
            <w:pPr>
              <w:jc w:val="center"/>
            </w:pPr>
            <w:r>
              <w:rPr>
                <w:sz w:val="15"/>
              </w:rPr>
              <w:t>385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2FD202" w14:textId="77777777" w:rsidR="004550E7" w:rsidRDefault="00000000">
            <w:pPr>
              <w:jc w:val="center"/>
            </w:pPr>
            <w:r>
              <w:rPr>
                <w:sz w:val="15"/>
              </w:rPr>
              <w:t>313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984BC6" w14:textId="77777777" w:rsidR="004550E7" w:rsidRDefault="00000000">
            <w:pPr>
              <w:jc w:val="center"/>
            </w:pPr>
            <w:r>
              <w:rPr>
                <w:sz w:val="15"/>
              </w:rPr>
              <w:t>336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9FDBD9" w14:textId="77777777" w:rsidR="004550E7" w:rsidRDefault="00000000">
            <w:pPr>
              <w:jc w:val="center"/>
            </w:pPr>
            <w:r>
              <w:rPr>
                <w:sz w:val="15"/>
              </w:rPr>
              <w:t>14.068</w:t>
            </w:r>
          </w:p>
        </w:tc>
      </w:tr>
      <w:tr w:rsidR="004550E7" w14:paraId="30C0C174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3DE2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3579FA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95340D" w14:textId="77777777" w:rsidR="004550E7" w:rsidRDefault="00000000">
            <w:pPr>
              <w:jc w:val="center"/>
            </w:pPr>
            <w:r>
              <w:rPr>
                <w:sz w:val="15"/>
              </w:rPr>
              <w:t>迈瑞其他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FAB475" w14:textId="77777777" w:rsidR="004550E7" w:rsidRDefault="00000000">
            <w:pPr>
              <w:jc w:val="center"/>
            </w:pPr>
            <w:r>
              <w:rPr>
                <w:sz w:val="15"/>
              </w:rPr>
              <w:t>251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E9CF42" w14:textId="77777777" w:rsidR="004550E7" w:rsidRDefault="00000000">
            <w:pPr>
              <w:jc w:val="center"/>
            </w:pPr>
            <w:r>
              <w:rPr>
                <w:sz w:val="15"/>
              </w:rPr>
              <w:t>390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C10040" w14:textId="77777777" w:rsidR="004550E7" w:rsidRDefault="00000000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3378F5" w14:textId="77777777" w:rsidR="004550E7" w:rsidRDefault="00000000">
            <w:pPr>
              <w:jc w:val="center"/>
            </w:pPr>
            <w:r>
              <w:rPr>
                <w:sz w:val="15"/>
              </w:rPr>
              <w:t>332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B42374" w14:textId="77777777" w:rsidR="004550E7" w:rsidRDefault="00000000">
            <w:pPr>
              <w:jc w:val="center"/>
            </w:pPr>
            <w:r>
              <w:rPr>
                <w:sz w:val="15"/>
              </w:rPr>
              <w:t>12.128</w:t>
            </w:r>
          </w:p>
        </w:tc>
      </w:tr>
      <w:tr w:rsidR="004550E7" w14:paraId="061C0AF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CA4E5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2C393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9BFC7A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BC-5000/BC-5150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73193B5" w14:textId="77777777" w:rsidR="004550E7" w:rsidRDefault="00000000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FC7A38" w14:textId="77777777" w:rsidR="004550E7" w:rsidRDefault="00000000">
            <w:pPr>
              <w:jc w:val="center"/>
            </w:pPr>
            <w:r>
              <w:rPr>
                <w:sz w:val="15"/>
              </w:rPr>
              <w:t>363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E98CAA" w14:textId="77777777" w:rsidR="004550E7" w:rsidRDefault="00000000">
            <w:pPr>
              <w:jc w:val="center"/>
            </w:pPr>
            <w:r>
              <w:rPr>
                <w:sz w:val="15"/>
              </w:rPr>
              <w:t>302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C612D3" w14:textId="77777777" w:rsidR="004550E7" w:rsidRDefault="00000000">
            <w:pPr>
              <w:jc w:val="center"/>
            </w:pPr>
            <w:r>
              <w:rPr>
                <w:sz w:val="15"/>
              </w:rPr>
              <w:t>335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CD03EA" w14:textId="77777777" w:rsidR="004550E7" w:rsidRDefault="00000000">
            <w:pPr>
              <w:jc w:val="center"/>
            </w:pPr>
            <w:r>
              <w:rPr>
                <w:sz w:val="15"/>
              </w:rPr>
              <w:t>11.514</w:t>
            </w:r>
          </w:p>
        </w:tc>
      </w:tr>
      <w:tr w:rsidR="004550E7" w14:paraId="6D31944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DE63B9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A4ABE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405A7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BC760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39A2D3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28333F" w14:textId="77777777" w:rsidR="004550E7" w:rsidRDefault="00000000">
            <w:pPr>
              <w:jc w:val="center"/>
            </w:pPr>
            <w:r>
              <w:rPr>
                <w:sz w:val="15"/>
              </w:rPr>
              <w:t>348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42D361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B3DB65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F4A382" w14:textId="77777777" w:rsidR="004550E7" w:rsidRDefault="00000000">
            <w:pPr>
              <w:jc w:val="center"/>
            </w:pPr>
            <w:r>
              <w:rPr>
                <w:sz w:val="15"/>
              </w:rPr>
              <w:t>6.738</w:t>
            </w:r>
          </w:p>
        </w:tc>
      </w:tr>
      <w:tr w:rsidR="004550E7" w14:paraId="1BAD172A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136BA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1493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FB63C" w14:textId="77777777" w:rsidR="004550E7" w:rsidRDefault="00000000">
            <w:pPr>
              <w:jc w:val="center"/>
            </w:pPr>
            <w:r>
              <w:rPr>
                <w:sz w:val="15"/>
              </w:rPr>
              <w:t>迈瑞</w:t>
            </w:r>
            <w:r>
              <w:rPr>
                <w:sz w:val="15"/>
              </w:rPr>
              <w:t>BC-3000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DF0A2B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95DC73" w14:textId="77777777" w:rsidR="004550E7" w:rsidRDefault="00000000">
            <w:pPr>
              <w:jc w:val="center"/>
            </w:pPr>
            <w:r>
              <w:rPr>
                <w:sz w:val="15"/>
              </w:rPr>
              <w:t>367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3716E5" w14:textId="77777777" w:rsidR="004550E7" w:rsidRDefault="00000000">
            <w:pPr>
              <w:jc w:val="center"/>
            </w:pPr>
            <w:r>
              <w:rPr>
                <w:sz w:val="15"/>
              </w:rPr>
              <w:t>309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76376B" w14:textId="77777777" w:rsidR="004550E7" w:rsidRDefault="00000000">
            <w:pPr>
              <w:jc w:val="center"/>
            </w:pPr>
            <w:r>
              <w:rPr>
                <w:sz w:val="15"/>
              </w:rPr>
              <w:t>335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38D0C0" w14:textId="77777777" w:rsidR="004550E7" w:rsidRDefault="00000000">
            <w:pPr>
              <w:jc w:val="center"/>
            </w:pPr>
            <w:r>
              <w:rPr>
                <w:sz w:val="15"/>
              </w:rPr>
              <w:t>7.977</w:t>
            </w:r>
          </w:p>
        </w:tc>
      </w:tr>
      <w:tr w:rsidR="004550E7" w14:paraId="48935C4F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5E6FB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EF8D1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803FF73" w14:textId="77777777" w:rsidR="004550E7" w:rsidRDefault="00000000">
            <w:pPr>
              <w:jc w:val="center"/>
            </w:pPr>
            <w:r>
              <w:rPr>
                <w:sz w:val="15"/>
              </w:rPr>
              <w:t>深圳科曼仪器组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6BA7D5" w14:textId="77777777" w:rsidR="004550E7" w:rsidRDefault="00000000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12740A" w14:textId="77777777" w:rsidR="004550E7" w:rsidRDefault="00000000">
            <w:pPr>
              <w:jc w:val="center"/>
            </w:pPr>
            <w:r>
              <w:rPr>
                <w:sz w:val="15"/>
              </w:rPr>
              <w:t>359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FA7F6C" w14:textId="77777777" w:rsidR="004550E7" w:rsidRDefault="00000000">
            <w:pPr>
              <w:jc w:val="center"/>
            </w:pPr>
            <w:r>
              <w:rPr>
                <w:sz w:val="15"/>
              </w:rPr>
              <w:t>316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F71943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912709" w14:textId="77777777" w:rsidR="004550E7" w:rsidRDefault="00000000">
            <w:pPr>
              <w:jc w:val="center"/>
            </w:pPr>
            <w:r>
              <w:rPr>
                <w:sz w:val="15"/>
              </w:rPr>
              <w:t>11.445</w:t>
            </w:r>
          </w:p>
        </w:tc>
      </w:tr>
      <w:tr w:rsidR="004550E7" w14:paraId="2779E48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492CF2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E2F7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4806D47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D7-CRP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D2-CRP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D36B3" w14:textId="77777777" w:rsidR="004550E7" w:rsidRDefault="00000000">
            <w:pPr>
              <w:jc w:val="center"/>
            </w:pPr>
            <w:r>
              <w:rPr>
                <w:sz w:val="15"/>
              </w:rPr>
              <w:t>274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585F40" w14:textId="77777777" w:rsidR="004550E7" w:rsidRDefault="00000000">
            <w:pPr>
              <w:jc w:val="center"/>
            </w:pPr>
            <w:r>
              <w:rPr>
                <w:sz w:val="15"/>
              </w:rPr>
              <w:t>394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4AD538" w14:textId="77777777" w:rsidR="004550E7" w:rsidRDefault="00000000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E29D4F" w14:textId="77777777" w:rsidR="004550E7" w:rsidRDefault="00000000">
            <w:pPr>
              <w:jc w:val="center"/>
            </w:pPr>
            <w:r>
              <w:rPr>
                <w:sz w:val="15"/>
              </w:rPr>
              <w:t>346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B9C2FB" w14:textId="77777777" w:rsidR="004550E7" w:rsidRDefault="00000000">
            <w:pPr>
              <w:jc w:val="center"/>
            </w:pPr>
            <w:r>
              <w:rPr>
                <w:sz w:val="15"/>
              </w:rPr>
              <w:t>9.139</w:t>
            </w:r>
          </w:p>
        </w:tc>
      </w:tr>
      <w:tr w:rsidR="004550E7" w14:paraId="6D24313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403A7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0F24D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054EDB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DH51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DH56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AEFFF9" w14:textId="77777777" w:rsidR="004550E7" w:rsidRDefault="00000000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9EDA30" w14:textId="77777777" w:rsidR="004550E7" w:rsidRDefault="00000000">
            <w:pPr>
              <w:jc w:val="center"/>
            </w:pPr>
            <w:r>
              <w:rPr>
                <w:sz w:val="15"/>
              </w:rPr>
              <w:t>401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0251809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17FEBE" w14:textId="77777777" w:rsidR="004550E7" w:rsidRDefault="00000000">
            <w:pPr>
              <w:jc w:val="center"/>
            </w:pPr>
            <w:r>
              <w:rPr>
                <w:sz w:val="15"/>
              </w:rPr>
              <w:t>346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9480F6" w14:textId="77777777" w:rsidR="004550E7" w:rsidRDefault="00000000">
            <w:pPr>
              <w:jc w:val="center"/>
            </w:pPr>
            <w:r>
              <w:rPr>
                <w:sz w:val="15"/>
              </w:rPr>
              <w:t>9.639</w:t>
            </w:r>
          </w:p>
        </w:tc>
      </w:tr>
      <w:tr w:rsidR="004550E7" w14:paraId="6F0B355E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080C84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8FEF6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7DF6728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UN71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UN73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UN76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853A3B" w14:textId="77777777" w:rsidR="004550E7" w:rsidRDefault="00000000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17B4F6" w14:textId="77777777" w:rsidR="004550E7" w:rsidRDefault="00000000">
            <w:pPr>
              <w:jc w:val="center"/>
            </w:pPr>
            <w:r>
              <w:rPr>
                <w:sz w:val="15"/>
              </w:rPr>
              <w:t>377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61ECE" w14:textId="77777777" w:rsidR="004550E7" w:rsidRDefault="00000000">
            <w:pPr>
              <w:jc w:val="center"/>
            </w:pPr>
            <w:r>
              <w:rPr>
                <w:sz w:val="15"/>
              </w:rPr>
              <w:t>159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588BB8" w14:textId="77777777" w:rsidR="004550E7" w:rsidRDefault="00000000">
            <w:pPr>
              <w:jc w:val="center"/>
            </w:pPr>
            <w:r>
              <w:rPr>
                <w:sz w:val="15"/>
              </w:rPr>
              <w:t>339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F4E53E" w14:textId="77777777" w:rsidR="004550E7" w:rsidRDefault="00000000">
            <w:pPr>
              <w:jc w:val="center"/>
            </w:pPr>
            <w:r>
              <w:rPr>
                <w:sz w:val="15"/>
              </w:rPr>
              <w:t>9.546</w:t>
            </w:r>
          </w:p>
        </w:tc>
      </w:tr>
      <w:tr w:rsidR="004550E7" w14:paraId="13535ED3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0B39A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B09CA7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76A7B6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DH-80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DH-800CS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0C9A1A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80BEFF" w14:textId="77777777" w:rsidR="004550E7" w:rsidRDefault="00000000">
            <w:pPr>
              <w:jc w:val="center"/>
            </w:pPr>
            <w:r>
              <w:rPr>
                <w:sz w:val="15"/>
              </w:rPr>
              <w:t>353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2C1786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8F562F" w14:textId="77777777" w:rsidR="004550E7" w:rsidRDefault="00000000">
            <w:pPr>
              <w:jc w:val="center"/>
            </w:pPr>
            <w:r>
              <w:rPr>
                <w:sz w:val="15"/>
              </w:rPr>
              <w:t>331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EA0F22" w14:textId="77777777" w:rsidR="004550E7" w:rsidRDefault="00000000">
            <w:pPr>
              <w:jc w:val="center"/>
            </w:pPr>
            <w:r>
              <w:rPr>
                <w:sz w:val="15"/>
              </w:rPr>
              <w:t>7.572</w:t>
            </w:r>
          </w:p>
        </w:tc>
      </w:tr>
      <w:tr w:rsidR="004550E7" w14:paraId="7C85398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98578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3204A3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E8DC52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DM79X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DM72X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8592ECD" w14:textId="77777777" w:rsidR="004550E7" w:rsidRDefault="00000000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652F70" w14:textId="77777777" w:rsidR="004550E7" w:rsidRDefault="00000000">
            <w:pPr>
              <w:jc w:val="center"/>
            </w:pPr>
            <w:r>
              <w:rPr>
                <w:sz w:val="15"/>
              </w:rPr>
              <w:t>395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D9A1AC" w14:textId="77777777" w:rsidR="004550E7" w:rsidRDefault="00000000">
            <w:pPr>
              <w:jc w:val="center"/>
            </w:pPr>
            <w:r>
              <w:rPr>
                <w:sz w:val="15"/>
              </w:rPr>
              <w:t>334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1C0FFD" w14:textId="77777777" w:rsidR="004550E7" w:rsidRDefault="00000000">
            <w:pPr>
              <w:jc w:val="center"/>
            </w:pPr>
            <w:r>
              <w:rPr>
                <w:sz w:val="15"/>
              </w:rPr>
              <w:t>349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9E21D7" w14:textId="77777777" w:rsidR="004550E7" w:rsidRDefault="00000000">
            <w:pPr>
              <w:jc w:val="center"/>
            </w:pPr>
            <w:r>
              <w:rPr>
                <w:sz w:val="15"/>
              </w:rPr>
              <w:t>9.415</w:t>
            </w:r>
          </w:p>
        </w:tc>
      </w:tr>
      <w:tr w:rsidR="004550E7" w14:paraId="2AFC515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FBE235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21C4B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84D343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DF50CRP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A973F3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D21D7A" w14:textId="77777777" w:rsidR="004550E7" w:rsidRDefault="00000000">
            <w:pPr>
              <w:jc w:val="center"/>
            </w:pPr>
            <w:r>
              <w:rPr>
                <w:sz w:val="15"/>
              </w:rPr>
              <w:t>366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C18FE2" w14:textId="77777777" w:rsidR="004550E7" w:rsidRDefault="00000000">
            <w:pPr>
              <w:jc w:val="center"/>
            </w:pPr>
            <w:r>
              <w:rPr>
                <w:sz w:val="15"/>
              </w:rPr>
              <w:t>341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B9C4A5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B9A503" w14:textId="77777777" w:rsidR="004550E7" w:rsidRDefault="00000000">
            <w:pPr>
              <w:jc w:val="center"/>
            </w:pPr>
            <w:r>
              <w:rPr>
                <w:sz w:val="15"/>
              </w:rPr>
              <w:t>7.084</w:t>
            </w:r>
          </w:p>
        </w:tc>
      </w:tr>
      <w:tr w:rsidR="004550E7" w14:paraId="5474113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C923A4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69046C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DB85C4" w14:textId="77777777" w:rsidR="004550E7" w:rsidRDefault="00000000">
            <w:pPr>
              <w:jc w:val="center"/>
            </w:pPr>
            <w:r>
              <w:rPr>
                <w:sz w:val="15"/>
              </w:rPr>
              <w:t>深圳帝迈</w:t>
            </w:r>
            <w:r>
              <w:rPr>
                <w:sz w:val="15"/>
              </w:rPr>
              <w:t>D1-CRP</w:t>
            </w:r>
            <w:r>
              <w:rPr>
                <w:sz w:val="15"/>
              </w:rPr>
              <w:t>、</w:t>
            </w:r>
            <w:r>
              <w:rPr>
                <w:sz w:val="15"/>
              </w:rPr>
              <w:t>D3-CRP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A78492" w14:textId="77777777" w:rsidR="004550E7" w:rsidRDefault="00000000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95C31C" w14:textId="77777777" w:rsidR="004550E7" w:rsidRDefault="00000000">
            <w:pPr>
              <w:jc w:val="center"/>
            </w:pPr>
            <w:r>
              <w:rPr>
                <w:sz w:val="15"/>
              </w:rPr>
              <w:t>357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6ADC92" w14:textId="77777777" w:rsidR="004550E7" w:rsidRDefault="00000000">
            <w:pPr>
              <w:jc w:val="center"/>
            </w:pPr>
            <w:r>
              <w:rPr>
                <w:sz w:val="15"/>
              </w:rPr>
              <w:t>323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9C86E2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EF6EA2" w14:textId="77777777" w:rsidR="004550E7" w:rsidRDefault="00000000">
            <w:pPr>
              <w:jc w:val="center"/>
            </w:pPr>
            <w:r>
              <w:rPr>
                <w:sz w:val="15"/>
              </w:rPr>
              <w:t>7.422</w:t>
            </w:r>
          </w:p>
        </w:tc>
      </w:tr>
      <w:tr w:rsidR="004550E7" w14:paraId="05F71245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57F6B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B5D8D4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D4C1641" w14:textId="77777777" w:rsidR="004550E7" w:rsidRDefault="00000000">
            <w:pPr>
              <w:jc w:val="center"/>
            </w:pPr>
            <w:r>
              <w:rPr>
                <w:sz w:val="15"/>
              </w:rPr>
              <w:t>中元汇吉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AFEA244" w14:textId="77777777" w:rsidR="004550E7" w:rsidRDefault="00000000">
            <w:pPr>
              <w:jc w:val="center"/>
            </w:pPr>
            <w:r>
              <w:rPr>
                <w:sz w:val="15"/>
              </w:rPr>
              <w:t>18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A3DEB4" w14:textId="77777777" w:rsidR="004550E7" w:rsidRDefault="00000000">
            <w:pPr>
              <w:jc w:val="center"/>
            </w:pPr>
            <w:r>
              <w:rPr>
                <w:sz w:val="15"/>
              </w:rPr>
              <w:t>399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A34441" w14:textId="77777777" w:rsidR="004550E7" w:rsidRDefault="00000000">
            <w:pPr>
              <w:jc w:val="center"/>
            </w:pPr>
            <w:r>
              <w:rPr>
                <w:sz w:val="15"/>
              </w:rPr>
              <w:t>326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7E5989" w14:textId="77777777" w:rsidR="004550E7" w:rsidRDefault="00000000">
            <w:pPr>
              <w:jc w:val="center"/>
            </w:pPr>
            <w:r>
              <w:rPr>
                <w:sz w:val="15"/>
              </w:rPr>
              <w:t>385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3DDA93" w14:textId="77777777" w:rsidR="004550E7" w:rsidRDefault="00000000">
            <w:pPr>
              <w:jc w:val="center"/>
            </w:pPr>
            <w:r>
              <w:rPr>
                <w:sz w:val="15"/>
              </w:rPr>
              <w:t>1.776</w:t>
            </w:r>
          </w:p>
        </w:tc>
      </w:tr>
      <w:tr w:rsidR="004550E7" w14:paraId="093027C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84A4E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B60DF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442F92E" w14:textId="77777777" w:rsidR="004550E7" w:rsidRDefault="00000000">
            <w:pPr>
              <w:jc w:val="center"/>
            </w:pPr>
            <w:r>
              <w:rPr>
                <w:sz w:val="15"/>
              </w:rPr>
              <w:t>Sysmex XN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5E0684" w14:textId="77777777" w:rsidR="004550E7" w:rsidRDefault="00000000">
            <w:pPr>
              <w:jc w:val="center"/>
            </w:pPr>
            <w:r>
              <w:rPr>
                <w:sz w:val="15"/>
              </w:rPr>
              <w:t>91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2CE79E" w14:textId="77777777" w:rsidR="004550E7" w:rsidRDefault="00000000">
            <w:pPr>
              <w:jc w:val="center"/>
            </w:pPr>
            <w:r>
              <w:rPr>
                <w:sz w:val="15"/>
              </w:rPr>
              <w:t>1289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BE874B" w14:textId="77777777" w:rsidR="004550E7" w:rsidRDefault="00000000">
            <w:pPr>
              <w:jc w:val="center"/>
            </w:pPr>
            <w:r>
              <w:rPr>
                <w:sz w:val="15"/>
              </w:rPr>
              <w:t>285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591B7E" w14:textId="77777777" w:rsidR="004550E7" w:rsidRDefault="00000000">
            <w:pPr>
              <w:jc w:val="center"/>
            </w:pPr>
            <w:r>
              <w:rPr>
                <w:sz w:val="15"/>
              </w:rPr>
              <w:t>317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80830C" w14:textId="77777777" w:rsidR="004550E7" w:rsidRDefault="00000000">
            <w:pPr>
              <w:jc w:val="center"/>
            </w:pPr>
            <w:r>
              <w:rPr>
                <w:sz w:val="15"/>
              </w:rPr>
              <w:t>7.763</w:t>
            </w:r>
          </w:p>
        </w:tc>
      </w:tr>
      <w:tr w:rsidR="004550E7" w14:paraId="102B7881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728430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45F431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B5AB9B" w14:textId="77777777" w:rsidR="004550E7" w:rsidRDefault="00000000">
            <w:pPr>
              <w:jc w:val="center"/>
            </w:pPr>
            <w:r>
              <w:rPr>
                <w:sz w:val="15"/>
              </w:rPr>
              <w:t>Sysmex XS-800i/XS-1000i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852ECE" w14:textId="77777777" w:rsidR="004550E7" w:rsidRDefault="00000000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6151F9" w14:textId="77777777" w:rsidR="004550E7" w:rsidRDefault="00000000">
            <w:pPr>
              <w:jc w:val="center"/>
            </w:pPr>
            <w:r>
              <w:rPr>
                <w:sz w:val="15"/>
              </w:rPr>
              <w:t>361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92C60D" w14:textId="77777777" w:rsidR="004550E7" w:rsidRDefault="00000000">
            <w:pPr>
              <w:jc w:val="center"/>
            </w:pPr>
            <w:r>
              <w:rPr>
                <w:sz w:val="15"/>
              </w:rPr>
              <w:t>150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4BFA8" w14:textId="77777777" w:rsidR="004550E7" w:rsidRDefault="00000000">
            <w:pPr>
              <w:jc w:val="center"/>
            </w:pPr>
            <w:r>
              <w:rPr>
                <w:sz w:val="15"/>
              </w:rPr>
              <w:t>322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F96F31" w14:textId="77777777" w:rsidR="004550E7" w:rsidRDefault="00000000">
            <w:pPr>
              <w:jc w:val="center"/>
            </w:pPr>
            <w:r>
              <w:rPr>
                <w:sz w:val="15"/>
              </w:rPr>
              <w:t>15.155</w:t>
            </w:r>
          </w:p>
        </w:tc>
      </w:tr>
      <w:tr w:rsidR="004550E7" w14:paraId="69752418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BAAE33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B9C35B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883208" w14:textId="77777777" w:rsidR="004550E7" w:rsidRDefault="00000000">
            <w:pPr>
              <w:jc w:val="center"/>
            </w:pPr>
            <w:r>
              <w:rPr>
                <w:sz w:val="15"/>
              </w:rPr>
              <w:t xml:space="preserve">Sysmex </w:t>
            </w:r>
            <w:r>
              <w:rPr>
                <w:sz w:val="15"/>
              </w:rPr>
              <w:t>其他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F42AAE" w14:textId="77777777" w:rsidR="004550E7" w:rsidRDefault="00000000">
            <w:pPr>
              <w:jc w:val="center"/>
            </w:pPr>
            <w:r>
              <w:rPr>
                <w:sz w:val="15"/>
              </w:rPr>
              <w:t>25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1643E2" w14:textId="77777777" w:rsidR="004550E7" w:rsidRDefault="00000000">
            <w:pPr>
              <w:jc w:val="center"/>
            </w:pPr>
            <w:r>
              <w:rPr>
                <w:sz w:val="15"/>
              </w:rPr>
              <w:t>390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36F384" w14:textId="77777777" w:rsidR="004550E7" w:rsidRDefault="00000000">
            <w:pPr>
              <w:jc w:val="center"/>
            </w:pPr>
            <w:r>
              <w:rPr>
                <w:sz w:val="15"/>
              </w:rPr>
              <w:t>307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8F48F" w14:textId="77777777" w:rsidR="004550E7" w:rsidRDefault="00000000">
            <w:pPr>
              <w:jc w:val="center"/>
            </w:pPr>
            <w:r>
              <w:rPr>
                <w:sz w:val="15"/>
              </w:rPr>
              <w:t>328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3AD11E" w14:textId="77777777" w:rsidR="004550E7" w:rsidRDefault="00000000">
            <w:pPr>
              <w:jc w:val="center"/>
            </w:pPr>
            <w:r>
              <w:rPr>
                <w:sz w:val="15"/>
              </w:rPr>
              <w:t>16.113</w:t>
            </w:r>
          </w:p>
        </w:tc>
      </w:tr>
      <w:tr w:rsidR="004550E7" w14:paraId="4B26F880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F68F66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E81E5D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E19541" w14:textId="77777777" w:rsidR="004550E7" w:rsidRDefault="00000000">
            <w:pPr>
              <w:jc w:val="center"/>
            </w:pPr>
            <w:r>
              <w:rPr>
                <w:sz w:val="15"/>
              </w:rPr>
              <w:t>优利特仪器组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278C53" w14:textId="77777777" w:rsidR="004550E7" w:rsidRDefault="00000000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3EF7FD" w14:textId="77777777" w:rsidR="004550E7" w:rsidRDefault="00000000">
            <w:pPr>
              <w:jc w:val="center"/>
            </w:pPr>
            <w:r>
              <w:rPr>
                <w:sz w:val="15"/>
              </w:rPr>
              <w:t>441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BC625A" w14:textId="77777777" w:rsidR="004550E7" w:rsidRDefault="00000000">
            <w:pPr>
              <w:jc w:val="center"/>
            </w:pPr>
            <w:r>
              <w:rPr>
                <w:sz w:val="15"/>
              </w:rPr>
              <w:t>157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15EE70" w14:textId="77777777" w:rsidR="004550E7" w:rsidRDefault="00000000">
            <w:pPr>
              <w:jc w:val="center"/>
            </w:pPr>
            <w:r>
              <w:rPr>
                <w:sz w:val="15"/>
              </w:rPr>
              <w:t>351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690D11" w14:textId="77777777" w:rsidR="004550E7" w:rsidRDefault="00000000">
            <w:pPr>
              <w:jc w:val="center"/>
            </w:pPr>
            <w:r>
              <w:rPr>
                <w:sz w:val="15"/>
              </w:rPr>
              <w:t>16.071</w:t>
            </w:r>
          </w:p>
        </w:tc>
      </w:tr>
      <w:tr w:rsidR="004550E7" w14:paraId="1E220496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118309A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0D3F3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3EEE74" w14:textId="77777777" w:rsidR="004550E7" w:rsidRDefault="00000000">
            <w:pPr>
              <w:jc w:val="center"/>
            </w:pPr>
            <w:r>
              <w:rPr>
                <w:sz w:val="15"/>
              </w:rPr>
              <w:t>深圳雷杜仪器组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4ED14D" w14:textId="77777777" w:rsidR="004550E7" w:rsidRDefault="00000000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C045DF" w14:textId="77777777" w:rsidR="004550E7" w:rsidRDefault="00000000">
            <w:pPr>
              <w:jc w:val="center"/>
            </w:pPr>
            <w:r>
              <w:rPr>
                <w:sz w:val="15"/>
              </w:rPr>
              <w:t>376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45601D" w14:textId="77777777" w:rsidR="004550E7" w:rsidRDefault="00000000">
            <w:pPr>
              <w:jc w:val="center"/>
            </w:pPr>
            <w:r>
              <w:rPr>
                <w:sz w:val="15"/>
              </w:rPr>
              <w:t>337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852C26" w14:textId="77777777" w:rsidR="004550E7" w:rsidRDefault="00000000">
            <w:pPr>
              <w:jc w:val="center"/>
            </w:pPr>
            <w:r>
              <w:rPr>
                <w:sz w:val="15"/>
              </w:rPr>
              <w:t>350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0FB9223" w14:textId="77777777" w:rsidR="004550E7" w:rsidRDefault="00000000">
            <w:pPr>
              <w:jc w:val="center"/>
            </w:pPr>
            <w:r>
              <w:rPr>
                <w:sz w:val="15"/>
              </w:rPr>
              <w:t>7.512</w:t>
            </w:r>
          </w:p>
        </w:tc>
      </w:tr>
      <w:tr w:rsidR="004550E7" w14:paraId="267805D9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16A6FE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111019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A38745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F560/F580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892309" w14:textId="77777777" w:rsidR="004550E7" w:rsidRDefault="00000000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11AFE4" w14:textId="77777777" w:rsidR="004550E7" w:rsidRDefault="00000000">
            <w:pPr>
              <w:jc w:val="center"/>
            </w:pPr>
            <w:r>
              <w:rPr>
                <w:sz w:val="15"/>
              </w:rPr>
              <w:t>377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958A55" w14:textId="77777777" w:rsidR="004550E7" w:rsidRDefault="00000000">
            <w:pPr>
              <w:jc w:val="center"/>
            </w:pPr>
            <w:r>
              <w:rPr>
                <w:sz w:val="15"/>
              </w:rPr>
              <w:t>318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E8A3D1" w14:textId="77777777" w:rsidR="004550E7" w:rsidRDefault="00000000">
            <w:pPr>
              <w:jc w:val="center"/>
            </w:pPr>
            <w:r>
              <w:rPr>
                <w:sz w:val="15"/>
              </w:rPr>
              <w:t>340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E14099" w14:textId="77777777" w:rsidR="004550E7" w:rsidRDefault="00000000">
            <w:pPr>
              <w:jc w:val="center"/>
            </w:pPr>
            <w:r>
              <w:rPr>
                <w:sz w:val="15"/>
              </w:rPr>
              <w:t>20.135</w:t>
            </w:r>
          </w:p>
        </w:tc>
      </w:tr>
      <w:tr w:rsidR="004550E7" w14:paraId="38BE4E6D" w14:textId="77777777">
        <w:trPr>
          <w:cantSplit/>
          <w:jc w:val="center"/>
        </w:trPr>
        <w:tc>
          <w:tcPr>
            <w:tcW w:w="652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852E9F" w14:textId="77777777" w:rsidR="004550E7" w:rsidRDefault="004550E7"/>
        </w:tc>
        <w:tc>
          <w:tcPr>
            <w:tcW w:w="1020" w:type="dxa"/>
            <w:vMerge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5A6CF8" w14:textId="77777777" w:rsidR="004550E7" w:rsidRDefault="004550E7"/>
        </w:tc>
        <w:tc>
          <w:tcPr>
            <w:tcW w:w="3203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132C74" w14:textId="77777777" w:rsidR="004550E7" w:rsidRDefault="00000000">
            <w:pPr>
              <w:jc w:val="center"/>
            </w:pPr>
            <w:r>
              <w:rPr>
                <w:sz w:val="15"/>
              </w:rPr>
              <w:t>四川迈克</w:t>
            </w:r>
            <w:r>
              <w:rPr>
                <w:sz w:val="15"/>
              </w:rPr>
              <w:t>F800/F810/F880</w:t>
            </w:r>
          </w:p>
        </w:tc>
        <w:tc>
          <w:tcPr>
            <w:tcW w:w="765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9D2720" w14:textId="77777777" w:rsidR="004550E7" w:rsidRDefault="00000000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F2A6F5" w14:textId="77777777" w:rsidR="004550E7" w:rsidRDefault="00000000">
            <w:pPr>
              <w:jc w:val="center"/>
            </w:pPr>
            <w:r>
              <w:rPr>
                <w:sz w:val="15"/>
              </w:rPr>
              <w:t>342</w:t>
            </w:r>
          </w:p>
        </w:tc>
        <w:tc>
          <w:tcPr>
            <w:tcW w:w="82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FBBE8C" w14:textId="77777777" w:rsidR="004550E7" w:rsidRDefault="00000000">
            <w:pPr>
              <w:jc w:val="center"/>
            </w:pPr>
            <w:r>
              <w:rPr>
                <w:sz w:val="15"/>
              </w:rPr>
              <w:t>167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5C9EDE1" w14:textId="77777777" w:rsidR="004550E7" w:rsidRDefault="00000000">
            <w:pPr>
              <w:jc w:val="center"/>
            </w:pPr>
            <w:r>
              <w:rPr>
                <w:sz w:val="15"/>
              </w:rPr>
              <w:t>325</w:t>
            </w:r>
          </w:p>
        </w:tc>
        <w:tc>
          <w:tcPr>
            <w:tcW w:w="1332" w:type="dxa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B7B598" w14:textId="77777777" w:rsidR="004550E7" w:rsidRDefault="00000000">
            <w:pPr>
              <w:jc w:val="center"/>
            </w:pPr>
            <w:r>
              <w:rPr>
                <w:sz w:val="15"/>
              </w:rPr>
              <w:t>5.021</w:t>
            </w:r>
          </w:p>
        </w:tc>
      </w:tr>
    </w:tbl>
    <w:p w14:paraId="77D38D00" w14:textId="77777777" w:rsidR="0094066D" w:rsidRDefault="0094066D"/>
    <w:sectPr w:rsidR="0094066D" w:rsidSect="00034616">
      <w:pgSz w:w="11906" w:h="16838"/>
      <w:pgMar w:top="879" w:right="765" w:bottom="822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FA83" w14:textId="77777777" w:rsidR="00FF465B" w:rsidRDefault="00FF465B" w:rsidP="00074B5F">
      <w:pPr>
        <w:spacing w:after="0" w:line="240" w:lineRule="auto"/>
      </w:pPr>
      <w:r>
        <w:separator/>
      </w:r>
    </w:p>
  </w:endnote>
  <w:endnote w:type="continuationSeparator" w:id="0">
    <w:p w14:paraId="30BB7ECE" w14:textId="77777777" w:rsidR="00FF465B" w:rsidRDefault="00FF465B" w:rsidP="0007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820E" w14:textId="77777777" w:rsidR="00FF465B" w:rsidRDefault="00FF465B" w:rsidP="00074B5F">
      <w:pPr>
        <w:spacing w:after="0" w:line="240" w:lineRule="auto"/>
      </w:pPr>
      <w:r>
        <w:separator/>
      </w:r>
    </w:p>
  </w:footnote>
  <w:footnote w:type="continuationSeparator" w:id="0">
    <w:p w14:paraId="01A96DC4" w14:textId="77777777" w:rsidR="00FF465B" w:rsidRDefault="00FF465B" w:rsidP="0007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6354211">
    <w:abstractNumId w:val="8"/>
  </w:num>
  <w:num w:numId="2" w16cid:durableId="1570111818">
    <w:abstractNumId w:val="6"/>
  </w:num>
  <w:num w:numId="3" w16cid:durableId="382215051">
    <w:abstractNumId w:val="5"/>
  </w:num>
  <w:num w:numId="4" w16cid:durableId="2008362465">
    <w:abstractNumId w:val="4"/>
  </w:num>
  <w:num w:numId="5" w16cid:durableId="570433255">
    <w:abstractNumId w:val="7"/>
  </w:num>
  <w:num w:numId="6" w16cid:durableId="403187715">
    <w:abstractNumId w:val="3"/>
  </w:num>
  <w:num w:numId="7" w16cid:durableId="470710362">
    <w:abstractNumId w:val="2"/>
  </w:num>
  <w:num w:numId="8" w16cid:durableId="65156283">
    <w:abstractNumId w:val="1"/>
  </w:num>
  <w:num w:numId="9" w16cid:durableId="127698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B5F"/>
    <w:rsid w:val="0015074B"/>
    <w:rsid w:val="00214C1E"/>
    <w:rsid w:val="002177B5"/>
    <w:rsid w:val="0029639D"/>
    <w:rsid w:val="00326F90"/>
    <w:rsid w:val="003A3595"/>
    <w:rsid w:val="004550E7"/>
    <w:rsid w:val="0094066D"/>
    <w:rsid w:val="00AA1D8D"/>
    <w:rsid w:val="00B47730"/>
    <w:rsid w:val="00B74099"/>
    <w:rsid w:val="00BE30E4"/>
    <w:rsid w:val="00CB0664"/>
    <w:rsid w:val="00D445F6"/>
    <w:rsid w:val="00FC693F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FCDB22"/>
  <w14:defaultImageDpi w14:val="300"/>
  <w15:docId w15:val="{5B92467D-9B39-458F-8B6F-9A503C23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宋体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5955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亚婷 张</cp:lastModifiedBy>
  <cp:revision>4</cp:revision>
  <dcterms:created xsi:type="dcterms:W3CDTF">2026-09-02T02:40:00Z</dcterms:created>
  <dcterms:modified xsi:type="dcterms:W3CDTF">2026-09-02T03:47:00Z</dcterms:modified>
  <cp:category/>
</cp:coreProperties>
</file>