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3BC7" w14:textId="77777777" w:rsidR="00213269" w:rsidRDefault="00000000">
      <w:pPr>
        <w:spacing w:after="240"/>
        <w:jc w:val="center"/>
        <w:rPr>
          <w:lang w:eastAsia="zh-CN"/>
        </w:rPr>
      </w:pPr>
      <w:r>
        <w:rPr>
          <w:rFonts w:eastAsia="微软雅黑"/>
          <w:b/>
          <w:color w:val="1F2D3D"/>
          <w:sz w:val="32"/>
          <w:lang w:eastAsia="zh-CN"/>
        </w:rPr>
        <w:t>AE-03</w:t>
      </w:r>
      <w:r>
        <w:rPr>
          <w:rFonts w:eastAsia="微软雅黑"/>
          <w:b/>
          <w:color w:val="1F2D3D"/>
          <w:sz w:val="32"/>
          <w:lang w:eastAsia="zh-CN"/>
        </w:rPr>
        <w:t>凝血试验专业室间质评</w:t>
      </w:r>
      <w:r>
        <w:rPr>
          <w:rFonts w:eastAsia="微软雅黑"/>
          <w:b/>
          <w:color w:val="1F2D3D"/>
          <w:sz w:val="32"/>
          <w:lang w:eastAsia="zh-CN"/>
        </w:rPr>
        <w:t>EQA</w:t>
      </w:r>
      <w:r>
        <w:rPr>
          <w:rFonts w:eastAsia="微软雅黑"/>
          <w:b/>
          <w:color w:val="1F2D3D"/>
          <w:sz w:val="32"/>
          <w:lang w:eastAsia="zh-CN"/>
        </w:rPr>
        <w:t>活动小结</w:t>
      </w:r>
    </w:p>
    <w:p w14:paraId="39F2FA17" w14:textId="77777777" w:rsidR="00213269" w:rsidRDefault="00000000">
      <w:pPr>
        <w:pStyle w:val="EQASection"/>
        <w:rPr>
          <w:lang w:eastAsia="zh-CN"/>
        </w:rPr>
      </w:pPr>
      <w:r>
        <w:rPr>
          <w:color w:val="1F2D3D"/>
          <w:lang w:eastAsia="zh-CN"/>
        </w:rPr>
        <w:t>一、活动概况</w:t>
      </w:r>
    </w:p>
    <w:p w14:paraId="3971120F" w14:textId="77777777" w:rsidR="00213269" w:rsidRDefault="00000000">
      <w:pPr>
        <w:spacing w:after="40"/>
        <w:ind w:left="170"/>
        <w:rPr>
          <w:lang w:eastAsia="zh-CN"/>
        </w:rPr>
      </w:pPr>
      <w:r>
        <w:rPr>
          <w:b/>
          <w:color w:val="3B4A5A"/>
          <w:lang w:eastAsia="zh-CN"/>
        </w:rPr>
        <w:t>活动批次：</w:t>
      </w:r>
      <w:r>
        <w:rPr>
          <w:lang w:eastAsia="zh-CN"/>
        </w:rPr>
        <w:t>202601</w:t>
      </w:r>
      <w:r>
        <w:rPr>
          <w:lang w:eastAsia="zh-CN"/>
        </w:rPr>
        <w:t>次</w:t>
      </w:r>
    </w:p>
    <w:p w14:paraId="41CE8AC9" w14:textId="77777777" w:rsidR="00213269" w:rsidRDefault="00000000">
      <w:pPr>
        <w:spacing w:after="40"/>
        <w:ind w:left="170"/>
        <w:rPr>
          <w:lang w:eastAsia="zh-CN"/>
        </w:rPr>
      </w:pPr>
      <w:r>
        <w:rPr>
          <w:b/>
          <w:color w:val="3B4A5A"/>
          <w:lang w:eastAsia="zh-CN"/>
        </w:rPr>
        <w:t>参控实验室数：</w:t>
      </w:r>
      <w:r>
        <w:rPr>
          <w:lang w:eastAsia="zh-CN"/>
        </w:rPr>
        <w:t>724</w:t>
      </w:r>
      <w:r>
        <w:rPr>
          <w:lang w:eastAsia="zh-CN"/>
        </w:rPr>
        <w:t>家</w:t>
      </w:r>
    </w:p>
    <w:p w14:paraId="2BAF29D9" w14:textId="77777777" w:rsidR="00213269" w:rsidRDefault="00000000">
      <w:pPr>
        <w:pStyle w:val="EQASection"/>
        <w:rPr>
          <w:lang w:eastAsia="zh-CN"/>
        </w:rPr>
      </w:pPr>
      <w:r>
        <w:rPr>
          <w:color w:val="1F2D3D"/>
          <w:lang w:eastAsia="zh-CN"/>
        </w:rPr>
        <w:t>二、评价标准</w:t>
      </w:r>
    </w:p>
    <w:tbl>
      <w:tblPr>
        <w:tblW w:w="936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25"/>
      </w:tblGrid>
      <w:tr w:rsidR="00213269" w14:paraId="04874A87" w14:textId="77777777">
        <w:trPr>
          <w:cantSplit/>
          <w:trHeight w:val="420"/>
          <w:tblHeader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E521BA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项目</w:t>
            </w:r>
            <w:proofErr w:type="spellEnd"/>
          </w:p>
        </w:tc>
        <w:tc>
          <w:tcPr>
            <w:tcW w:w="65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4BC9BD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评价限</w:t>
            </w:r>
            <w:proofErr w:type="spellEnd"/>
          </w:p>
        </w:tc>
      </w:tr>
      <w:tr w:rsidR="00213269" w14:paraId="258DD6D3" w14:textId="77777777">
        <w:trPr>
          <w:cantSplit/>
          <w:trHeight w:val="32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42E1FA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PT</w:t>
            </w:r>
          </w:p>
        </w:tc>
        <w:tc>
          <w:tcPr>
            <w:tcW w:w="65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E411DC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±15%</w:t>
            </w:r>
          </w:p>
        </w:tc>
      </w:tr>
      <w:tr w:rsidR="00213269" w14:paraId="454409A2" w14:textId="77777777">
        <w:trPr>
          <w:cantSplit/>
          <w:trHeight w:val="32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773572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APTT</w:t>
            </w:r>
          </w:p>
        </w:tc>
        <w:tc>
          <w:tcPr>
            <w:tcW w:w="65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4A2A42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±15%</w:t>
            </w:r>
          </w:p>
        </w:tc>
      </w:tr>
      <w:tr w:rsidR="00213269" w14:paraId="02396108" w14:textId="77777777">
        <w:trPr>
          <w:cantSplit/>
          <w:trHeight w:val="32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3255CE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FIB</w:t>
            </w:r>
          </w:p>
        </w:tc>
        <w:tc>
          <w:tcPr>
            <w:tcW w:w="65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2A464" w14:textId="77777777" w:rsidR="00213269" w:rsidRDefault="00000000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±20%</w:t>
            </w:r>
          </w:p>
        </w:tc>
      </w:tr>
      <w:tr w:rsidR="00213269" w14:paraId="2F50C4B5" w14:textId="77777777">
        <w:trPr>
          <w:cantSplit/>
          <w:trHeight w:val="32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4C1511" w14:textId="77777777" w:rsidR="00213269" w:rsidRDefault="00000000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TT</w:t>
            </w:r>
          </w:p>
        </w:tc>
        <w:tc>
          <w:tcPr>
            <w:tcW w:w="652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D130F9" w14:textId="77777777" w:rsidR="00213269" w:rsidRDefault="00000000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±20%</w:t>
            </w:r>
          </w:p>
        </w:tc>
      </w:tr>
    </w:tbl>
    <w:p w14:paraId="48971E28" w14:textId="77777777" w:rsidR="00213269" w:rsidRDefault="00000000">
      <w:pPr>
        <w:pStyle w:val="EQASection"/>
      </w:pPr>
      <w:proofErr w:type="spellStart"/>
      <w:r>
        <w:rPr>
          <w:color w:val="1F2D3D"/>
        </w:rPr>
        <w:t>三、活动小结</w:t>
      </w:r>
      <w:proofErr w:type="spellEnd"/>
    </w:p>
    <w:tbl>
      <w:tblPr>
        <w:tblStyle w:val="aff1"/>
        <w:tblW w:w="936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1110"/>
        <w:gridCol w:w="2500"/>
        <w:gridCol w:w="910"/>
        <w:gridCol w:w="940"/>
        <w:gridCol w:w="940"/>
        <w:gridCol w:w="1155"/>
        <w:gridCol w:w="1155"/>
      </w:tblGrid>
      <w:tr w:rsidR="00F3546B" w14:paraId="07AB4DF7" w14:textId="77777777" w:rsidTr="00F3546B">
        <w:trPr>
          <w:cantSplit/>
          <w:trHeight w:val="420"/>
          <w:tblHeader/>
          <w:jc w:val="center"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6CCC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项目</w:t>
            </w:r>
            <w:proofErr w:type="spellEnd"/>
          </w:p>
        </w:tc>
        <w:tc>
          <w:tcPr>
            <w:tcW w:w="11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EF5BB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批号</w:t>
            </w:r>
            <w:proofErr w:type="spellEnd"/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9F55C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组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AB61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实验室数</w:t>
            </w:r>
            <w:proofErr w:type="spellEnd"/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D2F3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最大值</w:t>
            </w:r>
            <w:proofErr w:type="spellEnd"/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E75C4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最小值</w:t>
            </w:r>
            <w:proofErr w:type="spellEnd"/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CBAC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稳健平均值</w:t>
            </w:r>
            <w:proofErr w:type="spellEnd"/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ADC6A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b/>
                <w:bCs/>
                <w:color w:val="000000"/>
                <w:sz w:val="20"/>
                <w:szCs w:val="20"/>
              </w:rPr>
              <w:t>稳健标准差</w:t>
            </w:r>
            <w:proofErr w:type="spellEnd"/>
          </w:p>
        </w:tc>
      </w:tr>
      <w:tr w:rsidR="00F3546B" w14:paraId="4DADFED4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DAA6E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4242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0FBD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D43B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FB2B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30.9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B599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8.6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D53A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293A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0.767</w:t>
            </w:r>
          </w:p>
        </w:tc>
      </w:tr>
      <w:tr w:rsidR="00F3546B" w14:paraId="36288C3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15E29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A33B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1F83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F565C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4F05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8FD0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40CD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0544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0.249</w:t>
            </w:r>
          </w:p>
        </w:tc>
      </w:tr>
      <w:tr w:rsidR="00F3546B" w14:paraId="577A0DE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98255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DD9B7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A270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C224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07F2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DDA79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729D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2159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0.49</w:t>
            </w:r>
          </w:p>
        </w:tc>
      </w:tr>
      <w:tr w:rsidR="00F3546B" w14:paraId="7BD8621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74186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D91E2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67A0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8DF8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95E54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8AA5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0E03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ADAD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0.501</w:t>
            </w:r>
          </w:p>
        </w:tc>
      </w:tr>
      <w:tr w:rsidR="00F3546B" w14:paraId="7BFBCEE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38240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CA532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E473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40420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312A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3F3A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C302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5571C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0.133</w:t>
            </w:r>
          </w:p>
        </w:tc>
      </w:tr>
      <w:tr w:rsidR="00F3546B" w14:paraId="00467D8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3CDF9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5B5B5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CBA8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1730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A177D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8010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0620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0837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0.334</w:t>
            </w:r>
          </w:p>
        </w:tc>
      </w:tr>
      <w:tr w:rsidR="00F3546B" w14:paraId="086276C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4B3F5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CA0AD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0F4D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1913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16AB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BB3AC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CBDF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589BE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0.34</w:t>
            </w:r>
          </w:p>
        </w:tc>
      </w:tr>
      <w:tr w:rsidR="00F3546B" w14:paraId="2988CA2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73025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2E765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7F99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37CE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0759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0E3C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210DB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1707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0.167</w:t>
            </w:r>
          </w:p>
        </w:tc>
      </w:tr>
      <w:tr w:rsidR="00F3546B" w14:paraId="72B7D50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BFA9D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E339A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279D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D020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72A2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C656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F229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2161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0.541</w:t>
            </w:r>
          </w:p>
        </w:tc>
      </w:tr>
      <w:tr w:rsidR="00F3546B" w14:paraId="1D33686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749CB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AD591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40D4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12DB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71DD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475F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3716A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6C06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0.432</w:t>
            </w:r>
          </w:p>
        </w:tc>
      </w:tr>
      <w:tr w:rsidR="00F3546B" w14:paraId="6B25A60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38A6D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661A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0B76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DF41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F253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7E47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9B7C5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FEC7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0.608</w:t>
            </w:r>
          </w:p>
        </w:tc>
      </w:tr>
      <w:tr w:rsidR="00F3546B" w14:paraId="34F2571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5EBED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CB505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D5C91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9117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3227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150A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3799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0063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0.176</w:t>
            </w:r>
          </w:p>
        </w:tc>
      </w:tr>
      <w:tr w:rsidR="00F3546B" w14:paraId="0DF70EA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04C5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0DFFA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1625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B7EB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D821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7744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8D0A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D686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0.324</w:t>
            </w:r>
          </w:p>
        </w:tc>
      </w:tr>
      <w:tr w:rsidR="00F3546B" w14:paraId="70A2329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F9D96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175D1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5A95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210D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0E71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2B3B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9C7F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C16D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07AF109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7CF9B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83E5E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187A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2B21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B6B2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F33F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E1596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2EB3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0.337</w:t>
            </w:r>
          </w:p>
        </w:tc>
      </w:tr>
      <w:tr w:rsidR="00F3546B" w14:paraId="109243A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1B7107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CBF807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F7004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D1A40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8EF91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F6989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4872E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6DF66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0.358</w:t>
            </w:r>
          </w:p>
        </w:tc>
      </w:tr>
      <w:tr w:rsidR="00F3546B" w14:paraId="75E4461E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3B2C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PT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27E1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EFB2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9C582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EFEE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9B70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376C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5BF5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0.619</w:t>
            </w:r>
          </w:p>
        </w:tc>
      </w:tr>
      <w:tr w:rsidR="00F3546B" w14:paraId="5601718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62EB1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E1339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85BD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B9B7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C69F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F37F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7322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03E1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0.316</w:t>
            </w:r>
          </w:p>
        </w:tc>
      </w:tr>
      <w:tr w:rsidR="00F3546B" w14:paraId="56CDE1D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6D91A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7A6BD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8726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D0E3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B618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E03BA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5CDDE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BA43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0.491</w:t>
            </w:r>
          </w:p>
        </w:tc>
      </w:tr>
      <w:tr w:rsidR="00F3546B" w14:paraId="1AC9F72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5E259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D3D61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C8DC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BF80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BA26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7079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0108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B8ACC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0.59</w:t>
            </w:r>
          </w:p>
        </w:tc>
      </w:tr>
      <w:tr w:rsidR="00F3546B" w14:paraId="4D22CE6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1BACD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C2C93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AE084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80D9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20E1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8004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2BD10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FF3F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0.161</w:t>
            </w:r>
          </w:p>
        </w:tc>
      </w:tr>
      <w:tr w:rsidR="00F3546B" w14:paraId="73D7020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5643B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701FE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843C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232F4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D9EA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106D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36104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1B56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0.298</w:t>
            </w:r>
          </w:p>
        </w:tc>
      </w:tr>
      <w:tr w:rsidR="00F3546B" w14:paraId="23D864F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74BDF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A7E82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82B2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F792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C19FC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1C6F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FB41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1E05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0.47</w:t>
            </w:r>
          </w:p>
        </w:tc>
      </w:tr>
      <w:tr w:rsidR="00F3546B" w14:paraId="1DA95F1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A56DE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77316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AE41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26420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BFEC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DEAC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8AAC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FD9E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79533CD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B2BBA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D66AA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C794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8817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FAAD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CE53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53CB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B66BD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0.555</w:t>
            </w:r>
          </w:p>
        </w:tc>
      </w:tr>
      <w:tr w:rsidR="00F3546B" w14:paraId="0206327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50FC7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F303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E898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33C2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CC29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5BE3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3746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9339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</w:t>
            </w:r>
          </w:p>
        </w:tc>
      </w:tr>
      <w:tr w:rsidR="00F3546B" w14:paraId="2570C01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CAF05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7450F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5401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B770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5F44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D202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BEE1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E190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0.539</w:t>
            </w:r>
          </w:p>
        </w:tc>
      </w:tr>
      <w:tr w:rsidR="00F3546B" w14:paraId="0954D94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85DA1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0BA25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6051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1DD0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DFF9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756F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3389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21F8D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0.305</w:t>
            </w:r>
          </w:p>
        </w:tc>
      </w:tr>
      <w:tr w:rsidR="00F3546B" w14:paraId="1F1D886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204BF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0F0E0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9A37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5B86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4C13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862A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11EC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A3D48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0.575</w:t>
            </w:r>
          </w:p>
        </w:tc>
      </w:tr>
      <w:tr w:rsidR="00F3546B" w14:paraId="5C5470D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05A75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F16DA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0775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3C62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92DB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EBDC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648B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5405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4F5BA8A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78C88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B1011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847FD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2A22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735F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322E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2ED6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EF173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0.311</w:t>
            </w:r>
          </w:p>
        </w:tc>
      </w:tr>
      <w:tr w:rsidR="00F3546B" w14:paraId="2341B6E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61BD34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A41FA6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5F002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9540F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E92B8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389D6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FC83A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53F09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0.32</w:t>
            </w:r>
          </w:p>
        </w:tc>
      </w:tr>
      <w:tr w:rsidR="00F3546B" w14:paraId="452F8E06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12CB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0C68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1DB2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4769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9A4DB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44.5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A36C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8AEA2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44A9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1.737</w:t>
            </w:r>
          </w:p>
        </w:tc>
      </w:tr>
      <w:tr w:rsidR="00F3546B" w14:paraId="1EBAAE0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684D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5FDF0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FB24E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C439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D997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95E6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C94C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7821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0.188</w:t>
            </w:r>
          </w:p>
        </w:tc>
      </w:tr>
      <w:tr w:rsidR="00F3546B" w14:paraId="2EC1876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B34B6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61DC0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43F3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D9D8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57103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44.5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5F5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737D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A478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0.665</w:t>
            </w:r>
          </w:p>
        </w:tc>
      </w:tr>
      <w:tr w:rsidR="00F3546B" w14:paraId="404F0A4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74606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A2E4B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2C70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F731C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3ED0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C72E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628B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976D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0.995</w:t>
            </w:r>
          </w:p>
        </w:tc>
      </w:tr>
      <w:tr w:rsidR="00F3546B" w14:paraId="408F4CC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4936E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CC2D3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EF3C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F753F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5D47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9A72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2A5F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97B88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0.332</w:t>
            </w:r>
          </w:p>
        </w:tc>
      </w:tr>
      <w:tr w:rsidR="00F3546B" w14:paraId="67EE00F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80566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7FF33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A2E64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6986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4BE4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7F54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CAF4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2386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0.461</w:t>
            </w:r>
          </w:p>
        </w:tc>
      </w:tr>
      <w:tr w:rsidR="00F3546B" w14:paraId="775E2B0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A764C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D24C3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C186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5B98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F9CA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C9FF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6E52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60886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0.633</w:t>
            </w:r>
          </w:p>
        </w:tc>
      </w:tr>
      <w:tr w:rsidR="00F3546B" w14:paraId="279DD1E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A5107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769C1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4F3B5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A3F3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D2F4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F399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67AC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40FFB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0.609</w:t>
            </w:r>
          </w:p>
        </w:tc>
      </w:tr>
      <w:tr w:rsidR="00F3546B" w14:paraId="529778E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8AC2B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5CD5F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8996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4FA1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F997C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41714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A3C0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2B5C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0.648</w:t>
            </w:r>
          </w:p>
        </w:tc>
      </w:tr>
      <w:tr w:rsidR="00F3546B" w14:paraId="40067C3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06539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C0C21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E37D3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48A1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77970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E989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5D7D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B6A5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0.671</w:t>
            </w:r>
          </w:p>
        </w:tc>
      </w:tr>
      <w:tr w:rsidR="00F3546B" w14:paraId="0F8ACD2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D7E49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68EE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839B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DF939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2CFF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5ACC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7171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2019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0.528</w:t>
            </w:r>
          </w:p>
        </w:tc>
      </w:tr>
      <w:tr w:rsidR="00F3546B" w14:paraId="2DBCB6C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ED186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CEDD7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13369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20F0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B195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CD6D0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DDB54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808D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0.347</w:t>
            </w:r>
          </w:p>
        </w:tc>
      </w:tr>
      <w:tr w:rsidR="00F3546B" w14:paraId="1BFF642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BBCEE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FD1DA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6770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4746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642E3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4DBD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655F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0A30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0.548</w:t>
            </w:r>
          </w:p>
        </w:tc>
      </w:tr>
      <w:tr w:rsidR="00F3546B" w14:paraId="688FA06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B29FD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AAA2E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37EF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FE1A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3AEC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945F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22DB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5CBB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0.186</w:t>
            </w:r>
          </w:p>
        </w:tc>
      </w:tr>
      <w:tr w:rsidR="00F3546B" w14:paraId="4F897E5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0ABFF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73CB1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43E3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7ED95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64D5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5A4D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4F32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44D41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0.521</w:t>
            </w:r>
          </w:p>
        </w:tc>
      </w:tr>
      <w:tr w:rsidR="00F3546B" w14:paraId="0E52320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C1102B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963AC8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59D97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F920D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6CE9A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4CDC4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AB482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FB575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0.664</w:t>
            </w:r>
          </w:p>
        </w:tc>
      </w:tr>
      <w:tr w:rsidR="00F3546B" w14:paraId="4E03D84E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55B1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PT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7415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7935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F362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12A0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121.0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A120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55BF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95C7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3.627</w:t>
            </w:r>
          </w:p>
        </w:tc>
      </w:tr>
      <w:tr w:rsidR="00F3546B" w14:paraId="18FAAB5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8E1A7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99A01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A07F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52F02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D4C3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6FB2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1CE0A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E262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0.429</w:t>
            </w:r>
          </w:p>
        </w:tc>
      </w:tr>
      <w:tr w:rsidR="00F3546B" w14:paraId="2C290EF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8B0E4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AEA68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3898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4753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486C3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55.2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6C30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8BAE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9F2A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0.946</w:t>
            </w:r>
          </w:p>
        </w:tc>
      </w:tr>
      <w:tr w:rsidR="00F3546B" w14:paraId="119CED5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3124F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646A9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598E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CA08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A1DAD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563B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38A1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8BA0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1.546</w:t>
            </w:r>
          </w:p>
        </w:tc>
      </w:tr>
      <w:tr w:rsidR="00F3546B" w14:paraId="022E481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4A01B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2FAA0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9AE0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AC28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8829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B0AE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12BA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7BA3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0.736</w:t>
            </w:r>
          </w:p>
        </w:tc>
      </w:tr>
      <w:tr w:rsidR="00F3546B" w14:paraId="086C75B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8F59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5D7C4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767C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83BB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AABD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310B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9BF3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E2FF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0.847</w:t>
            </w:r>
          </w:p>
        </w:tc>
      </w:tr>
      <w:tr w:rsidR="00F3546B" w14:paraId="510828D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ECFE5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E5478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F632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E925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4167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29D3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90CA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BDCA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1.439</w:t>
            </w:r>
          </w:p>
        </w:tc>
      </w:tr>
      <w:tr w:rsidR="00F3546B" w14:paraId="19CECFB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12E97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943B2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ADF9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447F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E8214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51B56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A805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D9BA5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1.839</w:t>
            </w:r>
          </w:p>
        </w:tc>
      </w:tr>
      <w:tr w:rsidR="00F3546B" w14:paraId="6155832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042C4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225BA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221B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78CE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9635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9604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3342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8632B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1.309</w:t>
            </w:r>
          </w:p>
        </w:tc>
      </w:tr>
      <w:tr w:rsidR="00F3546B" w14:paraId="683CB53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95711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207E3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96A4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42D5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F6CD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3FD6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261B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08DE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1.021</w:t>
            </w:r>
          </w:p>
        </w:tc>
      </w:tr>
      <w:tr w:rsidR="00F3546B" w14:paraId="76C68AF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00631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E6ED2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2401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5E39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BE91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E0615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034D4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B779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0.773</w:t>
            </w:r>
          </w:p>
        </w:tc>
      </w:tr>
      <w:tr w:rsidR="00F3546B" w14:paraId="690159F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CF471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E6D7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E658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E816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A373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8844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C6FF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50E8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0.51</w:t>
            </w:r>
          </w:p>
        </w:tc>
      </w:tr>
      <w:tr w:rsidR="00F3546B" w14:paraId="7129AFF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E46A9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D9D5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EF0D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E1FB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6C5B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0FC1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6F13A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50C88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1.56</w:t>
            </w:r>
          </w:p>
        </w:tc>
      </w:tr>
      <w:tr w:rsidR="00F3546B" w14:paraId="0AE439D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51921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5E6F1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D7E2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2877D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89FD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DE1A0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993E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F8265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31C41AB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8AC8B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42DA6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C0F3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5B0E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3D07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121.0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4865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7221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6F881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0.511</w:t>
            </w:r>
          </w:p>
        </w:tc>
      </w:tr>
      <w:tr w:rsidR="00F3546B" w14:paraId="740B0AD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42BCB2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4DD20D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80314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F095D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B03EF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6CE4A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8D6AE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4A3620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0.566</w:t>
            </w:r>
          </w:p>
        </w:tc>
      </w:tr>
      <w:tr w:rsidR="00F3546B" w14:paraId="6FCE22AF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AADF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53C2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4803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C6A73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09B75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91.2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CBF7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28.2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EC44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0C2A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6.566</w:t>
            </w:r>
          </w:p>
        </w:tc>
      </w:tr>
      <w:tr w:rsidR="00F3546B" w14:paraId="02B5526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158CB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C4D73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807D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528D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0440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47.0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322E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2ADB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25D6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1.111</w:t>
            </w:r>
          </w:p>
        </w:tc>
      </w:tr>
      <w:tr w:rsidR="00F3546B" w14:paraId="2A44C2F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26C63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8FA19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3745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625A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2DFD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91.2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7181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7DE5A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E0B32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1.024</w:t>
            </w:r>
          </w:p>
        </w:tc>
      </w:tr>
      <w:tr w:rsidR="00F3546B" w14:paraId="659671C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F77C1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60E8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C48E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A55F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4F6B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49.2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CCBE5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AF70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88C2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1.713</w:t>
            </w:r>
          </w:p>
        </w:tc>
      </w:tr>
      <w:tr w:rsidR="00F3546B" w14:paraId="11B7BA2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98F93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9DF68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080F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46CB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F919C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86.3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5FD1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0050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1982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0.966</w:t>
            </w:r>
          </w:p>
        </w:tc>
      </w:tr>
      <w:tr w:rsidR="00F3546B" w14:paraId="5F9415D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6C91A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1D86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B1F8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9D7D2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D63F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61C7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2C2D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C891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1.312</w:t>
            </w:r>
          </w:p>
        </w:tc>
      </w:tr>
      <w:tr w:rsidR="00F3546B" w14:paraId="340A010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165E3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28B1D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3BE4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BB74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8445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67.9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7BBF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C33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C491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2.72</w:t>
            </w:r>
          </w:p>
        </w:tc>
      </w:tr>
      <w:tr w:rsidR="00F3546B" w14:paraId="0DDF4DD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D5DB1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428C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0D07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D8C2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9A61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65.6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A38B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46.4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2264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8016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2.501</w:t>
            </w:r>
          </w:p>
        </w:tc>
      </w:tr>
      <w:tr w:rsidR="00F3546B" w14:paraId="7A81E19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BA2DF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811B3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FCF9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08D10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477D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57.4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ACBC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BDAB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7884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2.173</w:t>
            </w:r>
          </w:p>
        </w:tc>
      </w:tr>
      <w:tr w:rsidR="00F3546B" w14:paraId="26C523C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B7A1C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C59C4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08C2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0D50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C79C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BAF3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25A9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DF8A2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1.414</w:t>
            </w:r>
          </w:p>
        </w:tc>
      </w:tr>
      <w:tr w:rsidR="00F3546B" w14:paraId="11B3A84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F9BEE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1CFC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0FCC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20BE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3AA6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0E70F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10B2B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A5AB9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1.605</w:t>
            </w:r>
          </w:p>
        </w:tc>
      </w:tr>
      <w:tr w:rsidR="00F3546B" w14:paraId="58B2729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4B741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B1C7C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4A48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D218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FBB9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44.1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0C7B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F910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0B11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</w:tr>
      <w:tr w:rsidR="00F3546B" w14:paraId="5AB5DEF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E3DD8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B684D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13358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F9347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5E8A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F25A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76BE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7A23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3.887</w:t>
            </w:r>
          </w:p>
        </w:tc>
      </w:tr>
      <w:tr w:rsidR="00F3546B" w14:paraId="48A7327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37466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95B33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0A1D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2338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2AD9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F001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6DBD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0DFC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60CE392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46CBD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0749E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AA14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EEE0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2407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4417D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52F0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CF89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</w:t>
            </w:r>
          </w:p>
        </w:tc>
      </w:tr>
      <w:tr w:rsidR="00F3546B" w14:paraId="7E4A07C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732A50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2B3226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2FDC0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180A7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56A45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EA81A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7DCA4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C5C60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0.983</w:t>
            </w:r>
          </w:p>
        </w:tc>
      </w:tr>
      <w:tr w:rsidR="00F3546B" w14:paraId="421A9F76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1846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APTT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5404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3D37B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8EDD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DD84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80.5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2AA7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8.0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6E14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18F9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3.335</w:t>
            </w:r>
          </w:p>
        </w:tc>
      </w:tr>
      <w:tr w:rsidR="00F3546B" w14:paraId="1E36480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64538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E422F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1EA3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77B3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236E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6025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988D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6B3E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1.042</w:t>
            </w:r>
          </w:p>
        </w:tc>
      </w:tr>
      <w:tr w:rsidR="00F3546B" w14:paraId="226CEFB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7575E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38FE7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8672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DC87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3536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7A37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9EF5A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4281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1.047</w:t>
            </w:r>
          </w:p>
        </w:tc>
      </w:tr>
      <w:tr w:rsidR="00F3546B" w14:paraId="3041BEA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344E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A58F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7330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2324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3467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56.1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83D3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5B89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C373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2.213</w:t>
            </w:r>
          </w:p>
        </w:tc>
      </w:tr>
      <w:tr w:rsidR="00F3546B" w14:paraId="71A6BE5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3B07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93BC2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A64A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8B00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8F9C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7741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081E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95D2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0.744</w:t>
            </w:r>
          </w:p>
        </w:tc>
      </w:tr>
      <w:tr w:rsidR="00F3546B" w14:paraId="706B78F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E0F61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4E563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4EE8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49CD1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4DF02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01F6B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634E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C6A9C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0.556</w:t>
            </w:r>
          </w:p>
        </w:tc>
      </w:tr>
      <w:tr w:rsidR="00F3546B" w14:paraId="389A09B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0BFDA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1002B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44B5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ECBD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1E0A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839D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2B87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0C86B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1.231</w:t>
            </w:r>
          </w:p>
        </w:tc>
      </w:tr>
      <w:tr w:rsidR="00F3546B" w14:paraId="1BA9A2B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7320B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BA327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2FDF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AB33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E9E4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F240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9027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4993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0.523</w:t>
            </w:r>
          </w:p>
        </w:tc>
      </w:tr>
      <w:tr w:rsidR="00F3546B" w14:paraId="14DE475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D4832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B830E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380D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5928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7957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18D2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50DB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1417B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1.36</w:t>
            </w:r>
          </w:p>
        </w:tc>
      </w:tr>
      <w:tr w:rsidR="00F3546B" w14:paraId="65421B0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6353C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91F99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202E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AB9E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EBA34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E406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E3EE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4F32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1.059</w:t>
            </w:r>
          </w:p>
        </w:tc>
      </w:tr>
      <w:tr w:rsidR="00F3546B" w14:paraId="3262491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14115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E9439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D2D8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CEBF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8E1E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46C3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B6DA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ECA4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0.87</w:t>
            </w:r>
          </w:p>
        </w:tc>
      </w:tr>
      <w:tr w:rsidR="00F3546B" w14:paraId="58E0A23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9A671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1F3F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A902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C282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09C7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48A4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EBBD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E26F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0.62</w:t>
            </w:r>
          </w:p>
        </w:tc>
      </w:tr>
      <w:tr w:rsidR="00F3546B" w14:paraId="72A2A8D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BB089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44898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5DCF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DFBD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754D7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2974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6DA4E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5D0C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0.229</w:t>
            </w:r>
          </w:p>
        </w:tc>
      </w:tr>
      <w:tr w:rsidR="00F3546B" w14:paraId="4AA7EB8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34A44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8E7BE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3507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7D8D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AB2EA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28FE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C5D0B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E560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0.169</w:t>
            </w:r>
          </w:p>
        </w:tc>
      </w:tr>
      <w:tr w:rsidR="00F3546B" w14:paraId="24FB13F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02741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2BF0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AE3C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577A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0DB2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80.5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83F2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0349D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35BF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1.011</w:t>
            </w:r>
          </w:p>
        </w:tc>
      </w:tr>
      <w:tr w:rsidR="00F3546B" w14:paraId="2DD1069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3A1258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DEA07A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BF080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A354E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FDDFE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83E95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9BF75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6C8FA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1.073</w:t>
            </w:r>
          </w:p>
        </w:tc>
      </w:tr>
      <w:tr w:rsidR="00F3546B" w14:paraId="20C2FF63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F5A1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APTT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51AB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3BCC1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10DF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6D42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60.5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AE48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9.2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2FC3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7D08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3.121</w:t>
            </w:r>
          </w:p>
        </w:tc>
      </w:tr>
      <w:tr w:rsidR="00F3546B" w14:paraId="14B91FE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CC3C5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33214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918F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3D8C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481BD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43.1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6088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514E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4F42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0.797</w:t>
            </w:r>
          </w:p>
        </w:tc>
      </w:tr>
      <w:tr w:rsidR="00F3546B" w14:paraId="3C65938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0A6E9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413FC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3822C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9B58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8CEA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1392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DA37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99EE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0.765</w:t>
            </w:r>
          </w:p>
        </w:tc>
      </w:tr>
      <w:tr w:rsidR="00F3546B" w14:paraId="66F0ED2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D861A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625F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8A813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8B0B3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3941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8718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CA3B7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588B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2.356</w:t>
            </w:r>
          </w:p>
        </w:tc>
      </w:tr>
      <w:tr w:rsidR="00F3546B" w14:paraId="2841053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C62F2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0BEA6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2C0ED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431C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B7F9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F7C0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9F3A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87728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0.795</w:t>
            </w:r>
          </w:p>
        </w:tc>
      </w:tr>
      <w:tr w:rsidR="00F3546B" w14:paraId="2E4C54F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147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DC47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BE7C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C393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0FF4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1711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0658D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8A78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0.641</w:t>
            </w:r>
          </w:p>
        </w:tc>
      </w:tr>
      <w:tr w:rsidR="00F3546B" w14:paraId="3C80150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6439B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06B48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47E4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1C87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8A24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47.8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AA77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A4BD3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FB4B2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1.449</w:t>
            </w:r>
          </w:p>
        </w:tc>
      </w:tr>
      <w:tr w:rsidR="00F3546B" w14:paraId="02B4DB5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B2936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CE315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4866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9D5C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EB0A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F54B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58E9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1228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1.021</w:t>
            </w:r>
          </w:p>
        </w:tc>
      </w:tr>
      <w:tr w:rsidR="00F3546B" w14:paraId="217E5BB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4EF3A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E6ABE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5DCA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2CC8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248D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5EE9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2BCD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79BE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1.434</w:t>
            </w:r>
          </w:p>
        </w:tc>
      </w:tr>
      <w:tr w:rsidR="00F3546B" w14:paraId="234A979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91296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EE883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EDB0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925F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61F6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3702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7122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4EA63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1.272</w:t>
            </w:r>
          </w:p>
        </w:tc>
      </w:tr>
      <w:tr w:rsidR="00F3546B" w14:paraId="2E28770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A75ED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EF35A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EA1A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11958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A29B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3F40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A940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20EC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0.765</w:t>
            </w:r>
          </w:p>
        </w:tc>
      </w:tr>
      <w:tr w:rsidR="00F3546B" w14:paraId="3711D6A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6BB87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8F798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3700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170B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1BE57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3F22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0872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19DB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0.663</w:t>
            </w:r>
          </w:p>
        </w:tc>
      </w:tr>
      <w:tr w:rsidR="00F3546B" w14:paraId="16F82F2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65CC9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67A97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DCC2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0F15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C014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E3F2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CF71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481FC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2.168</w:t>
            </w:r>
          </w:p>
        </w:tc>
      </w:tr>
      <w:tr w:rsidR="00F3546B" w14:paraId="6C5C664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348E9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4EA7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71046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C3AC9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C081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38067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5D258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7570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0.152</w:t>
            </w:r>
          </w:p>
        </w:tc>
      </w:tr>
      <w:tr w:rsidR="00F3546B" w14:paraId="620193A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CC91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E48E4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3371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857E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495E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60.5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C3DA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A699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4C02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1.032</w:t>
            </w:r>
          </w:p>
        </w:tc>
      </w:tr>
      <w:tr w:rsidR="00F3546B" w14:paraId="6EBFA33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8B1ACD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902B34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D61FC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8D6CA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8F49A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09114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E90F4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FB4CD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0.731</w:t>
            </w:r>
          </w:p>
        </w:tc>
      </w:tr>
      <w:tr w:rsidR="00F3546B" w14:paraId="252C68C8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E5E1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APTT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F8A3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A8C43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7BCB6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36A6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120.0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A326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7.7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FBCB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ADBC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6.627</w:t>
            </w:r>
          </w:p>
        </w:tc>
      </w:tr>
      <w:tr w:rsidR="00F3546B" w14:paraId="4F60669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BC870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946D6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3712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BB03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7CCD7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54.1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E24C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46.0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AD26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B02A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1.488</w:t>
            </w:r>
          </w:p>
        </w:tc>
      </w:tr>
      <w:tr w:rsidR="00F3546B" w14:paraId="2568FD3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4C6B3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BB392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8CBB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05D7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24E6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53.8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9B637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426E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A22B6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1.65</w:t>
            </w:r>
          </w:p>
        </w:tc>
      </w:tr>
      <w:tr w:rsidR="00F3546B" w14:paraId="37700A0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C61FA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B96E9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D442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00DE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6068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58.8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8E919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32C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833A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3.222</w:t>
            </w:r>
          </w:p>
        </w:tc>
      </w:tr>
      <w:tr w:rsidR="00F3546B" w14:paraId="643C045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3D3A9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FE2F8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71A1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46430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86D3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51.0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73E6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6EB95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C9EA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1.218</w:t>
            </w:r>
          </w:p>
        </w:tc>
      </w:tr>
      <w:tr w:rsidR="00F3546B" w14:paraId="0EF0248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80AC7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64558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31D3D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99AB9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578A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44.6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75C6D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5A6F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8337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0.839</w:t>
            </w:r>
          </w:p>
        </w:tc>
      </w:tr>
      <w:tr w:rsidR="00F3546B" w14:paraId="32726E9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B65A4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B1828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EA16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650D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C905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59.7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E2E1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EFB5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25BA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2.488</w:t>
            </w:r>
          </w:p>
        </w:tc>
      </w:tr>
      <w:tr w:rsidR="00F3546B" w14:paraId="3336204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08851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E7C4F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7AFA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EA41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D8C1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39.8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8AF0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3372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C629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0.889</w:t>
            </w:r>
          </w:p>
        </w:tc>
      </w:tr>
      <w:tr w:rsidR="00F3546B" w14:paraId="7C45046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822EB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482A2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851E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F152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0429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52.2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C9FD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2080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DDBA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1.446</w:t>
            </w:r>
          </w:p>
        </w:tc>
      </w:tr>
      <w:tr w:rsidR="00F3546B" w14:paraId="6393047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C65DA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0383B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E1F3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3A04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DB9E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63.6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6F0D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51.7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714C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9C8B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2.629</w:t>
            </w:r>
          </w:p>
        </w:tc>
      </w:tr>
      <w:tr w:rsidR="00F3546B" w14:paraId="6508E60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20784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B3AE4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3112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8FB6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5364C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4ED8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D854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2ABFB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2.052</w:t>
            </w:r>
          </w:p>
        </w:tc>
      </w:tr>
      <w:tr w:rsidR="00F3546B" w14:paraId="3EE932C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6E917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D019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6329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4725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64D7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45.9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B51E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69118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D22BD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0.674</w:t>
            </w:r>
          </w:p>
        </w:tc>
      </w:tr>
      <w:tr w:rsidR="00F3546B" w14:paraId="7FA19EB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4E857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62F96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06AF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9014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7869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45.2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83BB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BEFA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AFDC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1.331</w:t>
            </w:r>
          </w:p>
        </w:tc>
      </w:tr>
      <w:tr w:rsidR="00F3546B" w14:paraId="53C655A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531BB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5BF74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2B36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D63A7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8CE3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039F8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0AB9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6FF99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0.154</w:t>
            </w:r>
          </w:p>
        </w:tc>
      </w:tr>
      <w:tr w:rsidR="00F3546B" w14:paraId="668B9D4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D05B3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48BA6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24D9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AFCE3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87A7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58.9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2023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47.7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F5D27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9865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0.993</w:t>
            </w:r>
          </w:p>
        </w:tc>
      </w:tr>
      <w:tr w:rsidR="00F3546B" w14:paraId="54E47CD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1E6938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B73F71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09B16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E8D1E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CA72C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52.1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A2E60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43.8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60A12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12DE3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1.801</w:t>
            </w:r>
          </w:p>
        </w:tc>
      </w:tr>
      <w:tr w:rsidR="00F3546B" w14:paraId="09A75FB1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9509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APTT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92FC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DC95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6234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8D18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133.0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027B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23.2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475A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722F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7.888</w:t>
            </w:r>
          </w:p>
        </w:tc>
      </w:tr>
      <w:tr w:rsidR="00F3546B" w14:paraId="2A6B4CE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0EC31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5E651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596F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0774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03FC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86.0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0B71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62.1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18E3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D856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1.677</w:t>
            </w:r>
          </w:p>
        </w:tc>
      </w:tr>
      <w:tr w:rsidR="00F3546B" w14:paraId="6BF0C21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721BB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9D7D7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E222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5663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42AB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75.0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AE6BC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6906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2B8DE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2.253</w:t>
            </w:r>
          </w:p>
        </w:tc>
      </w:tr>
      <w:tr w:rsidR="00F3546B" w14:paraId="27D2CAE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52FC5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A8807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55E2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EB80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BF1B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73.7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99AD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51.1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98A2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9F0D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4.466</w:t>
            </w:r>
          </w:p>
        </w:tc>
      </w:tr>
      <w:tr w:rsidR="00F3546B" w14:paraId="6AA3AB8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BF555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38C3E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BFD5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7DAA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0C6B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63.3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86FE5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51.1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D7AA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C3C6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1.687</w:t>
            </w:r>
          </w:p>
        </w:tc>
      </w:tr>
      <w:tr w:rsidR="00F3546B" w14:paraId="740B477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F7C09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A35DC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528D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0EA7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2D9B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A29E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47.2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A313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23B60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1.263</w:t>
            </w:r>
          </w:p>
        </w:tc>
      </w:tr>
      <w:tr w:rsidR="00F3546B" w14:paraId="529F938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C0AD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BAC83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A015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55D9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90EA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75.7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7A91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51.0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2AC90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702D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2.625</w:t>
            </w:r>
          </w:p>
        </w:tc>
      </w:tr>
      <w:tr w:rsidR="00F3546B" w14:paraId="28D9FF9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EB6A2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531D6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9CA33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2EF6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C4FD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54.4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47AC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45.4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B39C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85D2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0.998</w:t>
            </w:r>
          </w:p>
        </w:tc>
      </w:tr>
      <w:tr w:rsidR="00F3546B" w14:paraId="2695129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3037E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DC6B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2043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DCC9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3D54D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63.7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EC67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48.4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4B06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4F7D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2.188</w:t>
            </w:r>
          </w:p>
        </w:tc>
      </w:tr>
      <w:tr w:rsidR="00F3546B" w14:paraId="4427AD7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F7F6C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C3707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BF1B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89A2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20F33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87.9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2074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72.3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2250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7E0F9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3.316</w:t>
            </w:r>
          </w:p>
        </w:tc>
      </w:tr>
      <w:tr w:rsidR="00F3546B" w14:paraId="35C64CB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36001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ADB6F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4FED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5553E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81B4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60.3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FCCA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47.1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F099A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43E5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2.732</w:t>
            </w:r>
          </w:p>
        </w:tc>
      </w:tr>
      <w:tr w:rsidR="00F3546B" w14:paraId="2FB2525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78C29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CE261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976D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41AC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8688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371A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52.4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F471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A533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0.997</w:t>
            </w:r>
          </w:p>
        </w:tc>
      </w:tr>
      <w:tr w:rsidR="00F3546B" w14:paraId="24CDB40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0D653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F0BCC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8626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8AAB5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DCC7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56.5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CD4DB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49.3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2C03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8E6B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1.123</w:t>
            </w:r>
          </w:p>
        </w:tc>
      </w:tr>
      <w:tr w:rsidR="00F3546B" w14:paraId="74AED1C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7FBB0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377AA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6A04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4E02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CA6D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56.9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EA38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52.7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7482D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CD51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068F979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B1C6B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21EA3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2445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8C59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5867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133.0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83F7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C505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627E2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1.865</w:t>
            </w:r>
          </w:p>
        </w:tc>
      </w:tr>
      <w:tr w:rsidR="00F3546B" w14:paraId="23EA5DB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B7060C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6FC8D0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778DD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89F08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DDA53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18FD7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55.4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C06BB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F108C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1.926</w:t>
            </w:r>
          </w:p>
        </w:tc>
      </w:tr>
      <w:tr w:rsidR="00F3546B" w14:paraId="6F99DDED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1ACBF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APTT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1088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5DA6F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DA76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0B29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134.9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4E72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3.3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852C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FC99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12.379</w:t>
            </w:r>
          </w:p>
        </w:tc>
      </w:tr>
      <w:tr w:rsidR="00F3546B" w14:paraId="3DB8121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E3B4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9BDEE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C4552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03D3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DC35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106.3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086B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86.7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0109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DB28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2.814</w:t>
            </w:r>
          </w:p>
        </w:tc>
      </w:tr>
      <w:tr w:rsidR="00F3546B" w14:paraId="6F73C35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9BC8B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70CB3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3094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B29A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EE88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100.0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08F9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56472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F5957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2.713</w:t>
            </w:r>
          </w:p>
        </w:tc>
      </w:tr>
      <w:tr w:rsidR="00F3546B" w14:paraId="10F84CF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196A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0BE39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2719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0966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B45F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133.8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C35F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3CF7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108.2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014D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9.551</w:t>
            </w:r>
          </w:p>
        </w:tc>
      </w:tr>
      <w:tr w:rsidR="00F3546B" w14:paraId="56D2578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AC999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8DCA4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956F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DC3D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2BB2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104.0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7D89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1CF9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A931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1.343</w:t>
            </w:r>
          </w:p>
        </w:tc>
      </w:tr>
      <w:tr w:rsidR="00F3546B" w14:paraId="5A807AF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74F7F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59865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846A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E89E1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05252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93.4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702D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65.7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83E9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B129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1.926</w:t>
            </w:r>
          </w:p>
        </w:tc>
      </w:tr>
      <w:tr w:rsidR="00F3546B" w14:paraId="08A9416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F9314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E3BCA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C8CF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D0E9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91908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101.3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622E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72.5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A6C1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518D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4.063</w:t>
            </w:r>
          </w:p>
        </w:tc>
      </w:tr>
      <w:tr w:rsidR="00F3546B" w14:paraId="5AC4C51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3F596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565CD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35D2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DED2B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45A6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72.4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102A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64.4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3EAE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C042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2.269</w:t>
            </w:r>
          </w:p>
        </w:tc>
      </w:tr>
      <w:tr w:rsidR="00F3546B" w14:paraId="46E6F70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C9652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3AA80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4C7E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95B8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DD456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94.1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BBC4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67.0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61D6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62DD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3.686</w:t>
            </w:r>
          </w:p>
        </w:tc>
      </w:tr>
      <w:tr w:rsidR="00F3546B" w14:paraId="603E739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A0804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669D8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B62D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FDFD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FC50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116.3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A7DB6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98.7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9876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0036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5.833</w:t>
            </w:r>
          </w:p>
        </w:tc>
      </w:tr>
      <w:tr w:rsidR="00F3546B" w14:paraId="1FC9FF9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E58BD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33DB4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710B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CEBC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2E6E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81.1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4B3C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65.3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502B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A338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2.439</w:t>
            </w:r>
          </w:p>
        </w:tc>
      </w:tr>
      <w:tr w:rsidR="00F3546B" w14:paraId="77D1CCF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5FBE6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18D1E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3A87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5DE3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DAB9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88.1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0EA4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70.5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DC03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76.2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8BC3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1.073</w:t>
            </w:r>
          </w:p>
        </w:tc>
      </w:tr>
      <w:tr w:rsidR="00F3546B" w14:paraId="54C204B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B0792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24457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8931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4799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E426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79.3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AB1A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68.8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33C1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99AE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3.103</w:t>
            </w:r>
          </w:p>
        </w:tc>
      </w:tr>
      <w:tr w:rsidR="00F3546B" w14:paraId="129231C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3ABFE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E11DA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3C02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3EE9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92D6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80.0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3A39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75.6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C056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B24F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0.16</w:t>
            </w:r>
          </w:p>
        </w:tc>
      </w:tr>
      <w:tr w:rsidR="00F3546B" w14:paraId="70B5735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8D61A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E76DB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6945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944E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92637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102.1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FE0C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259B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DB7F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1.386</w:t>
            </w:r>
          </w:p>
        </w:tc>
      </w:tr>
      <w:tr w:rsidR="00F3546B" w14:paraId="45D9188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1771AD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70F15C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E8257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F25EA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25583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109.0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B667B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81.9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B5854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87.3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C6348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2.914</w:t>
            </w:r>
          </w:p>
        </w:tc>
      </w:tr>
      <w:tr w:rsidR="00F3546B" w14:paraId="74CDE9ED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8F8A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D363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A3A8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949E7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8EEF5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81202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BBEE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BD9A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1.804</w:t>
            </w:r>
          </w:p>
        </w:tc>
      </w:tr>
      <w:tr w:rsidR="00F3546B" w14:paraId="1731E40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942D6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9F59A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4053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BF41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2EE7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6ACB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1C6F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E0DA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0.444</w:t>
            </w:r>
          </w:p>
        </w:tc>
      </w:tr>
      <w:tr w:rsidR="00F3546B" w14:paraId="6625DFC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04ED4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10953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3A1F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C9D4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E6B7A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2077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852C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0197B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0.565</w:t>
            </w:r>
          </w:p>
        </w:tc>
      </w:tr>
      <w:tr w:rsidR="00F3546B" w14:paraId="2CD4398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05E99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E051E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B3D0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5D60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5656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4C22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C52B9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2537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0.918</w:t>
            </w:r>
          </w:p>
        </w:tc>
      </w:tr>
      <w:tr w:rsidR="00F3546B" w14:paraId="0E7A413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AF338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57985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7BBEC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51F6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5998A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414A0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C0E9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C6AA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0.282</w:t>
            </w:r>
          </w:p>
        </w:tc>
      </w:tr>
      <w:tr w:rsidR="00F3546B" w14:paraId="3EE2DB9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245A1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A0AA9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BCA6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3F85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E418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9010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C883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7B15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0.472</w:t>
            </w:r>
          </w:p>
        </w:tc>
      </w:tr>
      <w:tr w:rsidR="00F3546B" w14:paraId="3F51625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0F7AE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EB1FE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3494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2EDE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1905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F78E6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1FDB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2206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0.58</w:t>
            </w:r>
          </w:p>
        </w:tc>
      </w:tr>
      <w:tr w:rsidR="00F3546B" w14:paraId="52B9B96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35D13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A6D96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EF42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E07CA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1B79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11D5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3B8F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EE51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0.886</w:t>
            </w:r>
          </w:p>
        </w:tc>
      </w:tr>
      <w:tr w:rsidR="00F3546B" w14:paraId="634B6DA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0966E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BE5DC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20604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B4E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B1A0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78FC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8ABC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7CB5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0.647</w:t>
            </w:r>
          </w:p>
        </w:tc>
      </w:tr>
      <w:tr w:rsidR="00F3546B" w14:paraId="5967DC4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B97EA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3C72E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1014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DC44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3430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32E7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EE60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002A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0.796</w:t>
            </w:r>
          </w:p>
        </w:tc>
      </w:tr>
      <w:tr w:rsidR="00F3546B" w14:paraId="1FF2EE8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7988D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83C18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A32F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5206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E0AB2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13F1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3518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021B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0.759</w:t>
            </w:r>
          </w:p>
        </w:tc>
      </w:tr>
      <w:tr w:rsidR="00F3546B" w14:paraId="19936CE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B4BE2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F0B31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1365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1798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313B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B57B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5C92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66E6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0.346</w:t>
            </w:r>
          </w:p>
        </w:tc>
      </w:tr>
      <w:tr w:rsidR="00F3546B" w14:paraId="521278F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C5323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23EAC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F1BD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F59FC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0089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97F6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D36B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C1E2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1.505</w:t>
            </w:r>
          </w:p>
        </w:tc>
      </w:tr>
      <w:tr w:rsidR="00F3546B" w14:paraId="53D3308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B8486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BF07C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9A9E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CC32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A8694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DA77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3936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DA17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3A136F0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F9E62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FEBBE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7BA2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120B4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4796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5398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153B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856F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0.489</w:t>
            </w:r>
          </w:p>
        </w:tc>
      </w:tr>
      <w:tr w:rsidR="00F3546B" w14:paraId="2B99A73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97E844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B6486D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0561A0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F23C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8C24F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720C5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512B5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F7B2F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0.483</w:t>
            </w:r>
          </w:p>
        </w:tc>
      </w:tr>
      <w:tr w:rsidR="00F3546B" w14:paraId="3FAD4797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AFC7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7756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3927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9AC0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DBF9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35.6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06A6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2.6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3567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E105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1.706</w:t>
            </w:r>
          </w:p>
        </w:tc>
      </w:tr>
      <w:tr w:rsidR="00F3546B" w14:paraId="4D82E88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A0344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03AD5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1DB9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54B8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4179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D330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0801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2FA2B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0.425</w:t>
            </w:r>
          </w:p>
        </w:tc>
      </w:tr>
      <w:tr w:rsidR="00F3546B" w14:paraId="79A5DA6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1F61E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FBB31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130A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9999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A66F0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FD4C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796E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931B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0.554</w:t>
            </w:r>
          </w:p>
        </w:tc>
      </w:tr>
      <w:tr w:rsidR="00F3546B" w14:paraId="3BDB8F8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B7A5D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62D50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93E4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C35C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B8D2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7F0A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D33C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CF82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1.122</w:t>
            </w:r>
          </w:p>
        </w:tc>
      </w:tr>
      <w:tr w:rsidR="00F3546B" w14:paraId="0BB74ED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1E1FE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BBF14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235E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E563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3923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156E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3936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E3A8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0.291</w:t>
            </w:r>
          </w:p>
        </w:tc>
      </w:tr>
      <w:tr w:rsidR="00F3546B" w14:paraId="1DE3859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576FA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626D2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030A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AC13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6F84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37C8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044F0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57D71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0.429</w:t>
            </w:r>
          </w:p>
        </w:tc>
      </w:tr>
      <w:tr w:rsidR="00F3546B" w14:paraId="20A9C81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89C65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8A6CB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7A81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D63C5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D552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C37A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9.7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4C51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D74C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0.603</w:t>
            </w:r>
          </w:p>
        </w:tc>
      </w:tr>
      <w:tr w:rsidR="00F3546B" w14:paraId="2708F94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6EB52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27C6D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034E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EACA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6F18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12BB6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AB4ED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FD00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0.761</w:t>
            </w:r>
          </w:p>
        </w:tc>
      </w:tr>
      <w:tr w:rsidR="00F3546B" w14:paraId="374AC68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4FFD4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B4302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A864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605A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B2E9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AA13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10.4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BE40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B1D52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0.622</w:t>
            </w:r>
          </w:p>
        </w:tc>
      </w:tr>
      <w:tr w:rsidR="00F3546B" w14:paraId="72C116D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AE299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7E60D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551F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A24D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96DD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ADAB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9B30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9C42F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0.675</w:t>
            </w:r>
          </w:p>
        </w:tc>
      </w:tr>
      <w:tr w:rsidR="00F3546B" w14:paraId="11BF5A6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969A5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ABB9D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0677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2CF5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D296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D527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4FD13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19F4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0.854</w:t>
            </w:r>
          </w:p>
        </w:tc>
      </w:tr>
      <w:tr w:rsidR="00F3546B" w14:paraId="1D04D7B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FC5FC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F4771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89A6F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D724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8CFEC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16C5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A860E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9AF0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0.485</w:t>
            </w:r>
          </w:p>
        </w:tc>
      </w:tr>
      <w:tr w:rsidR="00F3546B" w14:paraId="7AA5602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D4417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E0AF6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B6B4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400C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1A34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6C12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12.9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10917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AAB3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1.846</w:t>
            </w:r>
          </w:p>
        </w:tc>
      </w:tr>
      <w:tr w:rsidR="00F3546B" w14:paraId="49C2E92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66C07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F258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31FE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FE4D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E639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317A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2A8D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7731E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2142968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773C7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58272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E3EA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9A96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9A54B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B08B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F6E9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57CC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0.593</w:t>
            </w:r>
          </w:p>
        </w:tc>
      </w:tr>
      <w:tr w:rsidR="00F3546B" w14:paraId="0D7F405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9486A4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FE08C2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A2E9B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EE141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865A3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3F432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00D75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52BF3B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0.578</w:t>
            </w:r>
          </w:p>
        </w:tc>
      </w:tr>
      <w:tr w:rsidR="00F3546B" w14:paraId="57ED5832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D3C7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8B3D6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BFF2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B703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FBA6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31.4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2280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B460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D712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3.241</w:t>
            </w:r>
          </w:p>
        </w:tc>
      </w:tr>
      <w:tr w:rsidR="00F3546B" w14:paraId="7C18860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5D49B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E192E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CD5B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4942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8C5B8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9FCD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A69B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A34EF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0.478</w:t>
            </w:r>
          </w:p>
        </w:tc>
      </w:tr>
      <w:tr w:rsidR="00F3546B" w14:paraId="5816670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DAE53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98D9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EB77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5790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3F405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93DA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16.8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2DFC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30400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0.832</w:t>
            </w:r>
          </w:p>
        </w:tc>
      </w:tr>
      <w:tr w:rsidR="00F3546B" w14:paraId="6D1AB78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7A45E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D7FBF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EA1F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B9EE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04CA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DAFC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15.4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14C72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2A41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1.172</w:t>
            </w:r>
          </w:p>
        </w:tc>
      </w:tr>
      <w:tr w:rsidR="00F3546B" w14:paraId="7F376C1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004E2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C1FA9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B657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45E1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ED5A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B563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B403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EF45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0.838</w:t>
            </w:r>
          </w:p>
        </w:tc>
      </w:tr>
      <w:tr w:rsidR="00F3546B" w14:paraId="6A01E46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3A8CB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34302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28177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182A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2867D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2549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7041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860F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</w:t>
            </w:r>
          </w:p>
        </w:tc>
      </w:tr>
      <w:tr w:rsidR="00F3546B" w14:paraId="3061D15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A42B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19E69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B02F5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15A3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323A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F01FB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11.8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FD20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D195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0.814</w:t>
            </w:r>
          </w:p>
        </w:tc>
      </w:tr>
      <w:tr w:rsidR="00F3546B" w14:paraId="300CEE0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A85E5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379C0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6A68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4739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6312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D49C0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72D82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DAB2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0.883</w:t>
            </w:r>
          </w:p>
        </w:tc>
      </w:tr>
      <w:tr w:rsidR="00F3546B" w14:paraId="32226C7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14544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F27B3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6EC3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5983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1120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1DDA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4D2BB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93FB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0.782</w:t>
            </w:r>
          </w:p>
        </w:tc>
      </w:tr>
      <w:tr w:rsidR="00F3546B" w14:paraId="74933BC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A86E5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9E00A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8B18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3B86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91188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66BB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19.3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22AA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F5D2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0.668</w:t>
            </w:r>
          </w:p>
        </w:tc>
      </w:tr>
      <w:tr w:rsidR="00F3546B" w14:paraId="7B08D13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68476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87669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76E5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4C60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10FA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754D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271C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8590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0.865</w:t>
            </w:r>
          </w:p>
        </w:tc>
      </w:tr>
      <w:tr w:rsidR="00F3546B" w14:paraId="51AB27D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4EF51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1D19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5C62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3F03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6360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8798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EFC3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2146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0.634</w:t>
            </w:r>
          </w:p>
        </w:tc>
      </w:tr>
      <w:tr w:rsidR="00F3546B" w14:paraId="1898F9C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25892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0C7B2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DD98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2B9B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0B9E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C80A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4465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E9E2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2.794</w:t>
            </w:r>
          </w:p>
        </w:tc>
      </w:tr>
      <w:tr w:rsidR="00F3546B" w14:paraId="69069A3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B41DC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E7B2E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C871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C5DD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BEB9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E262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F8B5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66EF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7379BB6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580B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C971B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B72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FD26D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C75C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381B4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7BF1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EE77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1.021</w:t>
            </w:r>
          </w:p>
        </w:tc>
      </w:tr>
      <w:tr w:rsidR="00F3546B" w14:paraId="46DCDCF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17D90E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EEB831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1CFBE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F9A1EB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C580A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E536B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703511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B07DF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0.86</w:t>
            </w:r>
          </w:p>
        </w:tc>
      </w:tr>
      <w:tr w:rsidR="00F3546B" w14:paraId="525A9EB8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16F6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0BEF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F23E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5E4A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6F43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39.6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6FB2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2418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CD2D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4.728</w:t>
            </w:r>
          </w:p>
        </w:tc>
      </w:tr>
      <w:tr w:rsidR="00F3546B" w14:paraId="08D971B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87E0C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C6BCE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4AEED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BAB6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0995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BCB1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FAE7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88D1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0.938</w:t>
            </w:r>
          </w:p>
        </w:tc>
      </w:tr>
      <w:tr w:rsidR="00F3546B" w14:paraId="46EB179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EB5F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BBA74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0D8A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7578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98C8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409E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FE28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61EDC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0.93</w:t>
            </w:r>
          </w:p>
        </w:tc>
      </w:tr>
      <w:tr w:rsidR="00F3546B" w14:paraId="47C1E93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F5268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D473C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6B0F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迈瑞长岛（磁珠法）试剂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4482D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5D22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28.3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F482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4C6D4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097B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1.695</w:t>
            </w:r>
          </w:p>
        </w:tc>
      </w:tr>
      <w:tr w:rsidR="00F3546B" w14:paraId="7535807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1D318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030C7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0249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C717B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E48C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FE95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BBD9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97B6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0.98</w:t>
            </w:r>
          </w:p>
        </w:tc>
      </w:tr>
      <w:tr w:rsidR="00F3546B" w14:paraId="16CD03A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8F43E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2DD9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FDED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96A7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B627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36.3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0C2E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26.9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557D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C4ED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1.293</w:t>
            </w:r>
          </w:p>
        </w:tc>
      </w:tr>
      <w:tr w:rsidR="00F3546B" w14:paraId="1D37F00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1167F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CD7FB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A8556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E25CA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08D24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789B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FEF5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144F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1.341</w:t>
            </w:r>
          </w:p>
        </w:tc>
      </w:tr>
      <w:tr w:rsidR="00F3546B" w14:paraId="569ECB3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FEFCF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3AE50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70DC7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C781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D024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26.9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1F012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22.8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7B93D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E2E60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1.302</w:t>
            </w:r>
          </w:p>
        </w:tc>
      </w:tr>
      <w:tr w:rsidR="00F3546B" w14:paraId="2303B3C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E6095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022A9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2811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3671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B560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442B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502E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2379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0.952</w:t>
            </w:r>
          </w:p>
        </w:tc>
      </w:tr>
      <w:tr w:rsidR="00F3546B" w14:paraId="275014A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1526D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7F295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61F3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D104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A02D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F24B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3515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754E7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0.452</w:t>
            </w:r>
          </w:p>
        </w:tc>
      </w:tr>
      <w:tr w:rsidR="00F3546B" w14:paraId="7FF1E7C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353A5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0ADB4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8A8F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A1AD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7C52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6ABF6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3EA2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E608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0.948</w:t>
            </w:r>
          </w:p>
        </w:tc>
      </w:tr>
      <w:tr w:rsidR="00F3546B" w14:paraId="6D8557C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55C28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141A4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418F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1AD8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E984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89294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00612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9CEE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0.771</w:t>
            </w:r>
          </w:p>
        </w:tc>
      </w:tr>
      <w:tr w:rsidR="00F3546B" w14:paraId="0C6C127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84400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9A5B1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A53A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C0378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1E0E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24FE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4DDC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1792E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1.672</w:t>
            </w:r>
          </w:p>
        </w:tc>
      </w:tr>
      <w:tr w:rsidR="00F3546B" w14:paraId="32B3D9C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0C679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EE22C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BA1F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5F72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A5E8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DC44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338B4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7384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</w:tr>
      <w:tr w:rsidR="00F3546B" w14:paraId="14D6B96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B741A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5D5AC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70AB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772A2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499AC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77E4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18.5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7791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1092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1.572</w:t>
            </w:r>
          </w:p>
        </w:tc>
      </w:tr>
      <w:tr w:rsidR="00F3546B" w14:paraId="1E01DAC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94839C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89B890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7A2B5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DD062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4157A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CBE9C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26.8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D4176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93FA9B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0.61</w:t>
            </w:r>
          </w:p>
        </w:tc>
      </w:tr>
      <w:tr w:rsidR="00F3546B" w14:paraId="27F3B457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3225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TT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C76F5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06CB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BA9DA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3E347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271.0 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702A5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1586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C671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5.205</w:t>
            </w:r>
          </w:p>
        </w:tc>
      </w:tr>
      <w:tr w:rsidR="00F3546B" w14:paraId="3C9AE06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5A2C6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6600C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387C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1A97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37CC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38.8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AF78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AD6A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D912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0.945</w:t>
            </w:r>
          </w:p>
        </w:tc>
      </w:tr>
      <w:tr w:rsidR="00F3546B" w14:paraId="32633CB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9F8EA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30A88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BF54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19E1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FC63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271.0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8557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23.1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73B8D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87A2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1.228</w:t>
            </w:r>
          </w:p>
        </w:tc>
      </w:tr>
      <w:tr w:rsidR="00F3546B" w14:paraId="576B3AF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1C9D2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C4EFB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2D8C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6AAA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0E5C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33.5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FBCB2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21.5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ACD0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D93F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1.952</w:t>
            </w:r>
          </w:p>
        </w:tc>
      </w:tr>
      <w:tr w:rsidR="00F3546B" w14:paraId="2432683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C2CF8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A0632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08CBB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7B678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3F3C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40.1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1006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30.0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D205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1935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0.855</w:t>
            </w:r>
          </w:p>
        </w:tc>
      </w:tr>
      <w:tr w:rsidR="00F3546B" w14:paraId="309FC61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D414C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2D6B6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7F5F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希森美康（西门子进口）试剂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6EA5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C4A5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37.4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06DD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30.8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7434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206A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1.237</w:t>
            </w:r>
          </w:p>
        </w:tc>
      </w:tr>
      <w:tr w:rsidR="00F3546B" w14:paraId="0E074AF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8043A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B0CEA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F4230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F169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65CA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42.3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07CD1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13.6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53F6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2A0B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1.709</w:t>
            </w:r>
          </w:p>
        </w:tc>
      </w:tr>
      <w:tr w:rsidR="00F3546B" w14:paraId="58E4A5F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D3EB6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FAAA0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5ABA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B350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1399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FE6B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6C77D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3F1A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1.167</w:t>
            </w:r>
          </w:p>
        </w:tc>
      </w:tr>
      <w:tr w:rsidR="00F3546B" w14:paraId="4C7C1CE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C0496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CBD4B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AD7A4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39D0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0B8F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34.5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93C5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20.4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1911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C74A5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1.319</w:t>
            </w:r>
          </w:p>
        </w:tc>
      </w:tr>
      <w:tr w:rsidR="00F3546B" w14:paraId="30767A5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6D012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D273C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B0C37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47266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9882D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27.4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E120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23.8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B355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D856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0.777</w:t>
            </w:r>
          </w:p>
        </w:tc>
      </w:tr>
      <w:tr w:rsidR="00F3546B" w14:paraId="45EA70B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4030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9CF01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B408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A9EA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8CA5E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32.0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C4FE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25.2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7192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1F5A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0.788</w:t>
            </w:r>
          </w:p>
        </w:tc>
      </w:tr>
      <w:tr w:rsidR="00F3546B" w14:paraId="62359B7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F2EFF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EC247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3F54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9B79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A2E3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29.8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F6000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6BA8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3CF9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0.666</w:t>
            </w:r>
          </w:p>
        </w:tc>
      </w:tr>
      <w:tr w:rsidR="00F3546B" w14:paraId="4094930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9A655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2DD7F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C4505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4AF9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4D43D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35.2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3188B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24.7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57CC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5A62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1.938</w:t>
            </w:r>
          </w:p>
        </w:tc>
      </w:tr>
      <w:tr w:rsidR="00F3546B" w14:paraId="0A30B02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D9247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5900E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83D08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E33FC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1392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41.1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E39D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39.7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2036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2CE94D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0.085</w:t>
            </w:r>
          </w:p>
        </w:tc>
      </w:tr>
      <w:tr w:rsidR="00F3546B" w14:paraId="0C08F68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E3B7C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0DB8F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7E932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DF554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D8053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43.7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4C3F3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17.4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20B6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12CB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2.032</w:t>
            </w:r>
          </w:p>
        </w:tc>
      </w:tr>
      <w:tr w:rsidR="00F3546B" w14:paraId="3B00F98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E684F0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86DA9A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7D49F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8B8B0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6186D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39.6 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80187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31.4 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37660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51B10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1.333</w:t>
            </w:r>
          </w:p>
        </w:tc>
      </w:tr>
      <w:tr w:rsidR="00F3546B" w14:paraId="28B8D3E2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71EC1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FIB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7BEB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FBEF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3236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6EBB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596.52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0A15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E593B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6019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0.348</w:t>
            </w:r>
          </w:p>
        </w:tc>
      </w:tr>
      <w:tr w:rsidR="00F3546B" w14:paraId="73FC63B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A53E3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4FEDB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6042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F275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9A24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6E7F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2C84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D776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0.104</w:t>
            </w:r>
          </w:p>
        </w:tc>
      </w:tr>
      <w:tr w:rsidR="00F3546B" w14:paraId="6EF94FA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89FF8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1BCF4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ECBC3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FCDAB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5EED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CF02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ACEB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D8BD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0.078</w:t>
            </w:r>
          </w:p>
        </w:tc>
      </w:tr>
      <w:tr w:rsidR="00F3546B" w14:paraId="625BAD9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70CD1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790A6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91E96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B45DF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860A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5A13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B191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1CBBC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0.296</w:t>
            </w:r>
          </w:p>
        </w:tc>
      </w:tr>
      <w:tr w:rsidR="00F3546B" w14:paraId="3AC3096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2012F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853B2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3BB0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F1A3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1E77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ECB52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EDF65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0FBC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0.135</w:t>
            </w:r>
          </w:p>
        </w:tc>
      </w:tr>
      <w:tr w:rsidR="00F3546B" w14:paraId="607DE8B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4BB93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0E1B5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3B01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希森美康（西门子进口）试剂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B6E2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193A8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E719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BA95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08D2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0.12</w:t>
            </w:r>
          </w:p>
        </w:tc>
      </w:tr>
      <w:tr w:rsidR="00F3546B" w14:paraId="094E3E5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552F4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04D57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7D57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A1D21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05BD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4D89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A2CA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3BA5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0.155</w:t>
            </w:r>
          </w:p>
        </w:tc>
      </w:tr>
      <w:tr w:rsidR="00F3546B" w14:paraId="7FD11B7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BAB7E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2DA4A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1394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445F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0216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6EE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CBD6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E13C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0.097</w:t>
            </w:r>
          </w:p>
        </w:tc>
      </w:tr>
      <w:tr w:rsidR="00F3546B" w14:paraId="7B1967B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16C73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E685D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A96D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E0BD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C30D3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E007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85C2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71A6D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0.268</w:t>
            </w:r>
          </w:p>
        </w:tc>
      </w:tr>
      <w:tr w:rsidR="00F3546B" w14:paraId="13B4A17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AC650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AD2C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851B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7A3DA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9CF3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3.65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F2B1E8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3F1F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9503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0.165</w:t>
            </w:r>
          </w:p>
        </w:tc>
      </w:tr>
      <w:tr w:rsidR="00F3546B" w14:paraId="4708AFF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3A41DA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11DF4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AF00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B335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1ED50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DF94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3EE7F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5618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0.213</w:t>
            </w:r>
          </w:p>
        </w:tc>
      </w:tr>
      <w:tr w:rsidR="00F3546B" w14:paraId="611D344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52A63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BE600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767E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EC4A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FDA4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596.52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9279D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5A45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21FE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0.081</w:t>
            </w:r>
          </w:p>
        </w:tc>
      </w:tr>
      <w:tr w:rsidR="00F3546B" w14:paraId="387EE79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6C9B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A4F72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A9988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4CA6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8F8B8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E86D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C418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F58F1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0.206</w:t>
            </w:r>
          </w:p>
        </w:tc>
      </w:tr>
      <w:tr w:rsidR="00F3546B" w14:paraId="51BB285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87EA0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298AF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C44A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6C8E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96A8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D15F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4C27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9059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0.032</w:t>
            </w:r>
          </w:p>
        </w:tc>
      </w:tr>
      <w:tr w:rsidR="00F3546B" w14:paraId="64180C6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073C2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9BF7B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7A12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1FB5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70CAA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1C0F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8625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557F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0.176</w:t>
            </w:r>
          </w:p>
        </w:tc>
      </w:tr>
      <w:tr w:rsidR="00F3546B" w14:paraId="7727DE4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A04BDF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8B60EF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129022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3043F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AD205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BF9FD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65132B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9D147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</w:t>
            </w:r>
          </w:p>
        </w:tc>
      </w:tr>
      <w:tr w:rsidR="00F3546B" w14:paraId="08AC1370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86EC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FIB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256F0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21BDA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74B2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DE05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465.02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92E0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B773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E9569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0.27</w:t>
            </w:r>
          </w:p>
        </w:tc>
      </w:tr>
      <w:tr w:rsidR="00F3546B" w14:paraId="484142E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7259D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EEA3F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1520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8922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F4D83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1832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55C4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5483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0.119</w:t>
            </w:r>
          </w:p>
        </w:tc>
      </w:tr>
      <w:tr w:rsidR="00F3546B" w14:paraId="6103186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B0A53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BFB84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0E431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303F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0832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894A5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F56E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984E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0.09</w:t>
            </w:r>
          </w:p>
        </w:tc>
      </w:tr>
      <w:tr w:rsidR="00F3546B" w14:paraId="106488D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CD1B3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99CBF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33C6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49BCE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E0A51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2B1E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3B34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4CC6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0.256</w:t>
            </w:r>
          </w:p>
        </w:tc>
      </w:tr>
      <w:tr w:rsidR="00F3546B" w14:paraId="335CD1E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E303C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161CA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550C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DAE2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3060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AA16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265BD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9D44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0.119</w:t>
            </w:r>
          </w:p>
        </w:tc>
      </w:tr>
      <w:tr w:rsidR="00F3546B" w14:paraId="675B82D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EE947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C18BF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245A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希森美康（西门子进口）试剂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9F895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6519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8ACC3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C851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EFB7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0.088</w:t>
            </w:r>
          </w:p>
        </w:tc>
      </w:tr>
      <w:tr w:rsidR="00F3546B" w14:paraId="2C3E0DD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B77A8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E5442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741F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F7A57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92F4C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C58BD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92F2F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7F3C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0.142</w:t>
            </w:r>
          </w:p>
        </w:tc>
      </w:tr>
      <w:tr w:rsidR="00F3546B" w14:paraId="5C23A71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A6E98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5A746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30F2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E1880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2D92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63876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4F128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8591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0.178</w:t>
            </w:r>
          </w:p>
        </w:tc>
      </w:tr>
      <w:tr w:rsidR="00F3546B" w14:paraId="162E077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CDE3B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A5AC7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D601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06AA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D580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B292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AFA3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3242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0.204</w:t>
            </w:r>
          </w:p>
        </w:tc>
      </w:tr>
      <w:tr w:rsidR="00F3546B" w14:paraId="57D3749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E00C7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4BBEB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E18D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F14DC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4112F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80B7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064D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E6C9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0.113</w:t>
            </w:r>
          </w:p>
        </w:tc>
      </w:tr>
      <w:tr w:rsidR="00F3546B" w14:paraId="425B293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2DC6E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33C5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1DAA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1FD6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7915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40B8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044A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9F4D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0.144</w:t>
            </w:r>
          </w:p>
        </w:tc>
      </w:tr>
      <w:tr w:rsidR="00F3546B" w14:paraId="768B57C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47E4E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24B91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DEC0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81C62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9C299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465.02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4F3D0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A417B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2E1FE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0.081</w:t>
            </w:r>
          </w:p>
        </w:tc>
      </w:tr>
      <w:tr w:rsidR="00F3546B" w14:paraId="54949DC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B4671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E3642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86DA2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6AFE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A9BE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0DD7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17B2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15C0D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0.15</w:t>
            </w:r>
          </w:p>
        </w:tc>
      </w:tr>
      <w:tr w:rsidR="00F3546B" w14:paraId="21CEB55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74A2D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97247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5F8C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AB5EE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B65EB9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0ACD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6D22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DE6B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0.033</w:t>
            </w:r>
          </w:p>
        </w:tc>
      </w:tr>
      <w:tr w:rsidR="00F3546B" w14:paraId="701C814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107C8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8686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D3C1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A20A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D7DB1F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20A8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F854B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D658E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0.217</w:t>
            </w:r>
          </w:p>
        </w:tc>
      </w:tr>
      <w:tr w:rsidR="00F3546B" w14:paraId="353FCE8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97C9CD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2564A9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93812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CECC98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8BE72B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30318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E86713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C720B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0.087</w:t>
            </w:r>
          </w:p>
        </w:tc>
      </w:tr>
      <w:tr w:rsidR="00F3546B" w14:paraId="49C602EB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E2B8A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FIB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3D3C86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BCAF9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A87A3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6635D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327.71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2CAEC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3B01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A374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0.193</w:t>
            </w:r>
          </w:p>
        </w:tc>
      </w:tr>
      <w:tr w:rsidR="00F3546B" w14:paraId="59DE178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6ACEC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8CA21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32D3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D66D6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F517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5649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4EC7F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58EF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0.077</w:t>
            </w:r>
          </w:p>
        </w:tc>
      </w:tr>
      <w:tr w:rsidR="00F3546B" w14:paraId="6900850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3A5EC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51E67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03EA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51C16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76989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C7B2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981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26287C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0.083</w:t>
            </w:r>
          </w:p>
        </w:tc>
      </w:tr>
      <w:tr w:rsidR="00F3546B" w14:paraId="7D13DAB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FC81A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061C1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714C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8F59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67AA6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00330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B1E9E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665D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0.144</w:t>
            </w:r>
          </w:p>
        </w:tc>
      </w:tr>
      <w:tr w:rsidR="00F3546B" w14:paraId="68E1FDC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BA1AA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9D953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7163E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1151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70A67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B0077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1A41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4E035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0.09</w:t>
            </w:r>
          </w:p>
        </w:tc>
      </w:tr>
      <w:tr w:rsidR="00F3546B" w14:paraId="577B9BA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D1ED2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84931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0AC4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希森美康（西门子进口）试剂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11D3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EC40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6114B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63ED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A66BA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0.064</w:t>
            </w:r>
          </w:p>
        </w:tc>
      </w:tr>
      <w:tr w:rsidR="00F3546B" w14:paraId="309F02E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0F87A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D2C7D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4843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4D27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F4BFC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6DC25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C5019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DA8E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0.105</w:t>
            </w:r>
          </w:p>
        </w:tc>
      </w:tr>
      <w:tr w:rsidR="00F3546B" w14:paraId="41BD49B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40426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40FA8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D810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F6D6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866B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E48E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2DF64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4D337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0.119</w:t>
            </w:r>
          </w:p>
        </w:tc>
      </w:tr>
      <w:tr w:rsidR="00F3546B" w14:paraId="4A66A33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C2666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E00EC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A2F3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74C7E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26C0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B827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E316C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ED085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0.145</w:t>
            </w:r>
          </w:p>
        </w:tc>
      </w:tr>
      <w:tr w:rsidR="00F3546B" w14:paraId="03A2FAC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9131A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29B87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978C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012B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EDCF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2EBB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DC6AB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F74F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0.086</w:t>
            </w:r>
          </w:p>
        </w:tc>
      </w:tr>
      <w:tr w:rsidR="00F3546B" w14:paraId="7F87C484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E7C809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5CD1F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F0507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4BCD9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1B8E2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281AC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98CE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2EBFF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0.068</w:t>
            </w:r>
          </w:p>
        </w:tc>
      </w:tr>
      <w:tr w:rsidR="00F3546B" w14:paraId="7E1B4FE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8AEEF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FE730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9023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AAAEB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FE425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327.71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4471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C8F0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B6C1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0.062</w:t>
            </w:r>
          </w:p>
        </w:tc>
      </w:tr>
      <w:tr w:rsidR="00F3546B" w14:paraId="324A211E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D506A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6CB01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AC85E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9A9C9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675BE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1BC01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A5649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1193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0.221</w:t>
            </w:r>
          </w:p>
        </w:tc>
      </w:tr>
      <w:tr w:rsidR="00F3546B" w14:paraId="3EDFCFA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E537E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9EF8C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BBC6C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C5DF9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1F844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22DBF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5D0E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EF5D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0.041</w:t>
            </w:r>
          </w:p>
        </w:tc>
      </w:tr>
      <w:tr w:rsidR="00F3546B" w14:paraId="6344E40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2D88C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E5135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228F7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E5E8C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1FBE0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ECA2B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EFB08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535DD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0.141</w:t>
            </w:r>
          </w:p>
        </w:tc>
      </w:tr>
      <w:tr w:rsidR="00F3546B" w14:paraId="02EBA66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ED3E07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71900B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AFFFB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F1E3E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C1C9C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8668020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4E4BA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BA160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0.134</w:t>
            </w:r>
          </w:p>
        </w:tc>
      </w:tr>
      <w:tr w:rsidR="00F3546B" w14:paraId="600A8B2F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5C20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FIB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4D24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7440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E7EA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2934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271.7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D1647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088E1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3ECB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0.147</w:t>
            </w:r>
          </w:p>
        </w:tc>
      </w:tr>
      <w:tr w:rsidR="00F3546B" w14:paraId="24FCC6B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F8A831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D3A3E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42D4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D0538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621003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B1305C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D20A3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DEFF8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0.069</w:t>
            </w:r>
          </w:p>
        </w:tc>
      </w:tr>
      <w:tr w:rsidR="00F3546B" w14:paraId="7D26039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5F2B1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04494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7BE6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D3F436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09DD6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87F6C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63A19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3C52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0.065</w:t>
            </w:r>
          </w:p>
        </w:tc>
      </w:tr>
      <w:tr w:rsidR="00F3546B" w14:paraId="13297C3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6656DE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364F6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90C8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56BB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74C8B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4450F3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6578B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D3CB4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</w:t>
            </w:r>
          </w:p>
        </w:tc>
      </w:tr>
      <w:tr w:rsidR="00F3546B" w14:paraId="27B5E0B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8F30B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54C6AB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FA6DB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50E19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EABE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9F4A5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F3425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441A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0.087</w:t>
            </w:r>
          </w:p>
        </w:tc>
      </w:tr>
      <w:tr w:rsidR="00F3546B" w14:paraId="384F08E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77AE3F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0891F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778194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希森美康（西门子进口）试剂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6E621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B576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8C1EC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860F4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045C1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0.062</w:t>
            </w:r>
          </w:p>
        </w:tc>
      </w:tr>
      <w:tr w:rsidR="00F3546B" w14:paraId="17F15B63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1622B8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3ED6A5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BD3DB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F4D9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5B903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9B81E2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6A141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91803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0.075</w:t>
            </w:r>
          </w:p>
        </w:tc>
      </w:tr>
      <w:tr w:rsidR="00F3546B" w14:paraId="55F0FFB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14B937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66414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CE25D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35D08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8C937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023BA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B881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44D0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0.077</w:t>
            </w:r>
          </w:p>
        </w:tc>
      </w:tr>
      <w:tr w:rsidR="00F3546B" w14:paraId="526846C8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8FE4A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42CEB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009D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A8A24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866744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86C21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D1F74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3092F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0.105</w:t>
            </w:r>
          </w:p>
        </w:tc>
      </w:tr>
      <w:tr w:rsidR="00F3546B" w14:paraId="3C828A3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5704E2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72424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A653BB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AFBA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8A52CB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B03F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78F48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4A393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0.066</w:t>
            </w:r>
          </w:p>
        </w:tc>
      </w:tr>
      <w:tr w:rsidR="00F3546B" w14:paraId="0D39F93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6FE1F0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F9135B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684C5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46A8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C7E8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3A7F6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373D9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4348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0.033</w:t>
            </w:r>
          </w:p>
        </w:tc>
      </w:tr>
      <w:tr w:rsidR="00F3546B" w14:paraId="63CE907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1A3F6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FFD70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EA1AD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14E87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283F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271.7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06E9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2B4F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93667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0.049</w:t>
            </w:r>
          </w:p>
        </w:tc>
      </w:tr>
      <w:tr w:rsidR="00F3546B" w14:paraId="0A235A81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89DA2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1832D0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64944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9A57E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2B95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407EC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F1BA4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28F9A6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0.095</w:t>
            </w:r>
          </w:p>
        </w:tc>
      </w:tr>
      <w:tr w:rsidR="00F3546B" w14:paraId="6D45C90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953CEB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2E4A19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DD98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92E0E8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F024F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C6DBF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8F264F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17E1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0.019</w:t>
            </w:r>
          </w:p>
        </w:tc>
      </w:tr>
      <w:tr w:rsidR="00F3546B" w14:paraId="2D262BEF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93EFAA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218C3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0BF2E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71EC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08D6B6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C5E9B3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74B74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A766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0.147</w:t>
            </w:r>
          </w:p>
        </w:tc>
      </w:tr>
      <w:tr w:rsidR="00F3546B" w14:paraId="5ECE2757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C70429F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B89C96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5C03A0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70408DC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D4C3CE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D686E2F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57CB54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202F9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0.066</w:t>
            </w:r>
          </w:p>
        </w:tc>
      </w:tr>
      <w:tr w:rsidR="00F3546B" w14:paraId="7BFB0EE3" w14:textId="77777777" w:rsidTr="00F3546B">
        <w:trPr>
          <w:cantSplit/>
          <w:trHeight w:val="32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C827F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FIB</w:t>
            </w:r>
          </w:p>
        </w:tc>
        <w:tc>
          <w:tcPr>
            <w:tcW w:w="111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B330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5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6B1B1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缺省组</w:t>
            </w:r>
            <w:proofErr w:type="spellEnd"/>
          </w:p>
        </w:tc>
        <w:tc>
          <w:tcPr>
            <w:tcW w:w="91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FB68F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1F6D8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5E02BA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F71D0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55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222BE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0.122</w:t>
            </w:r>
          </w:p>
        </w:tc>
      </w:tr>
      <w:tr w:rsidR="00F3546B" w14:paraId="2AE797F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770FB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A336C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7837F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Stago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08053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4BD5DB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C0C84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D0890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26FD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0.032</w:t>
            </w:r>
          </w:p>
        </w:tc>
      </w:tr>
      <w:tr w:rsidR="00F3546B" w14:paraId="1BBC27E0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BE44D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B63989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6E294D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太阳试剂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D74620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4E19EA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E904D1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0EAAF9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5F293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</w:t>
            </w:r>
          </w:p>
        </w:tc>
      </w:tr>
      <w:tr w:rsidR="00F3546B" w14:paraId="15EC781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52858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D88A7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45DB7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迈瑞长岛（磁珠法）试剂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D00457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E75775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6F21C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7001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0E9D7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0.113</w:t>
            </w:r>
          </w:p>
        </w:tc>
      </w:tr>
      <w:tr w:rsidR="00F3546B" w14:paraId="563686E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BC8378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0694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66998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迈瑞（光学法）试剂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0E220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53D3BD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92D8F4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DD9C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7D8761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0.047</w:t>
            </w:r>
          </w:p>
        </w:tc>
      </w:tr>
      <w:tr w:rsidR="00F3546B" w14:paraId="67E42F2B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4E30BA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5424861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DF74C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希森美康（西门子进口）试剂</w:t>
            </w:r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8EB67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2FB402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D9369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70F321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D00846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0.045</w:t>
            </w:r>
          </w:p>
        </w:tc>
      </w:tr>
      <w:tr w:rsidR="00F3546B" w14:paraId="5CDB4486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7F276F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BCA9C3F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6D917C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赛科希德试剂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71B63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6800B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AEF86A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0D944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FE38F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0.063</w:t>
            </w:r>
          </w:p>
        </w:tc>
      </w:tr>
      <w:tr w:rsidR="00F3546B" w14:paraId="2524A792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E0B3C0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15CBC3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AE7B27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日本积水试剂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9B75ED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BDFF2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5F2329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8C9AC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19E9A1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0.097</w:t>
            </w:r>
          </w:p>
        </w:tc>
      </w:tr>
      <w:tr w:rsidR="00F3546B" w14:paraId="1B0D033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3D5CF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F2429CC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9646E8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众驰伟业试剂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CF1B90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053A53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3F63C6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76D8F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26F188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0.086</w:t>
            </w:r>
          </w:p>
        </w:tc>
      </w:tr>
      <w:tr w:rsidR="00F3546B" w14:paraId="3041777C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40CE03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A2C270D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AE2EF0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美创试剂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EF86FB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BE31566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B8DA4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B9B735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5A4D9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0.085</w:t>
            </w:r>
          </w:p>
        </w:tc>
      </w:tr>
      <w:tr w:rsidR="00F3546B" w14:paraId="1C37CC7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918B6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C9D4FC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A0A2D9A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深圳雷杜试剂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384628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8C3EED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FAE91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0690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1E43E53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0.033</w:t>
            </w:r>
          </w:p>
        </w:tc>
      </w:tr>
      <w:tr w:rsidR="00F3546B" w14:paraId="7FED295A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3ABFB07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7C9F072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91A020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苏州希肯试剂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CCC4B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A3C28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6B70C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D2DFD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E2B2A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0.045</w:t>
            </w:r>
          </w:p>
        </w:tc>
      </w:tr>
      <w:tr w:rsidR="00F3546B" w14:paraId="2010CAE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8585CB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0EA2F4E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256DB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美德太平洋试剂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DF00AE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CDE64EB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AD2613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E94125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674F612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0.104</w:t>
            </w:r>
          </w:p>
        </w:tc>
      </w:tr>
      <w:tr w:rsidR="00F3546B" w14:paraId="077ABDBD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F45133A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7FF75F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E5D025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中元汇吉试剂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12F57E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04C682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455AB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5B60C8D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0C508C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0.015</w:t>
            </w:r>
          </w:p>
        </w:tc>
      </w:tr>
      <w:tr w:rsidR="00F3546B" w14:paraId="31FC9159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ACDBBF4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11B02D46" w14:textId="77777777" w:rsidR="00F73406" w:rsidRDefault="00F73406">
            <w:pPr>
              <w:keepNext/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EC5A1A9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深圳帝迈试剂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D791F4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F073B5E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37D7D8F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7046ACD0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260ADE8" w14:textId="77777777" w:rsidR="00F3546B" w:rsidRDefault="00F3546B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0.104</w:t>
            </w:r>
          </w:p>
        </w:tc>
      </w:tr>
      <w:tr w:rsidR="00F3546B" w14:paraId="60357535" w14:textId="77777777" w:rsidTr="00F3546B">
        <w:trPr>
          <w:cantSplit/>
          <w:trHeight w:val="32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4160C4AB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865BCF2" w14:textId="77777777" w:rsidR="00F73406" w:rsidRDefault="00F73406">
            <w:pPr>
              <w:keepLines/>
              <w:widowControl w:val="0"/>
              <w:snapToGrid w:val="0"/>
              <w:spacing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320E6E2D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</w:rPr>
              <w:t>迈克试剂</w:t>
            </w:r>
            <w:proofErr w:type="spellEnd"/>
          </w:p>
        </w:tc>
        <w:tc>
          <w:tcPr>
            <w:tcW w:w="91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EA57B27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D7279F5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4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BBD9056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0256EF0A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55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5C1D0429" w14:textId="77777777" w:rsidR="00F3546B" w:rsidRDefault="00F3546B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hAnsiTheme="minorHAnsi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0.07</w:t>
            </w:r>
          </w:p>
        </w:tc>
      </w:tr>
    </w:tbl>
    <w:p w14:paraId="7DDE5AB3" w14:textId="77777777" w:rsidR="00845F08" w:rsidRDefault="00845F08">
      <w:pPr>
        <w:spacing w:line="60" w:lineRule="exact"/>
      </w:pPr>
    </w:p>
    <w:sectPr w:rsidR="00845F08" w:rsidSect="00034616">
      <w:footerReference w:type="default" r:id="rId8"/>
      <w:pgSz w:w="11906" w:h="16838"/>
      <w:pgMar w:top="964" w:right="822" w:bottom="907" w:left="822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7F250" w14:textId="77777777" w:rsidR="00C80671" w:rsidRDefault="00C80671">
      <w:pPr>
        <w:spacing w:line="240" w:lineRule="auto"/>
      </w:pPr>
      <w:r>
        <w:separator/>
      </w:r>
    </w:p>
  </w:endnote>
  <w:endnote w:type="continuationSeparator" w:id="0">
    <w:p w14:paraId="136F117A" w14:textId="77777777" w:rsidR="00C80671" w:rsidRDefault="00C80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FAAD" w14:textId="77777777" w:rsidR="00213269" w:rsidRDefault="00000000">
    <w:pPr>
      <w:pStyle w:val="a7"/>
      <w:jc w:val="center"/>
    </w:pPr>
    <w:r>
      <w:rPr>
        <w:color w:val="777777"/>
        <w:sz w:val="16"/>
      </w:rPr>
      <w:t>第</w:t>
    </w:r>
    <w:r>
      <w:rPr>
        <w:color w:val="777777"/>
        <w:sz w:val="16"/>
      </w:rPr>
      <w:t xml:space="preserve"> </w:t>
    </w:r>
    <w:r>
      <w:rPr>
        <w:color w:val="777777"/>
        <w:sz w:val="16"/>
      </w:rPr>
      <w:fldChar w:fldCharType="begin"/>
    </w:r>
    <w:r>
      <w:rPr>
        <w:color w:val="777777"/>
        <w:sz w:val="16"/>
      </w:rPr>
      <w:instrText xml:space="preserve"> PAGE </w:instrText>
    </w:r>
    <w:r>
      <w:rPr>
        <w:color w:val="777777"/>
        <w:sz w:val="16"/>
      </w:rPr>
      <w:fldChar w:fldCharType="separate"/>
    </w:r>
    <w:r w:rsidR="00F3546B">
      <w:rPr>
        <w:noProof/>
        <w:color w:val="777777"/>
        <w:sz w:val="16"/>
      </w:rPr>
      <w:t>1</w:t>
    </w:r>
    <w:r>
      <w:rPr>
        <w:color w:val="777777"/>
        <w:sz w:val="16"/>
      </w:rPr>
      <w:fldChar w:fldCharType="end"/>
    </w:r>
    <w:r>
      <w:rPr>
        <w:color w:val="777777"/>
        <w:sz w:val="16"/>
      </w:rPr>
      <w:t xml:space="preserve"> </w:t>
    </w:r>
    <w:r>
      <w:rPr>
        <w:color w:val="777777"/>
        <w:sz w:val="16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6FE57" w14:textId="77777777" w:rsidR="00C80671" w:rsidRDefault="00C80671">
      <w:pPr>
        <w:spacing w:line="240" w:lineRule="auto"/>
      </w:pPr>
      <w:r>
        <w:separator/>
      </w:r>
    </w:p>
  </w:footnote>
  <w:footnote w:type="continuationSeparator" w:id="0">
    <w:p w14:paraId="49121184" w14:textId="77777777" w:rsidR="00C80671" w:rsidRDefault="00C806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7951926">
    <w:abstractNumId w:val="8"/>
  </w:num>
  <w:num w:numId="2" w16cid:durableId="754670327">
    <w:abstractNumId w:val="6"/>
  </w:num>
  <w:num w:numId="3" w16cid:durableId="364990927">
    <w:abstractNumId w:val="5"/>
  </w:num>
  <w:num w:numId="4" w16cid:durableId="1582446509">
    <w:abstractNumId w:val="4"/>
  </w:num>
  <w:num w:numId="5" w16cid:durableId="1503856832">
    <w:abstractNumId w:val="7"/>
  </w:num>
  <w:num w:numId="6" w16cid:durableId="1525438680">
    <w:abstractNumId w:val="3"/>
  </w:num>
  <w:num w:numId="7" w16cid:durableId="1873417294">
    <w:abstractNumId w:val="2"/>
  </w:num>
  <w:num w:numId="8" w16cid:durableId="1341468210">
    <w:abstractNumId w:val="1"/>
  </w:num>
  <w:num w:numId="9" w16cid:durableId="206918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269"/>
    <w:rsid w:val="0029639D"/>
    <w:rsid w:val="00326F90"/>
    <w:rsid w:val="00845F08"/>
    <w:rsid w:val="00AA1D8D"/>
    <w:rsid w:val="00B47730"/>
    <w:rsid w:val="00B74099"/>
    <w:rsid w:val="00C80671"/>
    <w:rsid w:val="00CB0664"/>
    <w:rsid w:val="00F00E7E"/>
    <w:rsid w:val="00F3546B"/>
    <w:rsid w:val="00F734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D4D5D2"/>
  <w14:defaultImageDpi w14:val="300"/>
  <w15:docId w15:val="{5B92467D-9B39-458F-8B6F-9A503C23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88" w:lineRule="auto"/>
    </w:pPr>
    <w:rPr>
      <w:rFonts w:ascii="Arial" w:eastAsia="宋体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QASection">
    <w:name w:val="EQA Section"/>
    <w:pPr>
      <w:keepNext/>
      <w:spacing w:before="160" w:after="100"/>
    </w:pPr>
    <w:rPr>
      <w:rFonts w:ascii="Arial" w:eastAsia="微软雅黑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亚婷 张</cp:lastModifiedBy>
  <cp:revision>2</cp:revision>
  <dcterms:created xsi:type="dcterms:W3CDTF">2026-09-02T03:41:00Z</dcterms:created>
  <dcterms:modified xsi:type="dcterms:W3CDTF">2026-09-02T03:41:00Z</dcterms:modified>
  <cp:category/>
</cp:coreProperties>
</file>