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6F44C" w14:textId="77777777" w:rsidR="007F53E0" w:rsidRDefault="00000000">
      <w:pPr>
        <w:spacing w:after="160"/>
        <w:jc w:val="center"/>
        <w:rPr>
          <w:lang w:eastAsia="zh-CN"/>
        </w:rPr>
      </w:pPr>
      <w:r>
        <w:rPr>
          <w:rFonts w:eastAsia="黑体"/>
          <w:b/>
          <w:sz w:val="32"/>
          <w:lang w:eastAsia="zh-CN"/>
        </w:rPr>
        <w:t>AE-43 D-</w:t>
      </w:r>
      <w:r>
        <w:rPr>
          <w:rFonts w:eastAsia="黑体"/>
          <w:b/>
          <w:sz w:val="32"/>
          <w:lang w:eastAsia="zh-CN"/>
        </w:rPr>
        <w:t>二聚体</w:t>
      </w:r>
      <w:r>
        <w:rPr>
          <w:rFonts w:eastAsia="黑体"/>
          <w:b/>
          <w:sz w:val="32"/>
          <w:lang w:eastAsia="zh-CN"/>
        </w:rPr>
        <w:t>EQA</w:t>
      </w:r>
      <w:r>
        <w:rPr>
          <w:rFonts w:eastAsia="黑体"/>
          <w:b/>
          <w:sz w:val="32"/>
          <w:lang w:eastAsia="zh-CN"/>
        </w:rPr>
        <w:t>活动小结</w:t>
      </w:r>
    </w:p>
    <w:p w14:paraId="01D6AE34" w14:textId="77777777" w:rsidR="007F53E0" w:rsidRDefault="00000000">
      <w:pPr>
        <w:pStyle w:val="EQASection"/>
        <w:rPr>
          <w:lang w:eastAsia="zh-CN"/>
        </w:rPr>
      </w:pPr>
      <w:r>
        <w:rPr>
          <w:lang w:eastAsia="zh-CN"/>
        </w:rPr>
        <w:t>一、活动概况</w:t>
      </w:r>
    </w:p>
    <w:p w14:paraId="23E5A2E9" w14:textId="0C98A726" w:rsidR="007F53E0" w:rsidRDefault="00000000">
      <w:pPr>
        <w:spacing w:after="40"/>
        <w:rPr>
          <w:lang w:eastAsia="zh-CN"/>
        </w:rPr>
      </w:pPr>
      <w:r>
        <w:rPr>
          <w:b/>
          <w:lang w:eastAsia="zh-CN"/>
        </w:rPr>
        <w:t>活动批次：</w:t>
      </w:r>
      <w:r>
        <w:rPr>
          <w:lang w:eastAsia="zh-CN"/>
        </w:rPr>
        <w:t>202</w:t>
      </w:r>
      <w:r w:rsidR="00052629">
        <w:rPr>
          <w:rFonts w:hint="eastAsia"/>
          <w:lang w:eastAsia="zh-CN"/>
        </w:rPr>
        <w:t>6</w:t>
      </w:r>
      <w:r>
        <w:rPr>
          <w:lang w:eastAsia="zh-CN"/>
        </w:rPr>
        <w:t>01</w:t>
      </w:r>
      <w:r>
        <w:rPr>
          <w:lang w:eastAsia="zh-CN"/>
        </w:rPr>
        <w:t>次</w:t>
      </w:r>
    </w:p>
    <w:p w14:paraId="3BA789F5" w14:textId="77777777" w:rsidR="007F53E0" w:rsidRDefault="00000000">
      <w:pPr>
        <w:spacing w:after="40"/>
        <w:rPr>
          <w:lang w:eastAsia="zh-CN"/>
        </w:rPr>
      </w:pPr>
      <w:r>
        <w:rPr>
          <w:b/>
          <w:lang w:eastAsia="zh-CN"/>
        </w:rPr>
        <w:t>整体情况：参控实验室数：</w:t>
      </w:r>
      <w:r>
        <w:rPr>
          <w:lang w:eastAsia="zh-CN"/>
        </w:rPr>
        <w:t>451</w:t>
      </w:r>
      <w:r>
        <w:rPr>
          <w:lang w:eastAsia="zh-CN"/>
        </w:rPr>
        <w:t>家</w:t>
      </w:r>
    </w:p>
    <w:p w14:paraId="25644729" w14:textId="77777777" w:rsidR="007F53E0" w:rsidRDefault="00000000">
      <w:pPr>
        <w:pStyle w:val="EQASection"/>
        <w:rPr>
          <w:lang w:eastAsia="zh-CN"/>
        </w:rPr>
      </w:pPr>
      <w:r>
        <w:rPr>
          <w:lang w:eastAsia="zh-CN"/>
        </w:rPr>
        <w:t>二、评价标准</w:t>
      </w:r>
    </w:p>
    <w:p w14:paraId="130AAA7E" w14:textId="77777777" w:rsidR="007F53E0" w:rsidRDefault="00000000">
      <w:pPr>
        <w:spacing w:after="100"/>
        <w:rPr>
          <w:lang w:eastAsia="zh-CN"/>
        </w:rPr>
      </w:pPr>
      <w:r>
        <w:rPr>
          <w:b/>
          <w:lang w:eastAsia="zh-CN"/>
        </w:rPr>
        <w:t>评价限：</w:t>
      </w:r>
      <w:r>
        <w:rPr>
          <w:lang w:eastAsia="zh-CN"/>
        </w:rPr>
        <w:t>±50%</w:t>
      </w:r>
    </w:p>
    <w:p w14:paraId="1B3B58E6" w14:textId="77777777" w:rsidR="007F53E0" w:rsidRDefault="00000000">
      <w:pPr>
        <w:pStyle w:val="EQASection"/>
      </w:pPr>
      <w:r>
        <w:t>三、活动小结</w:t>
      </w: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1049"/>
        <w:gridCol w:w="2661"/>
        <w:gridCol w:w="1109"/>
        <w:gridCol w:w="850"/>
        <w:gridCol w:w="850"/>
        <w:gridCol w:w="1361"/>
        <w:gridCol w:w="1361"/>
      </w:tblGrid>
      <w:tr w:rsidR="007F53E0" w14:paraId="412D38A0" w14:textId="77777777" w:rsidTr="008C78EA">
        <w:trPr>
          <w:cantSplit/>
          <w:tblHeader/>
          <w:jc w:val="center"/>
        </w:trPr>
        <w:tc>
          <w:tcPr>
            <w:tcW w:w="680" w:type="dxa"/>
            <w:shd w:val="clear" w:color="auto" w:fill="DCE6F1"/>
            <w:vAlign w:val="center"/>
          </w:tcPr>
          <w:p w14:paraId="4ECE4113" w14:textId="77777777" w:rsidR="007F53E0" w:rsidRDefault="00000000">
            <w:pPr>
              <w:jc w:val="center"/>
            </w:pPr>
            <w:proofErr w:type="spellStart"/>
            <w:r>
              <w:rPr>
                <w:rFonts w:ascii="宋体" w:hAnsi="宋体"/>
                <w:b/>
                <w:sz w:val="18"/>
              </w:rPr>
              <w:t>项目</w:t>
            </w:r>
            <w:proofErr w:type="spellEnd"/>
          </w:p>
        </w:tc>
        <w:tc>
          <w:tcPr>
            <w:tcW w:w="1049" w:type="dxa"/>
            <w:shd w:val="clear" w:color="auto" w:fill="DCE6F1"/>
            <w:vAlign w:val="center"/>
          </w:tcPr>
          <w:p w14:paraId="59A367B8" w14:textId="77777777" w:rsidR="007F53E0" w:rsidRDefault="00000000">
            <w:pPr>
              <w:jc w:val="center"/>
            </w:pPr>
            <w:r>
              <w:rPr>
                <w:rFonts w:ascii="宋体" w:hAnsi="宋体"/>
                <w:b/>
                <w:sz w:val="18"/>
              </w:rPr>
              <w:t>批号</w:t>
            </w:r>
          </w:p>
        </w:tc>
        <w:tc>
          <w:tcPr>
            <w:tcW w:w="2661" w:type="dxa"/>
            <w:shd w:val="clear" w:color="auto" w:fill="DCE6F1"/>
            <w:vAlign w:val="center"/>
          </w:tcPr>
          <w:p w14:paraId="6CCED44F" w14:textId="77777777" w:rsidR="007F53E0" w:rsidRDefault="00000000">
            <w:pPr>
              <w:jc w:val="center"/>
            </w:pPr>
            <w:r>
              <w:rPr>
                <w:rFonts w:ascii="宋体" w:hAnsi="宋体"/>
                <w:b/>
                <w:sz w:val="18"/>
              </w:rPr>
              <w:t>组</w:t>
            </w:r>
          </w:p>
        </w:tc>
        <w:tc>
          <w:tcPr>
            <w:tcW w:w="1109" w:type="dxa"/>
            <w:shd w:val="clear" w:color="auto" w:fill="DCE6F1"/>
            <w:vAlign w:val="center"/>
          </w:tcPr>
          <w:p w14:paraId="55B3CC11" w14:textId="77777777" w:rsidR="007F53E0" w:rsidRDefault="00000000">
            <w:pPr>
              <w:jc w:val="center"/>
            </w:pPr>
            <w:r>
              <w:rPr>
                <w:rFonts w:ascii="宋体" w:hAnsi="宋体"/>
                <w:b/>
                <w:sz w:val="18"/>
              </w:rPr>
              <w:t>实验室数</w:t>
            </w:r>
          </w:p>
        </w:tc>
        <w:tc>
          <w:tcPr>
            <w:tcW w:w="850" w:type="dxa"/>
            <w:shd w:val="clear" w:color="auto" w:fill="DCE6F1"/>
            <w:vAlign w:val="center"/>
          </w:tcPr>
          <w:p w14:paraId="6DA87B45" w14:textId="77777777" w:rsidR="007F53E0" w:rsidRDefault="00000000">
            <w:pPr>
              <w:jc w:val="center"/>
            </w:pPr>
            <w:r>
              <w:rPr>
                <w:rFonts w:ascii="宋体" w:hAnsi="宋体"/>
                <w:b/>
                <w:sz w:val="18"/>
              </w:rPr>
              <w:t>最大值</w:t>
            </w:r>
          </w:p>
        </w:tc>
        <w:tc>
          <w:tcPr>
            <w:tcW w:w="850" w:type="dxa"/>
            <w:shd w:val="clear" w:color="auto" w:fill="DCE6F1"/>
            <w:vAlign w:val="center"/>
          </w:tcPr>
          <w:p w14:paraId="738DF0C3" w14:textId="77777777" w:rsidR="007F53E0" w:rsidRDefault="00000000">
            <w:pPr>
              <w:jc w:val="center"/>
            </w:pPr>
            <w:r>
              <w:rPr>
                <w:rFonts w:ascii="宋体" w:hAnsi="宋体"/>
                <w:b/>
                <w:sz w:val="18"/>
              </w:rPr>
              <w:t>最小值</w:t>
            </w:r>
          </w:p>
        </w:tc>
        <w:tc>
          <w:tcPr>
            <w:tcW w:w="1361" w:type="dxa"/>
            <w:shd w:val="clear" w:color="auto" w:fill="DCE6F1"/>
            <w:vAlign w:val="center"/>
          </w:tcPr>
          <w:p w14:paraId="275A5BDB" w14:textId="77777777" w:rsidR="007F53E0" w:rsidRDefault="00000000">
            <w:pPr>
              <w:jc w:val="center"/>
            </w:pPr>
            <w:r>
              <w:rPr>
                <w:rFonts w:ascii="宋体" w:hAnsi="宋体"/>
                <w:b/>
                <w:sz w:val="18"/>
              </w:rPr>
              <w:t>稳健平均值</w:t>
            </w:r>
          </w:p>
        </w:tc>
        <w:tc>
          <w:tcPr>
            <w:tcW w:w="1361" w:type="dxa"/>
            <w:shd w:val="clear" w:color="auto" w:fill="DCE6F1"/>
            <w:vAlign w:val="center"/>
          </w:tcPr>
          <w:p w14:paraId="5082B381" w14:textId="77777777" w:rsidR="007F53E0" w:rsidRDefault="00000000">
            <w:pPr>
              <w:jc w:val="center"/>
            </w:pPr>
            <w:r>
              <w:rPr>
                <w:rFonts w:ascii="宋体" w:hAnsi="宋体"/>
                <w:b/>
                <w:sz w:val="18"/>
              </w:rPr>
              <w:t>稳健标准差</w:t>
            </w:r>
          </w:p>
        </w:tc>
      </w:tr>
      <w:tr w:rsidR="007F53E0" w14:paraId="7C98E44F" w14:textId="77777777" w:rsidTr="008C78EA">
        <w:trPr>
          <w:cantSplit/>
          <w:jc w:val="center"/>
        </w:trPr>
        <w:tc>
          <w:tcPr>
            <w:tcW w:w="680" w:type="dxa"/>
            <w:vMerge w:val="restart"/>
            <w:shd w:val="clear" w:color="auto" w:fill="E8EFF6"/>
            <w:vAlign w:val="center"/>
          </w:tcPr>
          <w:p w14:paraId="7EE22704" w14:textId="77777777" w:rsidR="007F53E0" w:rsidRDefault="00000000">
            <w:pPr>
              <w:jc w:val="center"/>
              <w:rPr>
                <w:lang w:eastAsia="zh-CN"/>
              </w:rPr>
            </w:pPr>
            <w:r>
              <w:rPr>
                <w:rFonts w:ascii="宋体" w:hAnsi="宋体"/>
                <w:sz w:val="17"/>
                <w:lang w:eastAsia="zh-CN"/>
              </w:rPr>
              <w:t>D-二聚体检测（DDU）</w:t>
            </w:r>
          </w:p>
        </w:tc>
        <w:tc>
          <w:tcPr>
            <w:tcW w:w="1049" w:type="dxa"/>
            <w:vMerge w:val="restart"/>
            <w:shd w:val="clear" w:color="auto" w:fill="F3F6F9"/>
            <w:vAlign w:val="center"/>
          </w:tcPr>
          <w:p w14:paraId="44FFBCF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20260101</w:t>
            </w:r>
          </w:p>
        </w:tc>
        <w:tc>
          <w:tcPr>
            <w:tcW w:w="2661" w:type="dxa"/>
            <w:shd w:val="clear" w:color="auto" w:fill="F3F6F9"/>
            <w:vAlign w:val="center"/>
          </w:tcPr>
          <w:p w14:paraId="2200200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缺省组</w:t>
            </w:r>
          </w:p>
        </w:tc>
        <w:tc>
          <w:tcPr>
            <w:tcW w:w="1109" w:type="dxa"/>
            <w:shd w:val="clear" w:color="auto" w:fill="F3F6F9"/>
            <w:vAlign w:val="center"/>
          </w:tcPr>
          <w:p w14:paraId="79D9620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450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23930E0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1324.68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5B8CCCE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0.19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439E590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0.67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2CCAD6A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0.203</w:t>
            </w:r>
          </w:p>
        </w:tc>
      </w:tr>
      <w:tr w:rsidR="007F53E0" w14:paraId="08C7C74A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107B9447" w14:textId="77777777" w:rsidR="007F53E0" w:rsidRDefault="007F53E0"/>
        </w:tc>
        <w:tc>
          <w:tcPr>
            <w:tcW w:w="1049" w:type="dxa"/>
            <w:vMerge/>
            <w:vAlign w:val="center"/>
          </w:tcPr>
          <w:p w14:paraId="6FF418B8" w14:textId="77777777" w:rsidR="007F53E0" w:rsidRDefault="007F53E0"/>
        </w:tc>
        <w:tc>
          <w:tcPr>
            <w:tcW w:w="2661" w:type="dxa"/>
            <w:vAlign w:val="center"/>
          </w:tcPr>
          <w:p w14:paraId="02653C2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Siemens试剂组</w:t>
            </w:r>
          </w:p>
        </w:tc>
        <w:tc>
          <w:tcPr>
            <w:tcW w:w="1109" w:type="dxa"/>
            <w:vAlign w:val="center"/>
          </w:tcPr>
          <w:p w14:paraId="00C0D6C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71</w:t>
            </w:r>
          </w:p>
        </w:tc>
        <w:tc>
          <w:tcPr>
            <w:tcW w:w="850" w:type="dxa"/>
            <w:vAlign w:val="center"/>
          </w:tcPr>
          <w:p w14:paraId="00FC050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750</w:t>
            </w:r>
          </w:p>
        </w:tc>
        <w:tc>
          <w:tcPr>
            <w:tcW w:w="850" w:type="dxa"/>
            <w:vAlign w:val="center"/>
          </w:tcPr>
          <w:p w14:paraId="5F5AD17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0.67</w:t>
            </w:r>
          </w:p>
        </w:tc>
        <w:tc>
          <w:tcPr>
            <w:tcW w:w="1361" w:type="dxa"/>
            <w:vAlign w:val="center"/>
          </w:tcPr>
          <w:p w14:paraId="3A233BE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0.73</w:t>
            </w:r>
          </w:p>
        </w:tc>
        <w:tc>
          <w:tcPr>
            <w:tcW w:w="1361" w:type="dxa"/>
            <w:vAlign w:val="center"/>
          </w:tcPr>
          <w:p w14:paraId="74BCC46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0.034</w:t>
            </w:r>
          </w:p>
        </w:tc>
      </w:tr>
      <w:tr w:rsidR="007F53E0" w14:paraId="620B39B7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73351EF2" w14:textId="77777777" w:rsidR="007F53E0" w:rsidRDefault="007F53E0"/>
        </w:tc>
        <w:tc>
          <w:tcPr>
            <w:tcW w:w="1049" w:type="dxa"/>
            <w:vMerge/>
            <w:vAlign w:val="center"/>
          </w:tcPr>
          <w:p w14:paraId="57F12B8A" w14:textId="77777777" w:rsidR="007F53E0" w:rsidRDefault="007F53E0"/>
        </w:tc>
        <w:tc>
          <w:tcPr>
            <w:tcW w:w="2661" w:type="dxa"/>
            <w:vAlign w:val="center"/>
          </w:tcPr>
          <w:p w14:paraId="5A20304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Stago试剂组</w:t>
            </w:r>
          </w:p>
        </w:tc>
        <w:tc>
          <w:tcPr>
            <w:tcW w:w="1109" w:type="dxa"/>
            <w:vAlign w:val="center"/>
          </w:tcPr>
          <w:p w14:paraId="1FE8601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25</w:t>
            </w:r>
          </w:p>
        </w:tc>
        <w:tc>
          <w:tcPr>
            <w:tcW w:w="850" w:type="dxa"/>
            <w:vAlign w:val="center"/>
          </w:tcPr>
          <w:p w14:paraId="30BB45D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0.49</w:t>
            </w:r>
          </w:p>
        </w:tc>
        <w:tc>
          <w:tcPr>
            <w:tcW w:w="850" w:type="dxa"/>
            <w:vAlign w:val="center"/>
          </w:tcPr>
          <w:p w14:paraId="1B725F9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0.35</w:t>
            </w:r>
          </w:p>
        </w:tc>
        <w:tc>
          <w:tcPr>
            <w:tcW w:w="1361" w:type="dxa"/>
            <w:vAlign w:val="center"/>
          </w:tcPr>
          <w:p w14:paraId="0DCAA0B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0.41</w:t>
            </w:r>
          </w:p>
        </w:tc>
        <w:tc>
          <w:tcPr>
            <w:tcW w:w="1361" w:type="dxa"/>
            <w:vAlign w:val="center"/>
          </w:tcPr>
          <w:p w14:paraId="31854DE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0.031</w:t>
            </w:r>
          </w:p>
        </w:tc>
      </w:tr>
      <w:tr w:rsidR="007F53E0" w14:paraId="12A9EE07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63B1F94B" w14:textId="77777777" w:rsidR="007F53E0" w:rsidRDefault="007F53E0"/>
        </w:tc>
        <w:tc>
          <w:tcPr>
            <w:tcW w:w="1049" w:type="dxa"/>
            <w:vMerge/>
            <w:vAlign w:val="center"/>
          </w:tcPr>
          <w:p w14:paraId="3DB5ADF4" w14:textId="77777777" w:rsidR="007F53E0" w:rsidRDefault="007F53E0"/>
        </w:tc>
        <w:tc>
          <w:tcPr>
            <w:tcW w:w="2661" w:type="dxa"/>
            <w:vAlign w:val="center"/>
          </w:tcPr>
          <w:p w14:paraId="7DDF3F3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太阳试剂组</w:t>
            </w:r>
          </w:p>
        </w:tc>
        <w:tc>
          <w:tcPr>
            <w:tcW w:w="1109" w:type="dxa"/>
            <w:vAlign w:val="center"/>
          </w:tcPr>
          <w:p w14:paraId="7888BEB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27</w:t>
            </w:r>
          </w:p>
        </w:tc>
        <w:tc>
          <w:tcPr>
            <w:tcW w:w="850" w:type="dxa"/>
            <w:vAlign w:val="center"/>
          </w:tcPr>
          <w:p w14:paraId="3109C3C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0.65</w:t>
            </w:r>
          </w:p>
        </w:tc>
        <w:tc>
          <w:tcPr>
            <w:tcW w:w="850" w:type="dxa"/>
            <w:vAlign w:val="center"/>
          </w:tcPr>
          <w:p w14:paraId="5EA7A96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0.42</w:t>
            </w:r>
          </w:p>
        </w:tc>
        <w:tc>
          <w:tcPr>
            <w:tcW w:w="1361" w:type="dxa"/>
            <w:vAlign w:val="center"/>
          </w:tcPr>
          <w:p w14:paraId="611A38D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0.53</w:t>
            </w:r>
          </w:p>
        </w:tc>
        <w:tc>
          <w:tcPr>
            <w:tcW w:w="1361" w:type="dxa"/>
            <w:vAlign w:val="center"/>
          </w:tcPr>
          <w:p w14:paraId="4603964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0.036</w:t>
            </w:r>
          </w:p>
        </w:tc>
      </w:tr>
      <w:tr w:rsidR="007F53E0" w14:paraId="5E0B2899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1C1D4528" w14:textId="77777777" w:rsidR="007F53E0" w:rsidRDefault="007F53E0"/>
        </w:tc>
        <w:tc>
          <w:tcPr>
            <w:tcW w:w="1049" w:type="dxa"/>
            <w:vMerge/>
            <w:vAlign w:val="center"/>
          </w:tcPr>
          <w:p w14:paraId="29F2D55E" w14:textId="77777777" w:rsidR="007F53E0" w:rsidRDefault="007F53E0"/>
        </w:tc>
        <w:tc>
          <w:tcPr>
            <w:tcW w:w="2661" w:type="dxa"/>
            <w:vAlign w:val="center"/>
          </w:tcPr>
          <w:p w14:paraId="63F035B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赛科希德试剂组</w:t>
            </w:r>
          </w:p>
        </w:tc>
        <w:tc>
          <w:tcPr>
            <w:tcW w:w="1109" w:type="dxa"/>
            <w:vAlign w:val="center"/>
          </w:tcPr>
          <w:p w14:paraId="11497AA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77</w:t>
            </w:r>
          </w:p>
        </w:tc>
        <w:tc>
          <w:tcPr>
            <w:tcW w:w="850" w:type="dxa"/>
            <w:vAlign w:val="center"/>
          </w:tcPr>
          <w:p w14:paraId="4AF35C5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0.45</w:t>
            </w:r>
          </w:p>
        </w:tc>
        <w:tc>
          <w:tcPr>
            <w:tcW w:w="850" w:type="dxa"/>
            <w:vAlign w:val="center"/>
          </w:tcPr>
          <w:p w14:paraId="75296EB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0.23</w:t>
            </w:r>
          </w:p>
        </w:tc>
        <w:tc>
          <w:tcPr>
            <w:tcW w:w="1361" w:type="dxa"/>
            <w:vAlign w:val="center"/>
          </w:tcPr>
          <w:p w14:paraId="5189FDE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0.36</w:t>
            </w:r>
          </w:p>
        </w:tc>
        <w:tc>
          <w:tcPr>
            <w:tcW w:w="1361" w:type="dxa"/>
            <w:vAlign w:val="center"/>
          </w:tcPr>
          <w:p w14:paraId="35DF995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0.043</w:t>
            </w:r>
          </w:p>
        </w:tc>
      </w:tr>
      <w:tr w:rsidR="007F53E0" w14:paraId="07FBF63D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6D216F0A" w14:textId="77777777" w:rsidR="007F53E0" w:rsidRDefault="007F53E0"/>
        </w:tc>
        <w:tc>
          <w:tcPr>
            <w:tcW w:w="1049" w:type="dxa"/>
            <w:vMerge/>
            <w:vAlign w:val="center"/>
          </w:tcPr>
          <w:p w14:paraId="36ADBD55" w14:textId="77777777" w:rsidR="007F53E0" w:rsidRDefault="007F53E0"/>
        </w:tc>
        <w:tc>
          <w:tcPr>
            <w:tcW w:w="2661" w:type="dxa"/>
            <w:vAlign w:val="center"/>
          </w:tcPr>
          <w:p w14:paraId="4245328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迈瑞试剂组</w:t>
            </w:r>
          </w:p>
        </w:tc>
        <w:tc>
          <w:tcPr>
            <w:tcW w:w="1109" w:type="dxa"/>
            <w:vAlign w:val="center"/>
          </w:tcPr>
          <w:p w14:paraId="73B05E4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80</w:t>
            </w:r>
          </w:p>
        </w:tc>
        <w:tc>
          <w:tcPr>
            <w:tcW w:w="850" w:type="dxa"/>
            <w:vAlign w:val="center"/>
          </w:tcPr>
          <w:p w14:paraId="501D9F9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8.62</w:t>
            </w:r>
          </w:p>
        </w:tc>
        <w:tc>
          <w:tcPr>
            <w:tcW w:w="850" w:type="dxa"/>
            <w:vAlign w:val="center"/>
          </w:tcPr>
          <w:p w14:paraId="1B80169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0.69</w:t>
            </w:r>
          </w:p>
        </w:tc>
        <w:tc>
          <w:tcPr>
            <w:tcW w:w="1361" w:type="dxa"/>
            <w:vAlign w:val="center"/>
          </w:tcPr>
          <w:p w14:paraId="1BEF2AD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0.83</w:t>
            </w:r>
          </w:p>
        </w:tc>
        <w:tc>
          <w:tcPr>
            <w:tcW w:w="1361" w:type="dxa"/>
            <w:vAlign w:val="center"/>
          </w:tcPr>
          <w:p w14:paraId="414B7CB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0.057</w:t>
            </w:r>
          </w:p>
        </w:tc>
      </w:tr>
      <w:tr w:rsidR="007F53E0" w14:paraId="48127177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68222466" w14:textId="77777777" w:rsidR="007F53E0" w:rsidRDefault="007F53E0"/>
        </w:tc>
        <w:tc>
          <w:tcPr>
            <w:tcW w:w="1049" w:type="dxa"/>
            <w:vMerge/>
            <w:vAlign w:val="center"/>
          </w:tcPr>
          <w:p w14:paraId="00DB5DA3" w14:textId="77777777" w:rsidR="007F53E0" w:rsidRDefault="007F53E0"/>
        </w:tc>
        <w:tc>
          <w:tcPr>
            <w:tcW w:w="2661" w:type="dxa"/>
            <w:vAlign w:val="center"/>
          </w:tcPr>
          <w:p w14:paraId="7AA3DE0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积水试剂组</w:t>
            </w:r>
          </w:p>
        </w:tc>
        <w:tc>
          <w:tcPr>
            <w:tcW w:w="1109" w:type="dxa"/>
            <w:vAlign w:val="center"/>
          </w:tcPr>
          <w:p w14:paraId="7B88912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12</w:t>
            </w:r>
          </w:p>
        </w:tc>
        <w:tc>
          <w:tcPr>
            <w:tcW w:w="850" w:type="dxa"/>
            <w:vAlign w:val="center"/>
          </w:tcPr>
          <w:p w14:paraId="41353A7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1.1</w:t>
            </w:r>
          </w:p>
        </w:tc>
        <w:tc>
          <w:tcPr>
            <w:tcW w:w="850" w:type="dxa"/>
            <w:vAlign w:val="center"/>
          </w:tcPr>
          <w:p w14:paraId="320FE09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0.81</w:t>
            </w:r>
          </w:p>
        </w:tc>
        <w:tc>
          <w:tcPr>
            <w:tcW w:w="1361" w:type="dxa"/>
            <w:vAlign w:val="center"/>
          </w:tcPr>
          <w:p w14:paraId="2627A4A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0.99</w:t>
            </w:r>
          </w:p>
        </w:tc>
        <w:tc>
          <w:tcPr>
            <w:tcW w:w="1361" w:type="dxa"/>
            <w:vAlign w:val="center"/>
          </w:tcPr>
          <w:p w14:paraId="59E52D9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0.089</w:t>
            </w:r>
          </w:p>
        </w:tc>
      </w:tr>
      <w:tr w:rsidR="007F53E0" w14:paraId="6A8B3F53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0697AEE3" w14:textId="77777777" w:rsidR="007F53E0" w:rsidRDefault="007F53E0"/>
        </w:tc>
        <w:tc>
          <w:tcPr>
            <w:tcW w:w="1049" w:type="dxa"/>
            <w:vMerge/>
            <w:vAlign w:val="center"/>
          </w:tcPr>
          <w:p w14:paraId="041CE6FA" w14:textId="77777777" w:rsidR="007F53E0" w:rsidRDefault="007F53E0"/>
        </w:tc>
        <w:tc>
          <w:tcPr>
            <w:tcW w:w="2661" w:type="dxa"/>
            <w:vAlign w:val="center"/>
          </w:tcPr>
          <w:p w14:paraId="63D5B44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长岛试剂组</w:t>
            </w:r>
          </w:p>
        </w:tc>
        <w:tc>
          <w:tcPr>
            <w:tcW w:w="1109" w:type="dxa"/>
            <w:vAlign w:val="center"/>
          </w:tcPr>
          <w:p w14:paraId="1870D44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18</w:t>
            </w:r>
          </w:p>
        </w:tc>
        <w:tc>
          <w:tcPr>
            <w:tcW w:w="850" w:type="dxa"/>
            <w:vAlign w:val="center"/>
          </w:tcPr>
          <w:p w14:paraId="3B8C067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1.17</w:t>
            </w:r>
          </w:p>
        </w:tc>
        <w:tc>
          <w:tcPr>
            <w:tcW w:w="850" w:type="dxa"/>
            <w:vAlign w:val="center"/>
          </w:tcPr>
          <w:p w14:paraId="05E04A2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0.53</w:t>
            </w:r>
          </w:p>
        </w:tc>
        <w:tc>
          <w:tcPr>
            <w:tcW w:w="1361" w:type="dxa"/>
            <w:vAlign w:val="center"/>
          </w:tcPr>
          <w:p w14:paraId="0888EAD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0.86</w:t>
            </w:r>
          </w:p>
        </w:tc>
        <w:tc>
          <w:tcPr>
            <w:tcW w:w="1361" w:type="dxa"/>
            <w:vAlign w:val="center"/>
          </w:tcPr>
          <w:p w14:paraId="07A5466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0.135</w:t>
            </w:r>
          </w:p>
        </w:tc>
      </w:tr>
      <w:tr w:rsidR="007F53E0" w14:paraId="6E463F66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7B0945CA" w14:textId="77777777" w:rsidR="007F53E0" w:rsidRDefault="007F53E0"/>
        </w:tc>
        <w:tc>
          <w:tcPr>
            <w:tcW w:w="1049" w:type="dxa"/>
            <w:vMerge/>
            <w:vAlign w:val="center"/>
          </w:tcPr>
          <w:p w14:paraId="2DC75324" w14:textId="77777777" w:rsidR="007F53E0" w:rsidRDefault="007F53E0"/>
        </w:tc>
        <w:tc>
          <w:tcPr>
            <w:tcW w:w="2661" w:type="dxa"/>
            <w:vAlign w:val="center"/>
          </w:tcPr>
          <w:p w14:paraId="52CD503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希肯试剂组</w:t>
            </w:r>
          </w:p>
        </w:tc>
        <w:tc>
          <w:tcPr>
            <w:tcW w:w="1109" w:type="dxa"/>
            <w:vAlign w:val="center"/>
          </w:tcPr>
          <w:p w14:paraId="298A1F8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30</w:t>
            </w:r>
          </w:p>
        </w:tc>
        <w:tc>
          <w:tcPr>
            <w:tcW w:w="850" w:type="dxa"/>
            <w:vAlign w:val="center"/>
          </w:tcPr>
          <w:p w14:paraId="32E91D1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0.85</w:t>
            </w:r>
          </w:p>
        </w:tc>
        <w:tc>
          <w:tcPr>
            <w:tcW w:w="850" w:type="dxa"/>
            <w:vAlign w:val="center"/>
          </w:tcPr>
          <w:p w14:paraId="340DF66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0.59</w:t>
            </w:r>
          </w:p>
        </w:tc>
        <w:tc>
          <w:tcPr>
            <w:tcW w:w="1361" w:type="dxa"/>
            <w:vAlign w:val="center"/>
          </w:tcPr>
          <w:p w14:paraId="16B2178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0.75</w:t>
            </w:r>
          </w:p>
        </w:tc>
        <w:tc>
          <w:tcPr>
            <w:tcW w:w="1361" w:type="dxa"/>
            <w:vAlign w:val="center"/>
          </w:tcPr>
          <w:p w14:paraId="493E18B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0.048</w:t>
            </w:r>
          </w:p>
        </w:tc>
      </w:tr>
      <w:tr w:rsidR="007F53E0" w14:paraId="493F6137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17FB2AFC" w14:textId="77777777" w:rsidR="007F53E0" w:rsidRDefault="007F53E0"/>
        </w:tc>
        <w:tc>
          <w:tcPr>
            <w:tcW w:w="1049" w:type="dxa"/>
            <w:vMerge/>
            <w:vAlign w:val="center"/>
          </w:tcPr>
          <w:p w14:paraId="19ACD400" w14:textId="77777777" w:rsidR="007F53E0" w:rsidRDefault="007F53E0"/>
        </w:tc>
        <w:tc>
          <w:tcPr>
            <w:tcW w:w="2661" w:type="dxa"/>
            <w:vAlign w:val="center"/>
          </w:tcPr>
          <w:p w14:paraId="164DBE4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九强试剂组</w:t>
            </w:r>
          </w:p>
        </w:tc>
        <w:tc>
          <w:tcPr>
            <w:tcW w:w="1109" w:type="dxa"/>
            <w:vAlign w:val="center"/>
          </w:tcPr>
          <w:p w14:paraId="3F8A293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9</w:t>
            </w:r>
          </w:p>
        </w:tc>
        <w:tc>
          <w:tcPr>
            <w:tcW w:w="850" w:type="dxa"/>
            <w:vAlign w:val="center"/>
          </w:tcPr>
          <w:p w14:paraId="325C51B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0.74</w:t>
            </w:r>
          </w:p>
        </w:tc>
        <w:tc>
          <w:tcPr>
            <w:tcW w:w="850" w:type="dxa"/>
            <w:vAlign w:val="center"/>
          </w:tcPr>
          <w:p w14:paraId="1AB7A37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0.62</w:t>
            </w:r>
          </w:p>
        </w:tc>
        <w:tc>
          <w:tcPr>
            <w:tcW w:w="1361" w:type="dxa"/>
            <w:vAlign w:val="center"/>
          </w:tcPr>
          <w:p w14:paraId="1205BDE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0.7</w:t>
            </w:r>
          </w:p>
        </w:tc>
        <w:tc>
          <w:tcPr>
            <w:tcW w:w="1361" w:type="dxa"/>
            <w:vAlign w:val="center"/>
          </w:tcPr>
          <w:p w14:paraId="0152317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0.033</w:t>
            </w:r>
          </w:p>
        </w:tc>
      </w:tr>
      <w:tr w:rsidR="007F53E0" w14:paraId="36BDBC07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1F81586B" w14:textId="77777777" w:rsidR="007F53E0" w:rsidRDefault="007F53E0"/>
        </w:tc>
        <w:tc>
          <w:tcPr>
            <w:tcW w:w="1049" w:type="dxa"/>
            <w:vMerge/>
            <w:vAlign w:val="center"/>
          </w:tcPr>
          <w:p w14:paraId="4029D338" w14:textId="77777777" w:rsidR="007F53E0" w:rsidRDefault="007F53E0"/>
        </w:tc>
        <w:tc>
          <w:tcPr>
            <w:tcW w:w="2661" w:type="dxa"/>
            <w:vAlign w:val="center"/>
          </w:tcPr>
          <w:p w14:paraId="1F98D6B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众驰伟业试剂组</w:t>
            </w:r>
          </w:p>
        </w:tc>
        <w:tc>
          <w:tcPr>
            <w:tcW w:w="1109" w:type="dxa"/>
            <w:vAlign w:val="center"/>
          </w:tcPr>
          <w:p w14:paraId="457246B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25</w:t>
            </w:r>
          </w:p>
        </w:tc>
        <w:tc>
          <w:tcPr>
            <w:tcW w:w="850" w:type="dxa"/>
            <w:vAlign w:val="center"/>
          </w:tcPr>
          <w:p w14:paraId="4C0F5CE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1.71</w:t>
            </w:r>
          </w:p>
        </w:tc>
        <w:tc>
          <w:tcPr>
            <w:tcW w:w="850" w:type="dxa"/>
            <w:vAlign w:val="center"/>
          </w:tcPr>
          <w:p w14:paraId="046AF66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0.28</w:t>
            </w:r>
          </w:p>
        </w:tc>
        <w:tc>
          <w:tcPr>
            <w:tcW w:w="1361" w:type="dxa"/>
            <w:vAlign w:val="center"/>
          </w:tcPr>
          <w:p w14:paraId="167AF4D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0.54</w:t>
            </w:r>
          </w:p>
        </w:tc>
        <w:tc>
          <w:tcPr>
            <w:tcW w:w="1361" w:type="dxa"/>
            <w:vAlign w:val="center"/>
          </w:tcPr>
          <w:p w14:paraId="0610349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0.146</w:t>
            </w:r>
          </w:p>
        </w:tc>
      </w:tr>
      <w:tr w:rsidR="007F53E0" w14:paraId="6E02E920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27E31D1B" w14:textId="77777777" w:rsidR="007F53E0" w:rsidRDefault="007F53E0"/>
        </w:tc>
        <w:tc>
          <w:tcPr>
            <w:tcW w:w="1049" w:type="dxa"/>
            <w:vMerge/>
            <w:vAlign w:val="center"/>
          </w:tcPr>
          <w:p w14:paraId="4EE05000" w14:textId="77777777" w:rsidR="007F53E0" w:rsidRDefault="007F53E0"/>
        </w:tc>
        <w:tc>
          <w:tcPr>
            <w:tcW w:w="2661" w:type="dxa"/>
            <w:vAlign w:val="center"/>
          </w:tcPr>
          <w:p w14:paraId="0E69FCE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帝迈试剂组</w:t>
            </w:r>
          </w:p>
        </w:tc>
        <w:tc>
          <w:tcPr>
            <w:tcW w:w="1109" w:type="dxa"/>
            <w:vAlign w:val="center"/>
          </w:tcPr>
          <w:p w14:paraId="1316CDE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14</w:t>
            </w:r>
          </w:p>
        </w:tc>
        <w:tc>
          <w:tcPr>
            <w:tcW w:w="850" w:type="dxa"/>
            <w:vAlign w:val="center"/>
          </w:tcPr>
          <w:p w14:paraId="6CE6F1E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0.84</w:t>
            </w:r>
          </w:p>
        </w:tc>
        <w:tc>
          <w:tcPr>
            <w:tcW w:w="850" w:type="dxa"/>
            <w:vAlign w:val="center"/>
          </w:tcPr>
          <w:p w14:paraId="72DB584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0.62</w:t>
            </w:r>
          </w:p>
        </w:tc>
        <w:tc>
          <w:tcPr>
            <w:tcW w:w="1361" w:type="dxa"/>
            <w:vAlign w:val="center"/>
          </w:tcPr>
          <w:p w14:paraId="63D7681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0.73</w:t>
            </w:r>
          </w:p>
        </w:tc>
        <w:tc>
          <w:tcPr>
            <w:tcW w:w="1361" w:type="dxa"/>
            <w:vAlign w:val="center"/>
          </w:tcPr>
          <w:p w14:paraId="59C1771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0.054</w:t>
            </w:r>
          </w:p>
        </w:tc>
      </w:tr>
      <w:tr w:rsidR="007F53E0" w14:paraId="2806E5F8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00B651D0" w14:textId="77777777" w:rsidR="007F53E0" w:rsidRDefault="007F53E0"/>
        </w:tc>
        <w:tc>
          <w:tcPr>
            <w:tcW w:w="1049" w:type="dxa"/>
            <w:vMerge/>
            <w:vAlign w:val="center"/>
          </w:tcPr>
          <w:p w14:paraId="6D6D3C4D" w14:textId="77777777" w:rsidR="007F53E0" w:rsidRDefault="007F53E0"/>
        </w:tc>
        <w:tc>
          <w:tcPr>
            <w:tcW w:w="2661" w:type="dxa"/>
            <w:vAlign w:val="center"/>
          </w:tcPr>
          <w:p w14:paraId="12AF487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基蛋生物试剂组</w:t>
            </w:r>
          </w:p>
        </w:tc>
        <w:tc>
          <w:tcPr>
            <w:tcW w:w="1109" w:type="dxa"/>
            <w:vAlign w:val="center"/>
          </w:tcPr>
          <w:p w14:paraId="697BD13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</w:t>
            </w:r>
          </w:p>
        </w:tc>
        <w:tc>
          <w:tcPr>
            <w:tcW w:w="850" w:type="dxa"/>
            <w:vAlign w:val="center"/>
          </w:tcPr>
          <w:p w14:paraId="4E16694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0.72</w:t>
            </w:r>
          </w:p>
        </w:tc>
        <w:tc>
          <w:tcPr>
            <w:tcW w:w="850" w:type="dxa"/>
            <w:vAlign w:val="center"/>
          </w:tcPr>
          <w:p w14:paraId="4CD2708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0.57</w:t>
            </w:r>
          </w:p>
        </w:tc>
        <w:tc>
          <w:tcPr>
            <w:tcW w:w="1361" w:type="dxa"/>
            <w:vAlign w:val="center"/>
          </w:tcPr>
          <w:p w14:paraId="40340F2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0.64</w:t>
            </w:r>
          </w:p>
        </w:tc>
        <w:tc>
          <w:tcPr>
            <w:tcW w:w="1361" w:type="dxa"/>
            <w:vAlign w:val="center"/>
          </w:tcPr>
          <w:p w14:paraId="2835839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0.035</w:t>
            </w:r>
          </w:p>
        </w:tc>
      </w:tr>
      <w:tr w:rsidR="007F53E0" w14:paraId="511E776D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2BB11CF5" w14:textId="77777777" w:rsidR="007F53E0" w:rsidRDefault="007F53E0"/>
        </w:tc>
        <w:tc>
          <w:tcPr>
            <w:tcW w:w="1049" w:type="dxa"/>
            <w:vMerge/>
            <w:vAlign w:val="center"/>
          </w:tcPr>
          <w:p w14:paraId="44B0AFE1" w14:textId="77777777" w:rsidR="007F53E0" w:rsidRDefault="007F53E0"/>
        </w:tc>
        <w:tc>
          <w:tcPr>
            <w:tcW w:w="2661" w:type="dxa"/>
            <w:vAlign w:val="center"/>
          </w:tcPr>
          <w:p w14:paraId="4958328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迈克试剂组</w:t>
            </w:r>
          </w:p>
        </w:tc>
        <w:tc>
          <w:tcPr>
            <w:tcW w:w="1109" w:type="dxa"/>
            <w:vAlign w:val="center"/>
          </w:tcPr>
          <w:p w14:paraId="5796BB6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</w:t>
            </w:r>
          </w:p>
        </w:tc>
        <w:tc>
          <w:tcPr>
            <w:tcW w:w="850" w:type="dxa"/>
            <w:vAlign w:val="center"/>
          </w:tcPr>
          <w:p w14:paraId="4C9F78B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0.84</w:t>
            </w:r>
          </w:p>
        </w:tc>
        <w:tc>
          <w:tcPr>
            <w:tcW w:w="850" w:type="dxa"/>
            <w:vAlign w:val="center"/>
          </w:tcPr>
          <w:p w14:paraId="1CE7D83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0.64</w:t>
            </w:r>
          </w:p>
        </w:tc>
        <w:tc>
          <w:tcPr>
            <w:tcW w:w="1361" w:type="dxa"/>
            <w:vAlign w:val="center"/>
          </w:tcPr>
          <w:p w14:paraId="055E322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0.71</w:t>
            </w:r>
          </w:p>
        </w:tc>
        <w:tc>
          <w:tcPr>
            <w:tcW w:w="1361" w:type="dxa"/>
            <w:vAlign w:val="center"/>
          </w:tcPr>
          <w:p w14:paraId="09B71E9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0.016</w:t>
            </w:r>
          </w:p>
        </w:tc>
      </w:tr>
      <w:tr w:rsidR="007F53E0" w14:paraId="1DB2C045" w14:textId="77777777" w:rsidTr="008C78EA">
        <w:trPr>
          <w:cantSplit/>
          <w:jc w:val="center"/>
        </w:trPr>
        <w:tc>
          <w:tcPr>
            <w:tcW w:w="680" w:type="dxa"/>
            <w:vMerge w:val="restart"/>
            <w:shd w:val="clear" w:color="auto" w:fill="E8EFF6"/>
            <w:vAlign w:val="center"/>
          </w:tcPr>
          <w:p w14:paraId="18D87D3F" w14:textId="77777777" w:rsidR="007F53E0" w:rsidRDefault="00000000">
            <w:pPr>
              <w:jc w:val="center"/>
              <w:rPr>
                <w:lang w:eastAsia="zh-CN"/>
              </w:rPr>
            </w:pPr>
            <w:r>
              <w:rPr>
                <w:rFonts w:ascii="宋体" w:hAnsi="宋体"/>
                <w:sz w:val="17"/>
                <w:lang w:eastAsia="zh-CN"/>
              </w:rPr>
              <w:t>D-二聚体检测（DDU）</w:t>
            </w:r>
          </w:p>
        </w:tc>
        <w:tc>
          <w:tcPr>
            <w:tcW w:w="1049" w:type="dxa"/>
            <w:vMerge w:val="restart"/>
            <w:shd w:val="clear" w:color="auto" w:fill="F3F6F9"/>
            <w:vAlign w:val="center"/>
          </w:tcPr>
          <w:p w14:paraId="44499BE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20260102</w:t>
            </w:r>
          </w:p>
        </w:tc>
        <w:tc>
          <w:tcPr>
            <w:tcW w:w="2661" w:type="dxa"/>
            <w:shd w:val="clear" w:color="auto" w:fill="F3F6F9"/>
            <w:vAlign w:val="center"/>
          </w:tcPr>
          <w:p w14:paraId="56EEA15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缺省组</w:t>
            </w:r>
          </w:p>
        </w:tc>
        <w:tc>
          <w:tcPr>
            <w:tcW w:w="1109" w:type="dxa"/>
            <w:shd w:val="clear" w:color="auto" w:fill="F3F6F9"/>
            <w:vAlign w:val="center"/>
          </w:tcPr>
          <w:p w14:paraId="1BB172A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450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01896DC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1500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1044583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0.25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28F8D3F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1.34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6CE80FC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0.344</w:t>
            </w:r>
          </w:p>
        </w:tc>
      </w:tr>
      <w:tr w:rsidR="007F53E0" w14:paraId="3C088698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6D86C6F1" w14:textId="77777777" w:rsidR="007F53E0" w:rsidRDefault="007F53E0"/>
        </w:tc>
        <w:tc>
          <w:tcPr>
            <w:tcW w:w="1049" w:type="dxa"/>
            <w:vMerge/>
            <w:vAlign w:val="center"/>
          </w:tcPr>
          <w:p w14:paraId="668B0E60" w14:textId="77777777" w:rsidR="007F53E0" w:rsidRDefault="007F53E0"/>
        </w:tc>
        <w:tc>
          <w:tcPr>
            <w:tcW w:w="2661" w:type="dxa"/>
            <w:vAlign w:val="center"/>
          </w:tcPr>
          <w:p w14:paraId="7FB3586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Siemens试剂组</w:t>
            </w:r>
          </w:p>
        </w:tc>
        <w:tc>
          <w:tcPr>
            <w:tcW w:w="1109" w:type="dxa"/>
            <w:vAlign w:val="center"/>
          </w:tcPr>
          <w:p w14:paraId="1E537E5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71</w:t>
            </w:r>
          </w:p>
        </w:tc>
        <w:tc>
          <w:tcPr>
            <w:tcW w:w="850" w:type="dxa"/>
            <w:vAlign w:val="center"/>
          </w:tcPr>
          <w:p w14:paraId="0422096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1500</w:t>
            </w:r>
          </w:p>
        </w:tc>
        <w:tc>
          <w:tcPr>
            <w:tcW w:w="850" w:type="dxa"/>
            <w:vAlign w:val="center"/>
          </w:tcPr>
          <w:p w14:paraId="28CF605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1.27</w:t>
            </w:r>
          </w:p>
        </w:tc>
        <w:tc>
          <w:tcPr>
            <w:tcW w:w="1361" w:type="dxa"/>
            <w:vAlign w:val="center"/>
          </w:tcPr>
          <w:p w14:paraId="36AF3AE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1.52</w:t>
            </w:r>
          </w:p>
        </w:tc>
        <w:tc>
          <w:tcPr>
            <w:tcW w:w="1361" w:type="dxa"/>
            <w:vAlign w:val="center"/>
          </w:tcPr>
          <w:p w14:paraId="7B7469B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0.08</w:t>
            </w:r>
          </w:p>
        </w:tc>
      </w:tr>
      <w:tr w:rsidR="007F53E0" w14:paraId="6778FD95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2E204B76" w14:textId="77777777" w:rsidR="007F53E0" w:rsidRDefault="007F53E0"/>
        </w:tc>
        <w:tc>
          <w:tcPr>
            <w:tcW w:w="1049" w:type="dxa"/>
            <w:vMerge/>
            <w:vAlign w:val="center"/>
          </w:tcPr>
          <w:p w14:paraId="27FBCA55" w14:textId="77777777" w:rsidR="007F53E0" w:rsidRDefault="007F53E0"/>
        </w:tc>
        <w:tc>
          <w:tcPr>
            <w:tcW w:w="2661" w:type="dxa"/>
            <w:vAlign w:val="center"/>
          </w:tcPr>
          <w:p w14:paraId="018DD7E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Stago试剂组</w:t>
            </w:r>
          </w:p>
        </w:tc>
        <w:tc>
          <w:tcPr>
            <w:tcW w:w="1109" w:type="dxa"/>
            <w:vAlign w:val="center"/>
          </w:tcPr>
          <w:p w14:paraId="39A0752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25</w:t>
            </w:r>
          </w:p>
        </w:tc>
        <w:tc>
          <w:tcPr>
            <w:tcW w:w="850" w:type="dxa"/>
            <w:vAlign w:val="center"/>
          </w:tcPr>
          <w:p w14:paraId="5BBB813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0.86</w:t>
            </w:r>
          </w:p>
        </w:tc>
        <w:tc>
          <w:tcPr>
            <w:tcW w:w="850" w:type="dxa"/>
            <w:vAlign w:val="center"/>
          </w:tcPr>
          <w:p w14:paraId="4359A9D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0.66</w:t>
            </w:r>
          </w:p>
        </w:tc>
        <w:tc>
          <w:tcPr>
            <w:tcW w:w="1361" w:type="dxa"/>
            <w:vAlign w:val="center"/>
          </w:tcPr>
          <w:p w14:paraId="61D5B58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0.77</w:t>
            </w:r>
          </w:p>
        </w:tc>
        <w:tc>
          <w:tcPr>
            <w:tcW w:w="1361" w:type="dxa"/>
            <w:vAlign w:val="center"/>
          </w:tcPr>
          <w:p w14:paraId="5EA1279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0.029</w:t>
            </w:r>
          </w:p>
        </w:tc>
      </w:tr>
      <w:tr w:rsidR="007F53E0" w14:paraId="2AAED63F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27A537A3" w14:textId="77777777" w:rsidR="007F53E0" w:rsidRDefault="007F53E0"/>
        </w:tc>
        <w:tc>
          <w:tcPr>
            <w:tcW w:w="1049" w:type="dxa"/>
            <w:vMerge/>
            <w:vAlign w:val="center"/>
          </w:tcPr>
          <w:p w14:paraId="08544162" w14:textId="77777777" w:rsidR="007F53E0" w:rsidRDefault="007F53E0"/>
        </w:tc>
        <w:tc>
          <w:tcPr>
            <w:tcW w:w="2661" w:type="dxa"/>
            <w:vAlign w:val="center"/>
          </w:tcPr>
          <w:p w14:paraId="235D05E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太阳试剂组</w:t>
            </w:r>
          </w:p>
        </w:tc>
        <w:tc>
          <w:tcPr>
            <w:tcW w:w="1109" w:type="dxa"/>
            <w:vAlign w:val="center"/>
          </w:tcPr>
          <w:p w14:paraId="42B906D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27</w:t>
            </w:r>
          </w:p>
        </w:tc>
        <w:tc>
          <w:tcPr>
            <w:tcW w:w="850" w:type="dxa"/>
            <w:vAlign w:val="center"/>
          </w:tcPr>
          <w:p w14:paraId="4F48A40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1.11</w:t>
            </w:r>
          </w:p>
        </w:tc>
        <w:tc>
          <w:tcPr>
            <w:tcW w:w="850" w:type="dxa"/>
            <w:vAlign w:val="center"/>
          </w:tcPr>
          <w:p w14:paraId="30CA4BC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0.75</w:t>
            </w:r>
          </w:p>
        </w:tc>
        <w:tc>
          <w:tcPr>
            <w:tcW w:w="1361" w:type="dxa"/>
            <w:vAlign w:val="center"/>
          </w:tcPr>
          <w:p w14:paraId="5BCB09C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0.96</w:t>
            </w:r>
          </w:p>
        </w:tc>
        <w:tc>
          <w:tcPr>
            <w:tcW w:w="1361" w:type="dxa"/>
            <w:vAlign w:val="center"/>
          </w:tcPr>
          <w:p w14:paraId="17441A3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0.06</w:t>
            </w:r>
          </w:p>
        </w:tc>
      </w:tr>
      <w:tr w:rsidR="007F53E0" w14:paraId="08A3B2A0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105E0B0D" w14:textId="77777777" w:rsidR="007F53E0" w:rsidRDefault="007F53E0"/>
        </w:tc>
        <w:tc>
          <w:tcPr>
            <w:tcW w:w="1049" w:type="dxa"/>
            <w:vMerge/>
            <w:vAlign w:val="center"/>
          </w:tcPr>
          <w:p w14:paraId="02DAB53D" w14:textId="77777777" w:rsidR="007F53E0" w:rsidRDefault="007F53E0"/>
        </w:tc>
        <w:tc>
          <w:tcPr>
            <w:tcW w:w="2661" w:type="dxa"/>
            <w:vAlign w:val="center"/>
          </w:tcPr>
          <w:p w14:paraId="1B678B8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赛科希德试剂组</w:t>
            </w:r>
          </w:p>
        </w:tc>
        <w:tc>
          <w:tcPr>
            <w:tcW w:w="1109" w:type="dxa"/>
            <w:vAlign w:val="center"/>
          </w:tcPr>
          <w:p w14:paraId="6E606D8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77</w:t>
            </w:r>
          </w:p>
        </w:tc>
        <w:tc>
          <w:tcPr>
            <w:tcW w:w="850" w:type="dxa"/>
            <w:vAlign w:val="center"/>
          </w:tcPr>
          <w:p w14:paraId="04566FF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2.65</w:t>
            </w:r>
          </w:p>
        </w:tc>
        <w:tc>
          <w:tcPr>
            <w:tcW w:w="850" w:type="dxa"/>
            <w:vAlign w:val="center"/>
          </w:tcPr>
          <w:p w14:paraId="031333A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0.29</w:t>
            </w:r>
          </w:p>
        </w:tc>
        <w:tc>
          <w:tcPr>
            <w:tcW w:w="1361" w:type="dxa"/>
            <w:vAlign w:val="center"/>
          </w:tcPr>
          <w:p w14:paraId="12B2238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0.7</w:t>
            </w:r>
          </w:p>
        </w:tc>
        <w:tc>
          <w:tcPr>
            <w:tcW w:w="1361" w:type="dxa"/>
            <w:vAlign w:val="center"/>
          </w:tcPr>
          <w:p w14:paraId="5708D36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0.063</w:t>
            </w:r>
          </w:p>
        </w:tc>
      </w:tr>
      <w:tr w:rsidR="007F53E0" w14:paraId="33DE7DDC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0B08562E" w14:textId="77777777" w:rsidR="007F53E0" w:rsidRDefault="007F53E0"/>
        </w:tc>
        <w:tc>
          <w:tcPr>
            <w:tcW w:w="1049" w:type="dxa"/>
            <w:vMerge/>
            <w:vAlign w:val="center"/>
          </w:tcPr>
          <w:p w14:paraId="59DEE313" w14:textId="77777777" w:rsidR="007F53E0" w:rsidRDefault="007F53E0"/>
        </w:tc>
        <w:tc>
          <w:tcPr>
            <w:tcW w:w="2661" w:type="dxa"/>
            <w:vAlign w:val="center"/>
          </w:tcPr>
          <w:p w14:paraId="56BA2AD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迈瑞试剂组</w:t>
            </w:r>
          </w:p>
        </w:tc>
        <w:tc>
          <w:tcPr>
            <w:tcW w:w="1109" w:type="dxa"/>
            <w:vAlign w:val="center"/>
          </w:tcPr>
          <w:p w14:paraId="3F0B4DC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80</w:t>
            </w:r>
          </w:p>
        </w:tc>
        <w:tc>
          <w:tcPr>
            <w:tcW w:w="850" w:type="dxa"/>
            <w:vAlign w:val="center"/>
          </w:tcPr>
          <w:p w14:paraId="2FB2CD6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8.42</w:t>
            </w:r>
          </w:p>
        </w:tc>
        <w:tc>
          <w:tcPr>
            <w:tcW w:w="850" w:type="dxa"/>
            <w:vAlign w:val="center"/>
          </w:tcPr>
          <w:p w14:paraId="797F2F5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1.3</w:t>
            </w:r>
          </w:p>
        </w:tc>
        <w:tc>
          <w:tcPr>
            <w:tcW w:w="1361" w:type="dxa"/>
            <w:vAlign w:val="center"/>
          </w:tcPr>
          <w:p w14:paraId="1F48735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1.57</w:t>
            </w:r>
          </w:p>
        </w:tc>
        <w:tc>
          <w:tcPr>
            <w:tcW w:w="1361" w:type="dxa"/>
            <w:vAlign w:val="center"/>
          </w:tcPr>
          <w:p w14:paraId="397E0DA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0.095</w:t>
            </w:r>
          </w:p>
        </w:tc>
      </w:tr>
      <w:tr w:rsidR="007F53E0" w14:paraId="2938BDBA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798F319E" w14:textId="77777777" w:rsidR="007F53E0" w:rsidRDefault="007F53E0"/>
        </w:tc>
        <w:tc>
          <w:tcPr>
            <w:tcW w:w="1049" w:type="dxa"/>
            <w:vMerge/>
            <w:vAlign w:val="center"/>
          </w:tcPr>
          <w:p w14:paraId="056F6C4B" w14:textId="77777777" w:rsidR="007F53E0" w:rsidRDefault="007F53E0"/>
        </w:tc>
        <w:tc>
          <w:tcPr>
            <w:tcW w:w="2661" w:type="dxa"/>
            <w:vAlign w:val="center"/>
          </w:tcPr>
          <w:p w14:paraId="1E9A305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积水试剂组</w:t>
            </w:r>
          </w:p>
        </w:tc>
        <w:tc>
          <w:tcPr>
            <w:tcW w:w="1109" w:type="dxa"/>
            <w:vAlign w:val="center"/>
          </w:tcPr>
          <w:p w14:paraId="1C3C80A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12</w:t>
            </w:r>
          </w:p>
        </w:tc>
        <w:tc>
          <w:tcPr>
            <w:tcW w:w="850" w:type="dxa"/>
            <w:vAlign w:val="center"/>
          </w:tcPr>
          <w:p w14:paraId="582119E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2.04</w:t>
            </w:r>
          </w:p>
        </w:tc>
        <w:tc>
          <w:tcPr>
            <w:tcW w:w="850" w:type="dxa"/>
            <w:vAlign w:val="center"/>
          </w:tcPr>
          <w:p w14:paraId="08EAACF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1.6</w:t>
            </w:r>
          </w:p>
        </w:tc>
        <w:tc>
          <w:tcPr>
            <w:tcW w:w="1361" w:type="dxa"/>
            <w:vAlign w:val="center"/>
          </w:tcPr>
          <w:p w14:paraId="2DF9A27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1.83</w:t>
            </w:r>
          </w:p>
        </w:tc>
        <w:tc>
          <w:tcPr>
            <w:tcW w:w="1361" w:type="dxa"/>
            <w:vAlign w:val="center"/>
          </w:tcPr>
          <w:p w14:paraId="5CD9C3C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0.16</w:t>
            </w:r>
          </w:p>
        </w:tc>
      </w:tr>
      <w:tr w:rsidR="007F53E0" w14:paraId="391124E2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00D35BE5" w14:textId="77777777" w:rsidR="007F53E0" w:rsidRDefault="007F53E0"/>
        </w:tc>
        <w:tc>
          <w:tcPr>
            <w:tcW w:w="1049" w:type="dxa"/>
            <w:vMerge/>
            <w:vAlign w:val="center"/>
          </w:tcPr>
          <w:p w14:paraId="47791311" w14:textId="77777777" w:rsidR="007F53E0" w:rsidRDefault="007F53E0"/>
        </w:tc>
        <w:tc>
          <w:tcPr>
            <w:tcW w:w="2661" w:type="dxa"/>
            <w:vAlign w:val="center"/>
          </w:tcPr>
          <w:p w14:paraId="0ADD59D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长岛试剂组</w:t>
            </w:r>
          </w:p>
        </w:tc>
        <w:tc>
          <w:tcPr>
            <w:tcW w:w="1109" w:type="dxa"/>
            <w:vAlign w:val="center"/>
          </w:tcPr>
          <w:p w14:paraId="68CBF97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18</w:t>
            </w:r>
          </w:p>
        </w:tc>
        <w:tc>
          <w:tcPr>
            <w:tcW w:w="850" w:type="dxa"/>
            <w:vAlign w:val="center"/>
          </w:tcPr>
          <w:p w14:paraId="742E808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2.54</w:t>
            </w:r>
          </w:p>
        </w:tc>
        <w:tc>
          <w:tcPr>
            <w:tcW w:w="850" w:type="dxa"/>
            <w:vAlign w:val="center"/>
          </w:tcPr>
          <w:p w14:paraId="3705B8A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1.15</w:t>
            </w:r>
          </w:p>
        </w:tc>
        <w:tc>
          <w:tcPr>
            <w:tcW w:w="1361" w:type="dxa"/>
            <w:vAlign w:val="center"/>
          </w:tcPr>
          <w:p w14:paraId="7188961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1.86</w:t>
            </w:r>
          </w:p>
        </w:tc>
        <w:tc>
          <w:tcPr>
            <w:tcW w:w="1361" w:type="dxa"/>
            <w:vAlign w:val="center"/>
          </w:tcPr>
          <w:p w14:paraId="1FF29A2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0.411</w:t>
            </w:r>
          </w:p>
        </w:tc>
      </w:tr>
      <w:tr w:rsidR="007F53E0" w14:paraId="58FB6B5B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61C0D3F5" w14:textId="77777777" w:rsidR="007F53E0" w:rsidRDefault="007F53E0"/>
        </w:tc>
        <w:tc>
          <w:tcPr>
            <w:tcW w:w="1049" w:type="dxa"/>
            <w:vMerge/>
            <w:vAlign w:val="center"/>
          </w:tcPr>
          <w:p w14:paraId="3D904063" w14:textId="77777777" w:rsidR="007F53E0" w:rsidRDefault="007F53E0"/>
        </w:tc>
        <w:tc>
          <w:tcPr>
            <w:tcW w:w="2661" w:type="dxa"/>
            <w:vAlign w:val="center"/>
          </w:tcPr>
          <w:p w14:paraId="6202DC6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希肯试剂组</w:t>
            </w:r>
          </w:p>
        </w:tc>
        <w:tc>
          <w:tcPr>
            <w:tcW w:w="1109" w:type="dxa"/>
            <w:vAlign w:val="center"/>
          </w:tcPr>
          <w:p w14:paraId="22CE050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30</w:t>
            </w:r>
          </w:p>
        </w:tc>
        <w:tc>
          <w:tcPr>
            <w:tcW w:w="850" w:type="dxa"/>
            <w:vAlign w:val="center"/>
          </w:tcPr>
          <w:p w14:paraId="54A2C9E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1.76</w:t>
            </w:r>
          </w:p>
        </w:tc>
        <w:tc>
          <w:tcPr>
            <w:tcW w:w="850" w:type="dxa"/>
            <w:vAlign w:val="center"/>
          </w:tcPr>
          <w:p w14:paraId="0429B61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1.3</w:t>
            </w:r>
          </w:p>
        </w:tc>
        <w:tc>
          <w:tcPr>
            <w:tcW w:w="1361" w:type="dxa"/>
            <w:vAlign w:val="center"/>
          </w:tcPr>
          <w:p w14:paraId="4F3C134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1.46</w:t>
            </w:r>
          </w:p>
        </w:tc>
        <w:tc>
          <w:tcPr>
            <w:tcW w:w="1361" w:type="dxa"/>
            <w:vAlign w:val="center"/>
          </w:tcPr>
          <w:p w14:paraId="4EBD8DF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0.059</w:t>
            </w:r>
          </w:p>
        </w:tc>
      </w:tr>
      <w:tr w:rsidR="007F53E0" w14:paraId="2581EFA7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40527839" w14:textId="77777777" w:rsidR="007F53E0" w:rsidRDefault="007F53E0"/>
        </w:tc>
        <w:tc>
          <w:tcPr>
            <w:tcW w:w="1049" w:type="dxa"/>
            <w:vMerge/>
            <w:vAlign w:val="center"/>
          </w:tcPr>
          <w:p w14:paraId="36DAE758" w14:textId="77777777" w:rsidR="007F53E0" w:rsidRDefault="007F53E0"/>
        </w:tc>
        <w:tc>
          <w:tcPr>
            <w:tcW w:w="2661" w:type="dxa"/>
            <w:vAlign w:val="center"/>
          </w:tcPr>
          <w:p w14:paraId="06E9DD2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九强试剂组</w:t>
            </w:r>
          </w:p>
        </w:tc>
        <w:tc>
          <w:tcPr>
            <w:tcW w:w="1109" w:type="dxa"/>
            <w:vAlign w:val="center"/>
          </w:tcPr>
          <w:p w14:paraId="54D523B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9</w:t>
            </w:r>
          </w:p>
        </w:tc>
        <w:tc>
          <w:tcPr>
            <w:tcW w:w="850" w:type="dxa"/>
            <w:vAlign w:val="center"/>
          </w:tcPr>
          <w:p w14:paraId="0FC8E0F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1.54</w:t>
            </w:r>
          </w:p>
        </w:tc>
        <w:tc>
          <w:tcPr>
            <w:tcW w:w="850" w:type="dxa"/>
            <w:vAlign w:val="center"/>
          </w:tcPr>
          <w:p w14:paraId="286ABB9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1.26</w:t>
            </w:r>
          </w:p>
        </w:tc>
        <w:tc>
          <w:tcPr>
            <w:tcW w:w="1361" w:type="dxa"/>
            <w:vAlign w:val="center"/>
          </w:tcPr>
          <w:p w14:paraId="21AA9C1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1.45</w:t>
            </w:r>
          </w:p>
        </w:tc>
        <w:tc>
          <w:tcPr>
            <w:tcW w:w="1361" w:type="dxa"/>
            <w:vAlign w:val="center"/>
          </w:tcPr>
          <w:p w14:paraId="2933063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0.081</w:t>
            </w:r>
          </w:p>
        </w:tc>
      </w:tr>
      <w:tr w:rsidR="007F53E0" w14:paraId="68F568DC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04D3AFB1" w14:textId="77777777" w:rsidR="007F53E0" w:rsidRDefault="007F53E0"/>
        </w:tc>
        <w:tc>
          <w:tcPr>
            <w:tcW w:w="1049" w:type="dxa"/>
            <w:vMerge/>
            <w:vAlign w:val="center"/>
          </w:tcPr>
          <w:p w14:paraId="4807BA7E" w14:textId="77777777" w:rsidR="007F53E0" w:rsidRDefault="007F53E0"/>
        </w:tc>
        <w:tc>
          <w:tcPr>
            <w:tcW w:w="2661" w:type="dxa"/>
            <w:vAlign w:val="center"/>
          </w:tcPr>
          <w:p w14:paraId="6B8A5F8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众驰伟业试剂组</w:t>
            </w:r>
          </w:p>
        </w:tc>
        <w:tc>
          <w:tcPr>
            <w:tcW w:w="1109" w:type="dxa"/>
            <w:vAlign w:val="center"/>
          </w:tcPr>
          <w:p w14:paraId="367F52C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25</w:t>
            </w:r>
          </w:p>
        </w:tc>
        <w:tc>
          <w:tcPr>
            <w:tcW w:w="850" w:type="dxa"/>
            <w:vAlign w:val="center"/>
          </w:tcPr>
          <w:p w14:paraId="4D98421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2.23</w:t>
            </w:r>
          </w:p>
        </w:tc>
        <w:tc>
          <w:tcPr>
            <w:tcW w:w="850" w:type="dxa"/>
            <w:vAlign w:val="center"/>
          </w:tcPr>
          <w:p w14:paraId="652C27F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0.58</w:t>
            </w:r>
          </w:p>
        </w:tc>
        <w:tc>
          <w:tcPr>
            <w:tcW w:w="1361" w:type="dxa"/>
            <w:vAlign w:val="center"/>
          </w:tcPr>
          <w:p w14:paraId="6A0751F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1.09</w:t>
            </w:r>
          </w:p>
        </w:tc>
        <w:tc>
          <w:tcPr>
            <w:tcW w:w="1361" w:type="dxa"/>
            <w:vAlign w:val="center"/>
          </w:tcPr>
          <w:p w14:paraId="35DFE23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0.311</w:t>
            </w:r>
          </w:p>
        </w:tc>
      </w:tr>
      <w:tr w:rsidR="007F53E0" w14:paraId="437FAAFA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29C4B1D1" w14:textId="77777777" w:rsidR="007F53E0" w:rsidRDefault="007F53E0"/>
        </w:tc>
        <w:tc>
          <w:tcPr>
            <w:tcW w:w="1049" w:type="dxa"/>
            <w:vMerge/>
            <w:vAlign w:val="center"/>
          </w:tcPr>
          <w:p w14:paraId="79E655FF" w14:textId="77777777" w:rsidR="007F53E0" w:rsidRDefault="007F53E0"/>
        </w:tc>
        <w:tc>
          <w:tcPr>
            <w:tcW w:w="2661" w:type="dxa"/>
            <w:vAlign w:val="center"/>
          </w:tcPr>
          <w:p w14:paraId="147E04E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帝迈试剂组</w:t>
            </w:r>
          </w:p>
        </w:tc>
        <w:tc>
          <w:tcPr>
            <w:tcW w:w="1109" w:type="dxa"/>
            <w:vAlign w:val="center"/>
          </w:tcPr>
          <w:p w14:paraId="418E25A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14</w:t>
            </w:r>
          </w:p>
        </w:tc>
        <w:tc>
          <w:tcPr>
            <w:tcW w:w="850" w:type="dxa"/>
            <w:vAlign w:val="center"/>
          </w:tcPr>
          <w:p w14:paraId="0547191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1.69</w:t>
            </w:r>
          </w:p>
        </w:tc>
        <w:tc>
          <w:tcPr>
            <w:tcW w:w="850" w:type="dxa"/>
            <w:vAlign w:val="center"/>
          </w:tcPr>
          <w:p w14:paraId="139A3B4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1.38</w:t>
            </w:r>
          </w:p>
        </w:tc>
        <w:tc>
          <w:tcPr>
            <w:tcW w:w="1361" w:type="dxa"/>
            <w:vAlign w:val="center"/>
          </w:tcPr>
          <w:p w14:paraId="1EE10E4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1.51</w:t>
            </w:r>
          </w:p>
        </w:tc>
        <w:tc>
          <w:tcPr>
            <w:tcW w:w="1361" w:type="dxa"/>
            <w:vAlign w:val="center"/>
          </w:tcPr>
          <w:p w14:paraId="3AED7A7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0.096</w:t>
            </w:r>
          </w:p>
        </w:tc>
      </w:tr>
      <w:tr w:rsidR="007F53E0" w14:paraId="0E02CC39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13CF15CF" w14:textId="77777777" w:rsidR="007F53E0" w:rsidRDefault="007F53E0"/>
        </w:tc>
        <w:tc>
          <w:tcPr>
            <w:tcW w:w="1049" w:type="dxa"/>
            <w:vMerge/>
            <w:vAlign w:val="center"/>
          </w:tcPr>
          <w:p w14:paraId="0A8469A3" w14:textId="77777777" w:rsidR="007F53E0" w:rsidRDefault="007F53E0"/>
        </w:tc>
        <w:tc>
          <w:tcPr>
            <w:tcW w:w="2661" w:type="dxa"/>
            <w:vAlign w:val="center"/>
          </w:tcPr>
          <w:p w14:paraId="14D557F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基蛋生物试剂组</w:t>
            </w:r>
          </w:p>
        </w:tc>
        <w:tc>
          <w:tcPr>
            <w:tcW w:w="1109" w:type="dxa"/>
            <w:vAlign w:val="center"/>
          </w:tcPr>
          <w:p w14:paraId="579CC96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</w:t>
            </w:r>
          </w:p>
        </w:tc>
        <w:tc>
          <w:tcPr>
            <w:tcW w:w="850" w:type="dxa"/>
            <w:vAlign w:val="center"/>
          </w:tcPr>
          <w:p w14:paraId="34E7DF2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1.43</w:t>
            </w:r>
          </w:p>
        </w:tc>
        <w:tc>
          <w:tcPr>
            <w:tcW w:w="850" w:type="dxa"/>
            <w:vAlign w:val="center"/>
          </w:tcPr>
          <w:p w14:paraId="3E69518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1.11</w:t>
            </w:r>
          </w:p>
        </w:tc>
        <w:tc>
          <w:tcPr>
            <w:tcW w:w="1361" w:type="dxa"/>
            <w:vAlign w:val="center"/>
          </w:tcPr>
          <w:p w14:paraId="6969B13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1.31</w:t>
            </w:r>
          </w:p>
        </w:tc>
        <w:tc>
          <w:tcPr>
            <w:tcW w:w="1361" w:type="dxa"/>
            <w:vAlign w:val="center"/>
          </w:tcPr>
          <w:p w14:paraId="16C13B0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0.131</w:t>
            </w:r>
          </w:p>
        </w:tc>
      </w:tr>
      <w:tr w:rsidR="007F53E0" w14:paraId="188AE6B3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1C61552A" w14:textId="77777777" w:rsidR="007F53E0" w:rsidRDefault="007F53E0"/>
        </w:tc>
        <w:tc>
          <w:tcPr>
            <w:tcW w:w="1049" w:type="dxa"/>
            <w:vMerge/>
            <w:vAlign w:val="center"/>
          </w:tcPr>
          <w:p w14:paraId="5D0CF769" w14:textId="77777777" w:rsidR="007F53E0" w:rsidRDefault="007F53E0"/>
        </w:tc>
        <w:tc>
          <w:tcPr>
            <w:tcW w:w="2661" w:type="dxa"/>
            <w:vAlign w:val="center"/>
          </w:tcPr>
          <w:p w14:paraId="557C581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迈克试剂组</w:t>
            </w:r>
          </w:p>
        </w:tc>
        <w:tc>
          <w:tcPr>
            <w:tcW w:w="1109" w:type="dxa"/>
            <w:vAlign w:val="center"/>
          </w:tcPr>
          <w:p w14:paraId="1E4CB8E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</w:t>
            </w:r>
          </w:p>
        </w:tc>
        <w:tc>
          <w:tcPr>
            <w:tcW w:w="850" w:type="dxa"/>
            <w:vAlign w:val="center"/>
          </w:tcPr>
          <w:p w14:paraId="005F7A5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1.54</w:t>
            </w:r>
          </w:p>
        </w:tc>
        <w:tc>
          <w:tcPr>
            <w:tcW w:w="850" w:type="dxa"/>
            <w:vAlign w:val="center"/>
          </w:tcPr>
          <w:p w14:paraId="69E573C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1.1</w:t>
            </w:r>
          </w:p>
        </w:tc>
        <w:tc>
          <w:tcPr>
            <w:tcW w:w="1361" w:type="dxa"/>
            <w:vAlign w:val="center"/>
          </w:tcPr>
          <w:p w14:paraId="2297BC7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1.38</w:t>
            </w:r>
          </w:p>
        </w:tc>
        <w:tc>
          <w:tcPr>
            <w:tcW w:w="1361" w:type="dxa"/>
            <w:vAlign w:val="center"/>
          </w:tcPr>
          <w:p w14:paraId="3226E0C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0.128</w:t>
            </w:r>
          </w:p>
        </w:tc>
      </w:tr>
      <w:tr w:rsidR="007F53E0" w14:paraId="6C7DA840" w14:textId="77777777" w:rsidTr="008C78EA">
        <w:trPr>
          <w:cantSplit/>
          <w:jc w:val="center"/>
        </w:trPr>
        <w:tc>
          <w:tcPr>
            <w:tcW w:w="680" w:type="dxa"/>
            <w:vMerge w:val="restart"/>
            <w:shd w:val="clear" w:color="auto" w:fill="E8EFF6"/>
            <w:vAlign w:val="center"/>
          </w:tcPr>
          <w:p w14:paraId="23C12CC8" w14:textId="77777777" w:rsidR="007F53E0" w:rsidRDefault="00000000">
            <w:pPr>
              <w:jc w:val="center"/>
              <w:rPr>
                <w:lang w:eastAsia="zh-CN"/>
              </w:rPr>
            </w:pPr>
            <w:r>
              <w:rPr>
                <w:rFonts w:ascii="宋体" w:hAnsi="宋体"/>
                <w:sz w:val="17"/>
                <w:lang w:eastAsia="zh-CN"/>
              </w:rPr>
              <w:t>D-二聚体检测（DDU）</w:t>
            </w:r>
          </w:p>
        </w:tc>
        <w:tc>
          <w:tcPr>
            <w:tcW w:w="1049" w:type="dxa"/>
            <w:vMerge w:val="restart"/>
            <w:shd w:val="clear" w:color="auto" w:fill="F3F6F9"/>
            <w:vAlign w:val="center"/>
          </w:tcPr>
          <w:p w14:paraId="44DFC0A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20260103</w:t>
            </w:r>
          </w:p>
        </w:tc>
        <w:tc>
          <w:tcPr>
            <w:tcW w:w="2661" w:type="dxa"/>
            <w:shd w:val="clear" w:color="auto" w:fill="F3F6F9"/>
            <w:vAlign w:val="center"/>
          </w:tcPr>
          <w:p w14:paraId="56EDE7B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缺省组</w:t>
            </w:r>
          </w:p>
        </w:tc>
        <w:tc>
          <w:tcPr>
            <w:tcW w:w="1109" w:type="dxa"/>
            <w:shd w:val="clear" w:color="auto" w:fill="F3F6F9"/>
            <w:vAlign w:val="center"/>
          </w:tcPr>
          <w:p w14:paraId="7FDFEBD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450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4C66869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3090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14455A3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0.41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43A1EAC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2.5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35B7EFF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0.753</w:t>
            </w:r>
          </w:p>
        </w:tc>
      </w:tr>
      <w:tr w:rsidR="007F53E0" w14:paraId="0CDC4032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2BAC9111" w14:textId="77777777" w:rsidR="007F53E0" w:rsidRDefault="007F53E0"/>
        </w:tc>
        <w:tc>
          <w:tcPr>
            <w:tcW w:w="1049" w:type="dxa"/>
            <w:vMerge/>
            <w:vAlign w:val="center"/>
          </w:tcPr>
          <w:p w14:paraId="16460FB9" w14:textId="77777777" w:rsidR="007F53E0" w:rsidRDefault="007F53E0"/>
        </w:tc>
        <w:tc>
          <w:tcPr>
            <w:tcW w:w="2661" w:type="dxa"/>
            <w:vAlign w:val="center"/>
          </w:tcPr>
          <w:p w14:paraId="18D5D7D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Siemens试剂组</w:t>
            </w:r>
          </w:p>
        </w:tc>
        <w:tc>
          <w:tcPr>
            <w:tcW w:w="1109" w:type="dxa"/>
            <w:vAlign w:val="center"/>
          </w:tcPr>
          <w:p w14:paraId="5EC53BD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71</w:t>
            </w:r>
          </w:p>
        </w:tc>
        <w:tc>
          <w:tcPr>
            <w:tcW w:w="850" w:type="dxa"/>
            <w:vAlign w:val="center"/>
          </w:tcPr>
          <w:p w14:paraId="4F94F1C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3090</w:t>
            </w:r>
          </w:p>
        </w:tc>
        <w:tc>
          <w:tcPr>
            <w:tcW w:w="850" w:type="dxa"/>
            <w:vAlign w:val="center"/>
          </w:tcPr>
          <w:p w14:paraId="200B6CB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2.38</w:t>
            </w:r>
          </w:p>
        </w:tc>
        <w:tc>
          <w:tcPr>
            <w:tcW w:w="1361" w:type="dxa"/>
            <w:vAlign w:val="center"/>
          </w:tcPr>
          <w:p w14:paraId="7156FFD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2.96</w:t>
            </w:r>
          </w:p>
        </w:tc>
        <w:tc>
          <w:tcPr>
            <w:tcW w:w="1361" w:type="dxa"/>
            <w:vAlign w:val="center"/>
          </w:tcPr>
          <w:p w14:paraId="31A11CD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0.195</w:t>
            </w:r>
          </w:p>
        </w:tc>
      </w:tr>
      <w:tr w:rsidR="007F53E0" w14:paraId="69016316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78977AB4" w14:textId="77777777" w:rsidR="007F53E0" w:rsidRDefault="007F53E0"/>
        </w:tc>
        <w:tc>
          <w:tcPr>
            <w:tcW w:w="1049" w:type="dxa"/>
            <w:vMerge/>
            <w:vAlign w:val="center"/>
          </w:tcPr>
          <w:p w14:paraId="664B4299" w14:textId="77777777" w:rsidR="007F53E0" w:rsidRDefault="007F53E0"/>
        </w:tc>
        <w:tc>
          <w:tcPr>
            <w:tcW w:w="2661" w:type="dxa"/>
            <w:vAlign w:val="center"/>
          </w:tcPr>
          <w:p w14:paraId="7046E77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Stago试剂组</w:t>
            </w:r>
          </w:p>
        </w:tc>
        <w:tc>
          <w:tcPr>
            <w:tcW w:w="1109" w:type="dxa"/>
            <w:vAlign w:val="center"/>
          </w:tcPr>
          <w:p w14:paraId="6B2B5C3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25</w:t>
            </w:r>
          </w:p>
        </w:tc>
        <w:tc>
          <w:tcPr>
            <w:tcW w:w="850" w:type="dxa"/>
            <w:vAlign w:val="center"/>
          </w:tcPr>
          <w:p w14:paraId="797D474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1.46</w:t>
            </w:r>
          </w:p>
        </w:tc>
        <w:tc>
          <w:tcPr>
            <w:tcW w:w="850" w:type="dxa"/>
            <w:vAlign w:val="center"/>
          </w:tcPr>
          <w:p w14:paraId="5624498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1.23</w:t>
            </w:r>
          </w:p>
        </w:tc>
        <w:tc>
          <w:tcPr>
            <w:tcW w:w="1361" w:type="dxa"/>
            <w:vAlign w:val="center"/>
          </w:tcPr>
          <w:p w14:paraId="4925BF0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1.39</w:t>
            </w:r>
          </w:p>
        </w:tc>
        <w:tc>
          <w:tcPr>
            <w:tcW w:w="1361" w:type="dxa"/>
            <w:vAlign w:val="center"/>
          </w:tcPr>
          <w:p w14:paraId="481F04A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0.029</w:t>
            </w:r>
          </w:p>
        </w:tc>
      </w:tr>
      <w:tr w:rsidR="007F53E0" w14:paraId="60088734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75433195" w14:textId="77777777" w:rsidR="007F53E0" w:rsidRDefault="007F53E0"/>
        </w:tc>
        <w:tc>
          <w:tcPr>
            <w:tcW w:w="1049" w:type="dxa"/>
            <w:vMerge/>
            <w:vAlign w:val="center"/>
          </w:tcPr>
          <w:p w14:paraId="2DD2253B" w14:textId="77777777" w:rsidR="007F53E0" w:rsidRDefault="007F53E0"/>
        </w:tc>
        <w:tc>
          <w:tcPr>
            <w:tcW w:w="2661" w:type="dxa"/>
            <w:vAlign w:val="center"/>
          </w:tcPr>
          <w:p w14:paraId="71EB04E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太阳试剂组</w:t>
            </w:r>
          </w:p>
        </w:tc>
        <w:tc>
          <w:tcPr>
            <w:tcW w:w="1109" w:type="dxa"/>
            <w:vAlign w:val="center"/>
          </w:tcPr>
          <w:p w14:paraId="6027DBC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27</w:t>
            </w:r>
          </w:p>
        </w:tc>
        <w:tc>
          <w:tcPr>
            <w:tcW w:w="850" w:type="dxa"/>
            <w:vAlign w:val="center"/>
          </w:tcPr>
          <w:p w14:paraId="7427FED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2.01</w:t>
            </w:r>
          </w:p>
        </w:tc>
        <w:tc>
          <w:tcPr>
            <w:tcW w:w="850" w:type="dxa"/>
            <w:vAlign w:val="center"/>
          </w:tcPr>
          <w:p w14:paraId="3D68873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1.5</w:t>
            </w:r>
          </w:p>
        </w:tc>
        <w:tc>
          <w:tcPr>
            <w:tcW w:w="1361" w:type="dxa"/>
            <w:vAlign w:val="center"/>
          </w:tcPr>
          <w:p w14:paraId="6E187F2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1.79</w:t>
            </w:r>
          </w:p>
        </w:tc>
        <w:tc>
          <w:tcPr>
            <w:tcW w:w="1361" w:type="dxa"/>
            <w:vAlign w:val="center"/>
          </w:tcPr>
          <w:p w14:paraId="3CD204A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0.064</w:t>
            </w:r>
          </w:p>
        </w:tc>
      </w:tr>
      <w:tr w:rsidR="007F53E0" w14:paraId="4C0818E5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4237B340" w14:textId="77777777" w:rsidR="007F53E0" w:rsidRDefault="007F53E0"/>
        </w:tc>
        <w:tc>
          <w:tcPr>
            <w:tcW w:w="1049" w:type="dxa"/>
            <w:vMerge/>
            <w:vAlign w:val="center"/>
          </w:tcPr>
          <w:p w14:paraId="6DE48486" w14:textId="77777777" w:rsidR="007F53E0" w:rsidRDefault="007F53E0"/>
        </w:tc>
        <w:tc>
          <w:tcPr>
            <w:tcW w:w="2661" w:type="dxa"/>
            <w:vAlign w:val="center"/>
          </w:tcPr>
          <w:p w14:paraId="72BD068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赛科希德试剂组</w:t>
            </w:r>
          </w:p>
        </w:tc>
        <w:tc>
          <w:tcPr>
            <w:tcW w:w="1109" w:type="dxa"/>
            <w:vAlign w:val="center"/>
          </w:tcPr>
          <w:p w14:paraId="58B17BC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77</w:t>
            </w:r>
          </w:p>
        </w:tc>
        <w:tc>
          <w:tcPr>
            <w:tcW w:w="850" w:type="dxa"/>
            <w:vAlign w:val="center"/>
          </w:tcPr>
          <w:p w14:paraId="2BE68DC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2.88</w:t>
            </w:r>
          </w:p>
        </w:tc>
        <w:tc>
          <w:tcPr>
            <w:tcW w:w="850" w:type="dxa"/>
            <w:vAlign w:val="center"/>
          </w:tcPr>
          <w:p w14:paraId="46DA219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0.86</w:t>
            </w:r>
          </w:p>
        </w:tc>
        <w:tc>
          <w:tcPr>
            <w:tcW w:w="1361" w:type="dxa"/>
            <w:vAlign w:val="center"/>
          </w:tcPr>
          <w:p w14:paraId="3947D2A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1.27</w:t>
            </w:r>
          </w:p>
        </w:tc>
        <w:tc>
          <w:tcPr>
            <w:tcW w:w="1361" w:type="dxa"/>
            <w:vAlign w:val="center"/>
          </w:tcPr>
          <w:p w14:paraId="13695C5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0.115</w:t>
            </w:r>
          </w:p>
        </w:tc>
      </w:tr>
      <w:tr w:rsidR="007F53E0" w14:paraId="20C8F545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6DAFF83C" w14:textId="77777777" w:rsidR="007F53E0" w:rsidRDefault="007F53E0"/>
        </w:tc>
        <w:tc>
          <w:tcPr>
            <w:tcW w:w="1049" w:type="dxa"/>
            <w:vMerge/>
            <w:vAlign w:val="center"/>
          </w:tcPr>
          <w:p w14:paraId="12D2F6FB" w14:textId="77777777" w:rsidR="007F53E0" w:rsidRDefault="007F53E0"/>
        </w:tc>
        <w:tc>
          <w:tcPr>
            <w:tcW w:w="2661" w:type="dxa"/>
            <w:vAlign w:val="center"/>
          </w:tcPr>
          <w:p w14:paraId="4259C54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迈瑞试剂组</w:t>
            </w:r>
          </w:p>
        </w:tc>
        <w:tc>
          <w:tcPr>
            <w:tcW w:w="1109" w:type="dxa"/>
            <w:vAlign w:val="center"/>
          </w:tcPr>
          <w:p w14:paraId="08F2740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80</w:t>
            </w:r>
          </w:p>
        </w:tc>
        <w:tc>
          <w:tcPr>
            <w:tcW w:w="850" w:type="dxa"/>
            <w:vAlign w:val="center"/>
          </w:tcPr>
          <w:p w14:paraId="58595F8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8.16</w:t>
            </w:r>
          </w:p>
        </w:tc>
        <w:tc>
          <w:tcPr>
            <w:tcW w:w="850" w:type="dxa"/>
            <w:vAlign w:val="center"/>
          </w:tcPr>
          <w:p w14:paraId="77B34A2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2.58</w:t>
            </w:r>
          </w:p>
        </w:tc>
        <w:tc>
          <w:tcPr>
            <w:tcW w:w="1361" w:type="dxa"/>
            <w:vAlign w:val="center"/>
          </w:tcPr>
          <w:p w14:paraId="342FF71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2.95</w:t>
            </w:r>
          </w:p>
        </w:tc>
        <w:tc>
          <w:tcPr>
            <w:tcW w:w="1361" w:type="dxa"/>
            <w:vAlign w:val="center"/>
          </w:tcPr>
          <w:p w14:paraId="2F27B14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0.159</w:t>
            </w:r>
          </w:p>
        </w:tc>
      </w:tr>
      <w:tr w:rsidR="007F53E0" w14:paraId="3908A3F0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587610F0" w14:textId="77777777" w:rsidR="007F53E0" w:rsidRDefault="007F53E0"/>
        </w:tc>
        <w:tc>
          <w:tcPr>
            <w:tcW w:w="1049" w:type="dxa"/>
            <w:vMerge/>
            <w:vAlign w:val="center"/>
          </w:tcPr>
          <w:p w14:paraId="44749BDB" w14:textId="77777777" w:rsidR="007F53E0" w:rsidRDefault="007F53E0"/>
        </w:tc>
        <w:tc>
          <w:tcPr>
            <w:tcW w:w="2661" w:type="dxa"/>
            <w:vAlign w:val="center"/>
          </w:tcPr>
          <w:p w14:paraId="488C042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积水试剂组</w:t>
            </w:r>
          </w:p>
        </w:tc>
        <w:tc>
          <w:tcPr>
            <w:tcW w:w="1109" w:type="dxa"/>
            <w:vAlign w:val="center"/>
          </w:tcPr>
          <w:p w14:paraId="3E879BE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12</w:t>
            </w:r>
          </w:p>
        </w:tc>
        <w:tc>
          <w:tcPr>
            <w:tcW w:w="850" w:type="dxa"/>
            <w:vAlign w:val="center"/>
          </w:tcPr>
          <w:p w14:paraId="73753AB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3.89</w:t>
            </w:r>
          </w:p>
        </w:tc>
        <w:tc>
          <w:tcPr>
            <w:tcW w:w="850" w:type="dxa"/>
            <w:vAlign w:val="center"/>
          </w:tcPr>
          <w:p w14:paraId="735B89F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3.2</w:t>
            </w:r>
          </w:p>
        </w:tc>
        <w:tc>
          <w:tcPr>
            <w:tcW w:w="1361" w:type="dxa"/>
            <w:vAlign w:val="center"/>
          </w:tcPr>
          <w:p w14:paraId="19C8241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3.52</w:t>
            </w:r>
          </w:p>
        </w:tc>
        <w:tc>
          <w:tcPr>
            <w:tcW w:w="1361" w:type="dxa"/>
            <w:vAlign w:val="center"/>
          </w:tcPr>
          <w:p w14:paraId="2E1D671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0.245</w:t>
            </w:r>
          </w:p>
        </w:tc>
      </w:tr>
      <w:tr w:rsidR="007F53E0" w14:paraId="1143E95E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1B860C13" w14:textId="77777777" w:rsidR="007F53E0" w:rsidRDefault="007F53E0"/>
        </w:tc>
        <w:tc>
          <w:tcPr>
            <w:tcW w:w="1049" w:type="dxa"/>
            <w:vMerge/>
            <w:vAlign w:val="center"/>
          </w:tcPr>
          <w:p w14:paraId="0089FF3C" w14:textId="77777777" w:rsidR="007F53E0" w:rsidRDefault="007F53E0"/>
        </w:tc>
        <w:tc>
          <w:tcPr>
            <w:tcW w:w="2661" w:type="dxa"/>
            <w:vAlign w:val="center"/>
          </w:tcPr>
          <w:p w14:paraId="49115B7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长岛试剂组</w:t>
            </w:r>
          </w:p>
        </w:tc>
        <w:tc>
          <w:tcPr>
            <w:tcW w:w="1109" w:type="dxa"/>
            <w:vAlign w:val="center"/>
          </w:tcPr>
          <w:p w14:paraId="39EEC6B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18</w:t>
            </w:r>
          </w:p>
        </w:tc>
        <w:tc>
          <w:tcPr>
            <w:tcW w:w="850" w:type="dxa"/>
            <w:vAlign w:val="center"/>
          </w:tcPr>
          <w:p w14:paraId="184926C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4.69</w:t>
            </w:r>
          </w:p>
        </w:tc>
        <w:tc>
          <w:tcPr>
            <w:tcW w:w="850" w:type="dxa"/>
            <w:vAlign w:val="center"/>
          </w:tcPr>
          <w:p w14:paraId="496270A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2.21</w:t>
            </w:r>
          </w:p>
        </w:tc>
        <w:tc>
          <w:tcPr>
            <w:tcW w:w="1361" w:type="dxa"/>
            <w:vAlign w:val="center"/>
          </w:tcPr>
          <w:p w14:paraId="6088528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3.71</w:t>
            </w:r>
          </w:p>
        </w:tc>
        <w:tc>
          <w:tcPr>
            <w:tcW w:w="1361" w:type="dxa"/>
            <w:vAlign w:val="center"/>
          </w:tcPr>
          <w:p w14:paraId="68D367D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0.794</w:t>
            </w:r>
          </w:p>
        </w:tc>
      </w:tr>
      <w:tr w:rsidR="007F53E0" w14:paraId="1DA849D1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755C8673" w14:textId="77777777" w:rsidR="007F53E0" w:rsidRDefault="007F53E0"/>
        </w:tc>
        <w:tc>
          <w:tcPr>
            <w:tcW w:w="1049" w:type="dxa"/>
            <w:vMerge/>
            <w:vAlign w:val="center"/>
          </w:tcPr>
          <w:p w14:paraId="799ED8AB" w14:textId="77777777" w:rsidR="007F53E0" w:rsidRDefault="007F53E0"/>
        </w:tc>
        <w:tc>
          <w:tcPr>
            <w:tcW w:w="2661" w:type="dxa"/>
            <w:vAlign w:val="center"/>
          </w:tcPr>
          <w:p w14:paraId="5DEB11B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希肯试剂组</w:t>
            </w:r>
          </w:p>
        </w:tc>
        <w:tc>
          <w:tcPr>
            <w:tcW w:w="1109" w:type="dxa"/>
            <w:vAlign w:val="center"/>
          </w:tcPr>
          <w:p w14:paraId="1E14054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30</w:t>
            </w:r>
          </w:p>
        </w:tc>
        <w:tc>
          <w:tcPr>
            <w:tcW w:w="850" w:type="dxa"/>
            <w:vAlign w:val="center"/>
          </w:tcPr>
          <w:p w14:paraId="011B668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3.63</w:t>
            </w:r>
          </w:p>
        </w:tc>
        <w:tc>
          <w:tcPr>
            <w:tcW w:w="850" w:type="dxa"/>
            <w:vAlign w:val="center"/>
          </w:tcPr>
          <w:p w14:paraId="1339654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2.5</w:t>
            </w:r>
          </w:p>
        </w:tc>
        <w:tc>
          <w:tcPr>
            <w:tcW w:w="1361" w:type="dxa"/>
            <w:vAlign w:val="center"/>
          </w:tcPr>
          <w:p w14:paraId="1BEED73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2.81</w:t>
            </w:r>
          </w:p>
        </w:tc>
        <w:tc>
          <w:tcPr>
            <w:tcW w:w="1361" w:type="dxa"/>
            <w:vAlign w:val="center"/>
          </w:tcPr>
          <w:p w14:paraId="34C250F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0.162</w:t>
            </w:r>
          </w:p>
        </w:tc>
      </w:tr>
      <w:tr w:rsidR="007F53E0" w14:paraId="2FD4CA29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5C24965A" w14:textId="77777777" w:rsidR="007F53E0" w:rsidRDefault="007F53E0"/>
        </w:tc>
        <w:tc>
          <w:tcPr>
            <w:tcW w:w="1049" w:type="dxa"/>
            <w:vMerge/>
            <w:vAlign w:val="center"/>
          </w:tcPr>
          <w:p w14:paraId="02A8DE77" w14:textId="77777777" w:rsidR="007F53E0" w:rsidRDefault="007F53E0"/>
        </w:tc>
        <w:tc>
          <w:tcPr>
            <w:tcW w:w="2661" w:type="dxa"/>
            <w:vAlign w:val="center"/>
          </w:tcPr>
          <w:p w14:paraId="236B3C4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九强试剂组</w:t>
            </w:r>
          </w:p>
        </w:tc>
        <w:tc>
          <w:tcPr>
            <w:tcW w:w="1109" w:type="dxa"/>
            <w:vAlign w:val="center"/>
          </w:tcPr>
          <w:p w14:paraId="63F3F00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9</w:t>
            </w:r>
          </w:p>
        </w:tc>
        <w:tc>
          <w:tcPr>
            <w:tcW w:w="850" w:type="dxa"/>
            <w:vAlign w:val="center"/>
          </w:tcPr>
          <w:p w14:paraId="204BCF3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2.86</w:t>
            </w:r>
          </w:p>
        </w:tc>
        <w:tc>
          <w:tcPr>
            <w:tcW w:w="850" w:type="dxa"/>
            <w:vAlign w:val="center"/>
          </w:tcPr>
          <w:p w14:paraId="1758BA2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2.53</w:t>
            </w:r>
          </w:p>
        </w:tc>
        <w:tc>
          <w:tcPr>
            <w:tcW w:w="1361" w:type="dxa"/>
            <w:vAlign w:val="center"/>
          </w:tcPr>
          <w:p w14:paraId="41E985B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2.69</w:t>
            </w:r>
          </w:p>
        </w:tc>
        <w:tc>
          <w:tcPr>
            <w:tcW w:w="1361" w:type="dxa"/>
            <w:vAlign w:val="center"/>
          </w:tcPr>
          <w:p w14:paraId="36BA9AE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0.075</w:t>
            </w:r>
          </w:p>
        </w:tc>
      </w:tr>
      <w:tr w:rsidR="007F53E0" w14:paraId="7428DBC6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115C5C9E" w14:textId="77777777" w:rsidR="007F53E0" w:rsidRDefault="007F53E0"/>
        </w:tc>
        <w:tc>
          <w:tcPr>
            <w:tcW w:w="1049" w:type="dxa"/>
            <w:vMerge/>
            <w:vAlign w:val="center"/>
          </w:tcPr>
          <w:p w14:paraId="1F59C515" w14:textId="77777777" w:rsidR="007F53E0" w:rsidRDefault="007F53E0"/>
        </w:tc>
        <w:tc>
          <w:tcPr>
            <w:tcW w:w="2661" w:type="dxa"/>
            <w:vAlign w:val="center"/>
          </w:tcPr>
          <w:p w14:paraId="51EA8C7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众驰伟业试剂组</w:t>
            </w:r>
          </w:p>
        </w:tc>
        <w:tc>
          <w:tcPr>
            <w:tcW w:w="1109" w:type="dxa"/>
            <w:vAlign w:val="center"/>
          </w:tcPr>
          <w:p w14:paraId="2E1CC41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25</w:t>
            </w:r>
          </w:p>
        </w:tc>
        <w:tc>
          <w:tcPr>
            <w:tcW w:w="850" w:type="dxa"/>
            <w:vAlign w:val="center"/>
          </w:tcPr>
          <w:p w14:paraId="209CA6E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3.64</w:t>
            </w:r>
          </w:p>
        </w:tc>
        <w:tc>
          <w:tcPr>
            <w:tcW w:w="850" w:type="dxa"/>
            <w:vAlign w:val="center"/>
          </w:tcPr>
          <w:p w14:paraId="34BB333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1.31</w:t>
            </w:r>
          </w:p>
        </w:tc>
        <w:tc>
          <w:tcPr>
            <w:tcW w:w="1361" w:type="dxa"/>
            <w:vAlign w:val="center"/>
          </w:tcPr>
          <w:p w14:paraId="0CA7F21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2.09</w:t>
            </w:r>
          </w:p>
        </w:tc>
        <w:tc>
          <w:tcPr>
            <w:tcW w:w="1361" w:type="dxa"/>
            <w:vAlign w:val="center"/>
          </w:tcPr>
          <w:p w14:paraId="21FFFA0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0.505</w:t>
            </w:r>
          </w:p>
        </w:tc>
      </w:tr>
      <w:tr w:rsidR="007F53E0" w14:paraId="0BD63E11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5E844253" w14:textId="77777777" w:rsidR="007F53E0" w:rsidRDefault="007F53E0"/>
        </w:tc>
        <w:tc>
          <w:tcPr>
            <w:tcW w:w="1049" w:type="dxa"/>
            <w:vMerge/>
            <w:vAlign w:val="center"/>
          </w:tcPr>
          <w:p w14:paraId="12F14CB0" w14:textId="77777777" w:rsidR="007F53E0" w:rsidRDefault="007F53E0"/>
        </w:tc>
        <w:tc>
          <w:tcPr>
            <w:tcW w:w="2661" w:type="dxa"/>
            <w:vAlign w:val="center"/>
          </w:tcPr>
          <w:p w14:paraId="4E17A9F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帝迈试剂组</w:t>
            </w:r>
          </w:p>
        </w:tc>
        <w:tc>
          <w:tcPr>
            <w:tcW w:w="1109" w:type="dxa"/>
            <w:vAlign w:val="center"/>
          </w:tcPr>
          <w:p w14:paraId="7CDF709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14</w:t>
            </w:r>
          </w:p>
        </w:tc>
        <w:tc>
          <w:tcPr>
            <w:tcW w:w="850" w:type="dxa"/>
            <w:vAlign w:val="center"/>
          </w:tcPr>
          <w:p w14:paraId="22F0571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3.2</w:t>
            </w:r>
          </w:p>
        </w:tc>
        <w:tc>
          <w:tcPr>
            <w:tcW w:w="850" w:type="dxa"/>
            <w:vAlign w:val="center"/>
          </w:tcPr>
          <w:p w14:paraId="794999D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2.57</w:t>
            </w:r>
          </w:p>
        </w:tc>
        <w:tc>
          <w:tcPr>
            <w:tcW w:w="1361" w:type="dxa"/>
            <w:vAlign w:val="center"/>
          </w:tcPr>
          <w:p w14:paraId="17A0C04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2.8</w:t>
            </w:r>
          </w:p>
        </w:tc>
        <w:tc>
          <w:tcPr>
            <w:tcW w:w="1361" w:type="dxa"/>
            <w:vAlign w:val="center"/>
          </w:tcPr>
          <w:p w14:paraId="0CFE1E1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0.151</w:t>
            </w:r>
          </w:p>
        </w:tc>
      </w:tr>
      <w:tr w:rsidR="007F53E0" w14:paraId="058641AB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3517CB7F" w14:textId="77777777" w:rsidR="007F53E0" w:rsidRDefault="007F53E0"/>
        </w:tc>
        <w:tc>
          <w:tcPr>
            <w:tcW w:w="1049" w:type="dxa"/>
            <w:vMerge/>
            <w:vAlign w:val="center"/>
          </w:tcPr>
          <w:p w14:paraId="6CE69F40" w14:textId="77777777" w:rsidR="007F53E0" w:rsidRDefault="007F53E0"/>
        </w:tc>
        <w:tc>
          <w:tcPr>
            <w:tcW w:w="2661" w:type="dxa"/>
            <w:vAlign w:val="center"/>
          </w:tcPr>
          <w:p w14:paraId="66784B7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基蛋生物试剂组</w:t>
            </w:r>
          </w:p>
        </w:tc>
        <w:tc>
          <w:tcPr>
            <w:tcW w:w="1109" w:type="dxa"/>
            <w:vAlign w:val="center"/>
          </w:tcPr>
          <w:p w14:paraId="2FF3FFC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</w:t>
            </w:r>
          </w:p>
        </w:tc>
        <w:tc>
          <w:tcPr>
            <w:tcW w:w="850" w:type="dxa"/>
            <w:vAlign w:val="center"/>
          </w:tcPr>
          <w:p w14:paraId="3EA75BB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2.74</w:t>
            </w:r>
          </w:p>
        </w:tc>
        <w:tc>
          <w:tcPr>
            <w:tcW w:w="850" w:type="dxa"/>
            <w:vAlign w:val="center"/>
          </w:tcPr>
          <w:p w14:paraId="3575613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2.21</w:t>
            </w:r>
          </w:p>
        </w:tc>
        <w:tc>
          <w:tcPr>
            <w:tcW w:w="1361" w:type="dxa"/>
            <w:vAlign w:val="center"/>
          </w:tcPr>
          <w:p w14:paraId="731EE1C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2.45</w:t>
            </w:r>
          </w:p>
        </w:tc>
        <w:tc>
          <w:tcPr>
            <w:tcW w:w="1361" w:type="dxa"/>
            <w:vAlign w:val="center"/>
          </w:tcPr>
          <w:p w14:paraId="02C9747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0.107</w:t>
            </w:r>
          </w:p>
        </w:tc>
      </w:tr>
      <w:tr w:rsidR="007F53E0" w14:paraId="29CD3450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0A91EC55" w14:textId="77777777" w:rsidR="007F53E0" w:rsidRDefault="007F53E0"/>
        </w:tc>
        <w:tc>
          <w:tcPr>
            <w:tcW w:w="1049" w:type="dxa"/>
            <w:vMerge/>
            <w:vAlign w:val="center"/>
          </w:tcPr>
          <w:p w14:paraId="1B242D9F" w14:textId="77777777" w:rsidR="007F53E0" w:rsidRDefault="007F53E0"/>
        </w:tc>
        <w:tc>
          <w:tcPr>
            <w:tcW w:w="2661" w:type="dxa"/>
            <w:vAlign w:val="center"/>
          </w:tcPr>
          <w:p w14:paraId="55F6F28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迈克试剂组</w:t>
            </w:r>
          </w:p>
        </w:tc>
        <w:tc>
          <w:tcPr>
            <w:tcW w:w="1109" w:type="dxa"/>
            <w:vAlign w:val="center"/>
          </w:tcPr>
          <w:p w14:paraId="7DC3CA3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</w:t>
            </w:r>
          </w:p>
        </w:tc>
        <w:tc>
          <w:tcPr>
            <w:tcW w:w="850" w:type="dxa"/>
            <w:vAlign w:val="center"/>
          </w:tcPr>
          <w:p w14:paraId="5B3256C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2.93</w:t>
            </w:r>
          </w:p>
        </w:tc>
        <w:tc>
          <w:tcPr>
            <w:tcW w:w="850" w:type="dxa"/>
            <w:vAlign w:val="center"/>
          </w:tcPr>
          <w:p w14:paraId="3538219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1.78</w:t>
            </w:r>
          </w:p>
        </w:tc>
        <w:tc>
          <w:tcPr>
            <w:tcW w:w="1361" w:type="dxa"/>
            <w:vAlign w:val="center"/>
          </w:tcPr>
          <w:p w14:paraId="456D0C5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2.36</w:t>
            </w:r>
          </w:p>
        </w:tc>
        <w:tc>
          <w:tcPr>
            <w:tcW w:w="1361" w:type="dxa"/>
            <w:vAlign w:val="center"/>
          </w:tcPr>
          <w:p w14:paraId="037E92A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0.301</w:t>
            </w:r>
          </w:p>
        </w:tc>
      </w:tr>
      <w:tr w:rsidR="007F53E0" w14:paraId="258216A3" w14:textId="77777777" w:rsidTr="008C78EA">
        <w:trPr>
          <w:cantSplit/>
          <w:jc w:val="center"/>
        </w:trPr>
        <w:tc>
          <w:tcPr>
            <w:tcW w:w="680" w:type="dxa"/>
            <w:vMerge w:val="restart"/>
            <w:shd w:val="clear" w:color="auto" w:fill="E8EFF6"/>
            <w:vAlign w:val="center"/>
          </w:tcPr>
          <w:p w14:paraId="405CAF83" w14:textId="77777777" w:rsidR="007F53E0" w:rsidRDefault="00000000">
            <w:pPr>
              <w:jc w:val="center"/>
              <w:rPr>
                <w:lang w:eastAsia="zh-CN"/>
              </w:rPr>
            </w:pPr>
            <w:r>
              <w:rPr>
                <w:rFonts w:ascii="宋体" w:hAnsi="宋体"/>
                <w:sz w:val="17"/>
                <w:lang w:eastAsia="zh-CN"/>
              </w:rPr>
              <w:t>D-二聚体检测</w:t>
            </w:r>
            <w:r>
              <w:rPr>
                <w:rFonts w:ascii="宋体" w:hAnsi="宋体"/>
                <w:sz w:val="17"/>
                <w:lang w:eastAsia="zh-CN"/>
              </w:rPr>
              <w:lastRenderedPageBreak/>
              <w:t>（DDU）</w:t>
            </w:r>
          </w:p>
        </w:tc>
        <w:tc>
          <w:tcPr>
            <w:tcW w:w="1049" w:type="dxa"/>
            <w:vMerge w:val="restart"/>
            <w:shd w:val="clear" w:color="auto" w:fill="F3F6F9"/>
            <w:vAlign w:val="center"/>
          </w:tcPr>
          <w:p w14:paraId="3EC6153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lastRenderedPageBreak/>
              <w:t>20260104</w:t>
            </w:r>
          </w:p>
        </w:tc>
        <w:tc>
          <w:tcPr>
            <w:tcW w:w="2661" w:type="dxa"/>
            <w:shd w:val="clear" w:color="auto" w:fill="F3F6F9"/>
            <w:vAlign w:val="center"/>
          </w:tcPr>
          <w:p w14:paraId="5029F7D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缺省组</w:t>
            </w:r>
          </w:p>
        </w:tc>
        <w:tc>
          <w:tcPr>
            <w:tcW w:w="1109" w:type="dxa"/>
            <w:shd w:val="clear" w:color="auto" w:fill="F3F6F9"/>
            <w:vAlign w:val="center"/>
          </w:tcPr>
          <w:p w14:paraId="7516BB4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450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041BF63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5600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3FC0E72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0.95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6670C13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4.47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0EB088F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1.414</w:t>
            </w:r>
          </w:p>
        </w:tc>
      </w:tr>
      <w:tr w:rsidR="007F53E0" w14:paraId="29928AAA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0AAB2E94" w14:textId="77777777" w:rsidR="007F53E0" w:rsidRDefault="007F53E0"/>
        </w:tc>
        <w:tc>
          <w:tcPr>
            <w:tcW w:w="1049" w:type="dxa"/>
            <w:vMerge/>
            <w:vAlign w:val="center"/>
          </w:tcPr>
          <w:p w14:paraId="6426A28E" w14:textId="77777777" w:rsidR="007F53E0" w:rsidRDefault="007F53E0"/>
        </w:tc>
        <w:tc>
          <w:tcPr>
            <w:tcW w:w="2661" w:type="dxa"/>
            <w:vAlign w:val="center"/>
          </w:tcPr>
          <w:p w14:paraId="393703A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Siemens试剂组</w:t>
            </w:r>
          </w:p>
        </w:tc>
        <w:tc>
          <w:tcPr>
            <w:tcW w:w="1109" w:type="dxa"/>
            <w:vAlign w:val="center"/>
          </w:tcPr>
          <w:p w14:paraId="0E94880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71</w:t>
            </w:r>
          </w:p>
        </w:tc>
        <w:tc>
          <w:tcPr>
            <w:tcW w:w="850" w:type="dxa"/>
            <w:vAlign w:val="center"/>
          </w:tcPr>
          <w:p w14:paraId="7333EE6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5600</w:t>
            </w:r>
          </w:p>
        </w:tc>
        <w:tc>
          <w:tcPr>
            <w:tcW w:w="850" w:type="dxa"/>
            <w:vAlign w:val="center"/>
          </w:tcPr>
          <w:p w14:paraId="2A4EC30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4.41</w:t>
            </w:r>
          </w:p>
        </w:tc>
        <w:tc>
          <w:tcPr>
            <w:tcW w:w="1361" w:type="dxa"/>
            <w:vAlign w:val="center"/>
          </w:tcPr>
          <w:p w14:paraId="2A9CF86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5.31</w:t>
            </w:r>
          </w:p>
        </w:tc>
        <w:tc>
          <w:tcPr>
            <w:tcW w:w="1361" w:type="dxa"/>
            <w:vAlign w:val="center"/>
          </w:tcPr>
          <w:p w14:paraId="62F3445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0.218</w:t>
            </w:r>
          </w:p>
        </w:tc>
      </w:tr>
      <w:tr w:rsidR="007F53E0" w14:paraId="55FCA9A8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75DE5E4B" w14:textId="77777777" w:rsidR="007F53E0" w:rsidRDefault="007F53E0"/>
        </w:tc>
        <w:tc>
          <w:tcPr>
            <w:tcW w:w="1049" w:type="dxa"/>
            <w:vMerge/>
            <w:vAlign w:val="center"/>
          </w:tcPr>
          <w:p w14:paraId="6ED44879" w14:textId="77777777" w:rsidR="007F53E0" w:rsidRDefault="007F53E0"/>
        </w:tc>
        <w:tc>
          <w:tcPr>
            <w:tcW w:w="2661" w:type="dxa"/>
            <w:vAlign w:val="center"/>
          </w:tcPr>
          <w:p w14:paraId="60ED331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Stago试剂组</w:t>
            </w:r>
          </w:p>
        </w:tc>
        <w:tc>
          <w:tcPr>
            <w:tcW w:w="1109" w:type="dxa"/>
            <w:vAlign w:val="center"/>
          </w:tcPr>
          <w:p w14:paraId="06CD807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25</w:t>
            </w:r>
          </w:p>
        </w:tc>
        <w:tc>
          <w:tcPr>
            <w:tcW w:w="850" w:type="dxa"/>
            <w:vAlign w:val="center"/>
          </w:tcPr>
          <w:p w14:paraId="14C6859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2.44</w:t>
            </w:r>
          </w:p>
        </w:tc>
        <w:tc>
          <w:tcPr>
            <w:tcW w:w="850" w:type="dxa"/>
            <w:vAlign w:val="center"/>
          </w:tcPr>
          <w:p w14:paraId="1F00A1D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1.73</w:t>
            </w:r>
          </w:p>
        </w:tc>
        <w:tc>
          <w:tcPr>
            <w:tcW w:w="1361" w:type="dxa"/>
            <w:vAlign w:val="center"/>
          </w:tcPr>
          <w:p w14:paraId="764D8BB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2.14</w:t>
            </w:r>
          </w:p>
        </w:tc>
        <w:tc>
          <w:tcPr>
            <w:tcW w:w="1361" w:type="dxa"/>
            <w:vAlign w:val="center"/>
          </w:tcPr>
          <w:p w14:paraId="17F6112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0.062</w:t>
            </w:r>
          </w:p>
        </w:tc>
      </w:tr>
      <w:tr w:rsidR="007F53E0" w14:paraId="5C45B63C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59057D7A" w14:textId="77777777" w:rsidR="007F53E0" w:rsidRDefault="007F53E0"/>
        </w:tc>
        <w:tc>
          <w:tcPr>
            <w:tcW w:w="1049" w:type="dxa"/>
            <w:vMerge/>
            <w:vAlign w:val="center"/>
          </w:tcPr>
          <w:p w14:paraId="42AB9D4B" w14:textId="77777777" w:rsidR="007F53E0" w:rsidRDefault="007F53E0"/>
        </w:tc>
        <w:tc>
          <w:tcPr>
            <w:tcW w:w="2661" w:type="dxa"/>
            <w:vAlign w:val="center"/>
          </w:tcPr>
          <w:p w14:paraId="4CBE164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太阳试剂组</w:t>
            </w:r>
          </w:p>
        </w:tc>
        <w:tc>
          <w:tcPr>
            <w:tcW w:w="1109" w:type="dxa"/>
            <w:vAlign w:val="center"/>
          </w:tcPr>
          <w:p w14:paraId="33692E9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27</w:t>
            </w:r>
          </w:p>
        </w:tc>
        <w:tc>
          <w:tcPr>
            <w:tcW w:w="850" w:type="dxa"/>
            <w:vAlign w:val="center"/>
          </w:tcPr>
          <w:p w14:paraId="652DCC7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3.36</w:t>
            </w:r>
          </w:p>
        </w:tc>
        <w:tc>
          <w:tcPr>
            <w:tcW w:w="850" w:type="dxa"/>
            <w:vAlign w:val="center"/>
          </w:tcPr>
          <w:p w14:paraId="290A017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2.5</w:t>
            </w:r>
          </w:p>
        </w:tc>
        <w:tc>
          <w:tcPr>
            <w:tcW w:w="1361" w:type="dxa"/>
            <w:vAlign w:val="center"/>
          </w:tcPr>
          <w:p w14:paraId="7FE7255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3.01</w:t>
            </w:r>
          </w:p>
        </w:tc>
        <w:tc>
          <w:tcPr>
            <w:tcW w:w="1361" w:type="dxa"/>
            <w:vAlign w:val="center"/>
          </w:tcPr>
          <w:p w14:paraId="618F94A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0.107</w:t>
            </w:r>
          </w:p>
        </w:tc>
      </w:tr>
      <w:tr w:rsidR="007F53E0" w14:paraId="2024A081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796CFC27" w14:textId="77777777" w:rsidR="007F53E0" w:rsidRDefault="007F53E0"/>
        </w:tc>
        <w:tc>
          <w:tcPr>
            <w:tcW w:w="1049" w:type="dxa"/>
            <w:vMerge/>
            <w:vAlign w:val="center"/>
          </w:tcPr>
          <w:p w14:paraId="651254A2" w14:textId="77777777" w:rsidR="007F53E0" w:rsidRDefault="007F53E0"/>
        </w:tc>
        <w:tc>
          <w:tcPr>
            <w:tcW w:w="2661" w:type="dxa"/>
            <w:vAlign w:val="center"/>
          </w:tcPr>
          <w:p w14:paraId="0B45BD6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赛科希德试剂组</w:t>
            </w:r>
          </w:p>
        </w:tc>
        <w:tc>
          <w:tcPr>
            <w:tcW w:w="1109" w:type="dxa"/>
            <w:vAlign w:val="center"/>
          </w:tcPr>
          <w:p w14:paraId="0D80814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77</w:t>
            </w:r>
          </w:p>
        </w:tc>
        <w:tc>
          <w:tcPr>
            <w:tcW w:w="850" w:type="dxa"/>
            <w:vAlign w:val="center"/>
          </w:tcPr>
          <w:p w14:paraId="15ED08C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5.05</w:t>
            </w:r>
          </w:p>
        </w:tc>
        <w:tc>
          <w:tcPr>
            <w:tcW w:w="850" w:type="dxa"/>
            <w:vAlign w:val="center"/>
          </w:tcPr>
          <w:p w14:paraId="41761DF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1.44</w:t>
            </w:r>
          </w:p>
        </w:tc>
        <w:tc>
          <w:tcPr>
            <w:tcW w:w="1361" w:type="dxa"/>
            <w:vAlign w:val="center"/>
          </w:tcPr>
          <w:p w14:paraId="6B6899F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2.11</w:t>
            </w:r>
          </w:p>
        </w:tc>
        <w:tc>
          <w:tcPr>
            <w:tcW w:w="1361" w:type="dxa"/>
            <w:vAlign w:val="center"/>
          </w:tcPr>
          <w:p w14:paraId="26E7A7F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0.171</w:t>
            </w:r>
          </w:p>
        </w:tc>
      </w:tr>
      <w:tr w:rsidR="007F53E0" w14:paraId="1C9D6482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382E378D" w14:textId="77777777" w:rsidR="007F53E0" w:rsidRDefault="007F53E0"/>
        </w:tc>
        <w:tc>
          <w:tcPr>
            <w:tcW w:w="1049" w:type="dxa"/>
            <w:vMerge/>
            <w:vAlign w:val="center"/>
          </w:tcPr>
          <w:p w14:paraId="6015E906" w14:textId="77777777" w:rsidR="007F53E0" w:rsidRDefault="007F53E0"/>
        </w:tc>
        <w:tc>
          <w:tcPr>
            <w:tcW w:w="2661" w:type="dxa"/>
            <w:vAlign w:val="center"/>
          </w:tcPr>
          <w:p w14:paraId="43996BF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迈瑞试剂组</w:t>
            </w:r>
          </w:p>
        </w:tc>
        <w:tc>
          <w:tcPr>
            <w:tcW w:w="1109" w:type="dxa"/>
            <w:vAlign w:val="center"/>
          </w:tcPr>
          <w:p w14:paraId="6FD0967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80</w:t>
            </w:r>
          </w:p>
        </w:tc>
        <w:tc>
          <w:tcPr>
            <w:tcW w:w="850" w:type="dxa"/>
            <w:vAlign w:val="center"/>
          </w:tcPr>
          <w:p w14:paraId="302906A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9.46</w:t>
            </w:r>
          </w:p>
        </w:tc>
        <w:tc>
          <w:tcPr>
            <w:tcW w:w="850" w:type="dxa"/>
            <w:vAlign w:val="center"/>
          </w:tcPr>
          <w:p w14:paraId="30F03FB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4.1</w:t>
            </w:r>
          </w:p>
        </w:tc>
        <w:tc>
          <w:tcPr>
            <w:tcW w:w="1361" w:type="dxa"/>
            <w:vAlign w:val="center"/>
          </w:tcPr>
          <w:p w14:paraId="0BC8C7D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5.41</w:t>
            </w:r>
          </w:p>
        </w:tc>
        <w:tc>
          <w:tcPr>
            <w:tcW w:w="1361" w:type="dxa"/>
            <w:vAlign w:val="center"/>
          </w:tcPr>
          <w:p w14:paraId="30A748B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0.371</w:t>
            </w:r>
          </w:p>
        </w:tc>
      </w:tr>
      <w:tr w:rsidR="007F53E0" w14:paraId="7D8D5E15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5D258267" w14:textId="77777777" w:rsidR="007F53E0" w:rsidRDefault="007F53E0"/>
        </w:tc>
        <w:tc>
          <w:tcPr>
            <w:tcW w:w="1049" w:type="dxa"/>
            <w:vMerge/>
            <w:vAlign w:val="center"/>
          </w:tcPr>
          <w:p w14:paraId="03088595" w14:textId="77777777" w:rsidR="007F53E0" w:rsidRDefault="007F53E0"/>
        </w:tc>
        <w:tc>
          <w:tcPr>
            <w:tcW w:w="2661" w:type="dxa"/>
            <w:vAlign w:val="center"/>
          </w:tcPr>
          <w:p w14:paraId="78F968A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积水试剂组</w:t>
            </w:r>
          </w:p>
        </w:tc>
        <w:tc>
          <w:tcPr>
            <w:tcW w:w="1109" w:type="dxa"/>
            <w:vAlign w:val="center"/>
          </w:tcPr>
          <w:p w14:paraId="1330284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12</w:t>
            </w:r>
          </w:p>
        </w:tc>
        <w:tc>
          <w:tcPr>
            <w:tcW w:w="850" w:type="dxa"/>
            <w:vAlign w:val="center"/>
          </w:tcPr>
          <w:p w14:paraId="3987294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6.81</w:t>
            </w:r>
          </w:p>
        </w:tc>
        <w:tc>
          <w:tcPr>
            <w:tcW w:w="850" w:type="dxa"/>
            <w:vAlign w:val="center"/>
          </w:tcPr>
          <w:p w14:paraId="1146723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5.74</w:t>
            </w:r>
          </w:p>
        </w:tc>
        <w:tc>
          <w:tcPr>
            <w:tcW w:w="1361" w:type="dxa"/>
            <w:vAlign w:val="center"/>
          </w:tcPr>
          <w:p w14:paraId="5697718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6.25</w:t>
            </w:r>
          </w:p>
        </w:tc>
        <w:tc>
          <w:tcPr>
            <w:tcW w:w="1361" w:type="dxa"/>
            <w:vAlign w:val="center"/>
          </w:tcPr>
          <w:p w14:paraId="0AEB3CE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0.414</w:t>
            </w:r>
          </w:p>
        </w:tc>
      </w:tr>
      <w:tr w:rsidR="007F53E0" w14:paraId="22C21969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335F53DA" w14:textId="77777777" w:rsidR="007F53E0" w:rsidRDefault="007F53E0"/>
        </w:tc>
        <w:tc>
          <w:tcPr>
            <w:tcW w:w="1049" w:type="dxa"/>
            <w:vMerge/>
            <w:vAlign w:val="center"/>
          </w:tcPr>
          <w:p w14:paraId="6B208E5C" w14:textId="77777777" w:rsidR="007F53E0" w:rsidRDefault="007F53E0"/>
        </w:tc>
        <w:tc>
          <w:tcPr>
            <w:tcW w:w="2661" w:type="dxa"/>
            <w:vAlign w:val="center"/>
          </w:tcPr>
          <w:p w14:paraId="5B025A2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长岛试剂组</w:t>
            </w:r>
          </w:p>
        </w:tc>
        <w:tc>
          <w:tcPr>
            <w:tcW w:w="1109" w:type="dxa"/>
            <w:vAlign w:val="center"/>
          </w:tcPr>
          <w:p w14:paraId="0449786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18</w:t>
            </w:r>
          </w:p>
        </w:tc>
        <w:tc>
          <w:tcPr>
            <w:tcW w:w="850" w:type="dxa"/>
            <w:vAlign w:val="center"/>
          </w:tcPr>
          <w:p w14:paraId="119C4F3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8.38</w:t>
            </w:r>
          </w:p>
        </w:tc>
        <w:tc>
          <w:tcPr>
            <w:tcW w:w="850" w:type="dxa"/>
            <w:vAlign w:val="center"/>
          </w:tcPr>
          <w:p w14:paraId="34980EB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3.3</w:t>
            </w:r>
          </w:p>
        </w:tc>
        <w:tc>
          <w:tcPr>
            <w:tcW w:w="1361" w:type="dxa"/>
            <w:vAlign w:val="center"/>
          </w:tcPr>
          <w:p w14:paraId="4878F6C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6.18</w:t>
            </w:r>
          </w:p>
        </w:tc>
        <w:tc>
          <w:tcPr>
            <w:tcW w:w="1361" w:type="dxa"/>
            <w:vAlign w:val="center"/>
          </w:tcPr>
          <w:p w14:paraId="63A096B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0.62</w:t>
            </w:r>
          </w:p>
        </w:tc>
      </w:tr>
      <w:tr w:rsidR="007F53E0" w14:paraId="08651295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0B559675" w14:textId="77777777" w:rsidR="007F53E0" w:rsidRDefault="007F53E0"/>
        </w:tc>
        <w:tc>
          <w:tcPr>
            <w:tcW w:w="1049" w:type="dxa"/>
            <w:vMerge/>
            <w:vAlign w:val="center"/>
          </w:tcPr>
          <w:p w14:paraId="6D79BAA7" w14:textId="77777777" w:rsidR="007F53E0" w:rsidRDefault="007F53E0"/>
        </w:tc>
        <w:tc>
          <w:tcPr>
            <w:tcW w:w="2661" w:type="dxa"/>
            <w:vAlign w:val="center"/>
          </w:tcPr>
          <w:p w14:paraId="71FA82B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希肯试剂组</w:t>
            </w:r>
          </w:p>
        </w:tc>
        <w:tc>
          <w:tcPr>
            <w:tcW w:w="1109" w:type="dxa"/>
            <w:vAlign w:val="center"/>
          </w:tcPr>
          <w:p w14:paraId="32749B0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30</w:t>
            </w:r>
          </w:p>
        </w:tc>
        <w:tc>
          <w:tcPr>
            <w:tcW w:w="850" w:type="dxa"/>
            <w:vAlign w:val="center"/>
          </w:tcPr>
          <w:p w14:paraId="3E6CA74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6.62</w:t>
            </w:r>
          </w:p>
        </w:tc>
        <w:tc>
          <w:tcPr>
            <w:tcW w:w="850" w:type="dxa"/>
            <w:vAlign w:val="center"/>
          </w:tcPr>
          <w:p w14:paraId="6959FDB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4.56</w:t>
            </w:r>
          </w:p>
        </w:tc>
        <w:tc>
          <w:tcPr>
            <w:tcW w:w="1361" w:type="dxa"/>
            <w:vAlign w:val="center"/>
          </w:tcPr>
          <w:p w14:paraId="3C668AA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5.43</w:t>
            </w:r>
          </w:p>
        </w:tc>
        <w:tc>
          <w:tcPr>
            <w:tcW w:w="1361" w:type="dxa"/>
            <w:vAlign w:val="center"/>
          </w:tcPr>
          <w:p w14:paraId="44E10AB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0.203</w:t>
            </w:r>
          </w:p>
        </w:tc>
      </w:tr>
      <w:tr w:rsidR="007F53E0" w14:paraId="0FC69C00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28869A86" w14:textId="77777777" w:rsidR="007F53E0" w:rsidRDefault="007F53E0"/>
        </w:tc>
        <w:tc>
          <w:tcPr>
            <w:tcW w:w="1049" w:type="dxa"/>
            <w:vMerge/>
            <w:vAlign w:val="center"/>
          </w:tcPr>
          <w:p w14:paraId="4EE2C997" w14:textId="77777777" w:rsidR="007F53E0" w:rsidRDefault="007F53E0"/>
        </w:tc>
        <w:tc>
          <w:tcPr>
            <w:tcW w:w="2661" w:type="dxa"/>
            <w:vAlign w:val="center"/>
          </w:tcPr>
          <w:p w14:paraId="6D5C878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九强试剂组</w:t>
            </w:r>
          </w:p>
        </w:tc>
        <w:tc>
          <w:tcPr>
            <w:tcW w:w="1109" w:type="dxa"/>
            <w:vAlign w:val="center"/>
          </w:tcPr>
          <w:p w14:paraId="11C973C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9</w:t>
            </w:r>
          </w:p>
        </w:tc>
        <w:tc>
          <w:tcPr>
            <w:tcW w:w="850" w:type="dxa"/>
            <w:vAlign w:val="center"/>
          </w:tcPr>
          <w:p w14:paraId="786AA83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5.43</w:t>
            </w:r>
          </w:p>
        </w:tc>
        <w:tc>
          <w:tcPr>
            <w:tcW w:w="850" w:type="dxa"/>
            <w:vAlign w:val="center"/>
          </w:tcPr>
          <w:p w14:paraId="2EC48F3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4.7</w:t>
            </w:r>
          </w:p>
        </w:tc>
        <w:tc>
          <w:tcPr>
            <w:tcW w:w="1361" w:type="dxa"/>
            <w:vAlign w:val="center"/>
          </w:tcPr>
          <w:p w14:paraId="45B7ECC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4.99</w:t>
            </w:r>
          </w:p>
        </w:tc>
        <w:tc>
          <w:tcPr>
            <w:tcW w:w="1361" w:type="dxa"/>
            <w:vAlign w:val="center"/>
          </w:tcPr>
          <w:p w14:paraId="3C0465E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0.157</w:t>
            </w:r>
          </w:p>
        </w:tc>
      </w:tr>
      <w:tr w:rsidR="007F53E0" w14:paraId="030F95D4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515B653F" w14:textId="77777777" w:rsidR="007F53E0" w:rsidRDefault="007F53E0"/>
        </w:tc>
        <w:tc>
          <w:tcPr>
            <w:tcW w:w="1049" w:type="dxa"/>
            <w:vMerge/>
            <w:vAlign w:val="center"/>
          </w:tcPr>
          <w:p w14:paraId="3A47F309" w14:textId="77777777" w:rsidR="007F53E0" w:rsidRDefault="007F53E0"/>
        </w:tc>
        <w:tc>
          <w:tcPr>
            <w:tcW w:w="2661" w:type="dxa"/>
            <w:vAlign w:val="center"/>
          </w:tcPr>
          <w:p w14:paraId="75436F3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众驰伟业试剂组</w:t>
            </w:r>
          </w:p>
        </w:tc>
        <w:tc>
          <w:tcPr>
            <w:tcW w:w="1109" w:type="dxa"/>
            <w:vAlign w:val="center"/>
          </w:tcPr>
          <w:p w14:paraId="370F889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25</w:t>
            </w:r>
          </w:p>
        </w:tc>
        <w:tc>
          <w:tcPr>
            <w:tcW w:w="850" w:type="dxa"/>
            <w:vAlign w:val="center"/>
          </w:tcPr>
          <w:p w14:paraId="69F81EC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6.18</w:t>
            </w:r>
          </w:p>
        </w:tc>
        <w:tc>
          <w:tcPr>
            <w:tcW w:w="850" w:type="dxa"/>
            <w:vAlign w:val="center"/>
          </w:tcPr>
          <w:p w14:paraId="6EC1F09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2.21</w:t>
            </w:r>
          </w:p>
        </w:tc>
        <w:tc>
          <w:tcPr>
            <w:tcW w:w="1361" w:type="dxa"/>
            <w:vAlign w:val="center"/>
          </w:tcPr>
          <w:p w14:paraId="2138B0F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3.67</w:t>
            </w:r>
          </w:p>
        </w:tc>
        <w:tc>
          <w:tcPr>
            <w:tcW w:w="1361" w:type="dxa"/>
            <w:vAlign w:val="center"/>
          </w:tcPr>
          <w:p w14:paraId="16E8FBC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0.806</w:t>
            </w:r>
          </w:p>
        </w:tc>
      </w:tr>
      <w:tr w:rsidR="007F53E0" w14:paraId="1461F0B0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07F390A7" w14:textId="77777777" w:rsidR="007F53E0" w:rsidRDefault="007F53E0"/>
        </w:tc>
        <w:tc>
          <w:tcPr>
            <w:tcW w:w="1049" w:type="dxa"/>
            <w:vMerge/>
            <w:vAlign w:val="center"/>
          </w:tcPr>
          <w:p w14:paraId="260117B6" w14:textId="77777777" w:rsidR="007F53E0" w:rsidRDefault="007F53E0"/>
        </w:tc>
        <w:tc>
          <w:tcPr>
            <w:tcW w:w="2661" w:type="dxa"/>
            <w:vAlign w:val="center"/>
          </w:tcPr>
          <w:p w14:paraId="12F75EB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帝迈试剂组</w:t>
            </w:r>
          </w:p>
        </w:tc>
        <w:tc>
          <w:tcPr>
            <w:tcW w:w="1109" w:type="dxa"/>
            <w:vAlign w:val="center"/>
          </w:tcPr>
          <w:p w14:paraId="36F8CF7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14</w:t>
            </w:r>
          </w:p>
        </w:tc>
        <w:tc>
          <w:tcPr>
            <w:tcW w:w="850" w:type="dxa"/>
            <w:vAlign w:val="center"/>
          </w:tcPr>
          <w:p w14:paraId="023B963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5.71</w:t>
            </w:r>
          </w:p>
        </w:tc>
        <w:tc>
          <w:tcPr>
            <w:tcW w:w="850" w:type="dxa"/>
            <w:vAlign w:val="center"/>
          </w:tcPr>
          <w:p w14:paraId="42FE313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3.92</w:t>
            </w:r>
          </w:p>
        </w:tc>
        <w:tc>
          <w:tcPr>
            <w:tcW w:w="1361" w:type="dxa"/>
            <w:vAlign w:val="center"/>
          </w:tcPr>
          <w:p w14:paraId="2CB1F8A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4.63</w:t>
            </w:r>
          </w:p>
        </w:tc>
        <w:tc>
          <w:tcPr>
            <w:tcW w:w="1361" w:type="dxa"/>
            <w:vAlign w:val="center"/>
          </w:tcPr>
          <w:p w14:paraId="429CCC9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0.252</w:t>
            </w:r>
          </w:p>
        </w:tc>
      </w:tr>
      <w:tr w:rsidR="007F53E0" w14:paraId="71DB47C3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0C5B4105" w14:textId="77777777" w:rsidR="007F53E0" w:rsidRDefault="007F53E0"/>
        </w:tc>
        <w:tc>
          <w:tcPr>
            <w:tcW w:w="1049" w:type="dxa"/>
            <w:vMerge/>
            <w:vAlign w:val="center"/>
          </w:tcPr>
          <w:p w14:paraId="23DA0F52" w14:textId="77777777" w:rsidR="007F53E0" w:rsidRDefault="007F53E0"/>
        </w:tc>
        <w:tc>
          <w:tcPr>
            <w:tcW w:w="2661" w:type="dxa"/>
            <w:vAlign w:val="center"/>
          </w:tcPr>
          <w:p w14:paraId="7F8A809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基蛋生物试剂组</w:t>
            </w:r>
          </w:p>
        </w:tc>
        <w:tc>
          <w:tcPr>
            <w:tcW w:w="1109" w:type="dxa"/>
            <w:vAlign w:val="center"/>
          </w:tcPr>
          <w:p w14:paraId="7F74562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</w:t>
            </w:r>
          </w:p>
        </w:tc>
        <w:tc>
          <w:tcPr>
            <w:tcW w:w="850" w:type="dxa"/>
            <w:vAlign w:val="center"/>
          </w:tcPr>
          <w:p w14:paraId="2D1B126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5.14</w:t>
            </w:r>
          </w:p>
        </w:tc>
        <w:tc>
          <w:tcPr>
            <w:tcW w:w="850" w:type="dxa"/>
            <w:vAlign w:val="center"/>
          </w:tcPr>
          <w:p w14:paraId="029ED93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3.82</w:t>
            </w:r>
          </w:p>
        </w:tc>
        <w:tc>
          <w:tcPr>
            <w:tcW w:w="1361" w:type="dxa"/>
            <w:vAlign w:val="center"/>
          </w:tcPr>
          <w:p w14:paraId="22FF988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4.27</w:t>
            </w:r>
          </w:p>
        </w:tc>
        <w:tc>
          <w:tcPr>
            <w:tcW w:w="1361" w:type="dxa"/>
            <w:vAlign w:val="center"/>
          </w:tcPr>
          <w:p w14:paraId="428B377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0.422</w:t>
            </w:r>
          </w:p>
        </w:tc>
      </w:tr>
      <w:tr w:rsidR="007F53E0" w14:paraId="7214FF62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045CEFE4" w14:textId="77777777" w:rsidR="007F53E0" w:rsidRDefault="007F53E0"/>
        </w:tc>
        <w:tc>
          <w:tcPr>
            <w:tcW w:w="1049" w:type="dxa"/>
            <w:vMerge/>
            <w:vAlign w:val="center"/>
          </w:tcPr>
          <w:p w14:paraId="7C6BAE9A" w14:textId="77777777" w:rsidR="007F53E0" w:rsidRDefault="007F53E0"/>
        </w:tc>
        <w:tc>
          <w:tcPr>
            <w:tcW w:w="2661" w:type="dxa"/>
            <w:vAlign w:val="center"/>
          </w:tcPr>
          <w:p w14:paraId="4A1653A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迈克试剂组</w:t>
            </w:r>
          </w:p>
        </w:tc>
        <w:tc>
          <w:tcPr>
            <w:tcW w:w="1109" w:type="dxa"/>
            <w:vAlign w:val="center"/>
          </w:tcPr>
          <w:p w14:paraId="5594753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</w:t>
            </w:r>
          </w:p>
        </w:tc>
        <w:tc>
          <w:tcPr>
            <w:tcW w:w="850" w:type="dxa"/>
            <w:vAlign w:val="center"/>
          </w:tcPr>
          <w:p w14:paraId="3B611A9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5.33</w:t>
            </w:r>
          </w:p>
        </w:tc>
        <w:tc>
          <w:tcPr>
            <w:tcW w:w="850" w:type="dxa"/>
            <w:vAlign w:val="center"/>
          </w:tcPr>
          <w:p w14:paraId="1744FBE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3.03</w:t>
            </w:r>
          </w:p>
        </w:tc>
        <w:tc>
          <w:tcPr>
            <w:tcW w:w="1361" w:type="dxa"/>
            <w:vAlign w:val="center"/>
          </w:tcPr>
          <w:p w14:paraId="4C7F99F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3.92</w:t>
            </w:r>
          </w:p>
        </w:tc>
        <w:tc>
          <w:tcPr>
            <w:tcW w:w="1361" w:type="dxa"/>
            <w:vAlign w:val="center"/>
          </w:tcPr>
          <w:p w14:paraId="5643620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0.159</w:t>
            </w:r>
          </w:p>
        </w:tc>
      </w:tr>
      <w:tr w:rsidR="007F53E0" w14:paraId="656FBB45" w14:textId="77777777" w:rsidTr="008C78EA">
        <w:trPr>
          <w:cantSplit/>
          <w:jc w:val="center"/>
        </w:trPr>
        <w:tc>
          <w:tcPr>
            <w:tcW w:w="680" w:type="dxa"/>
            <w:vMerge w:val="restart"/>
            <w:shd w:val="clear" w:color="auto" w:fill="E8EFF6"/>
            <w:vAlign w:val="center"/>
          </w:tcPr>
          <w:p w14:paraId="2A964611" w14:textId="77777777" w:rsidR="007F53E0" w:rsidRDefault="00000000">
            <w:pPr>
              <w:jc w:val="center"/>
              <w:rPr>
                <w:lang w:eastAsia="zh-CN"/>
              </w:rPr>
            </w:pPr>
            <w:r>
              <w:rPr>
                <w:rFonts w:ascii="宋体" w:hAnsi="宋体"/>
                <w:sz w:val="17"/>
                <w:lang w:eastAsia="zh-CN"/>
              </w:rPr>
              <w:t>D-二聚体检测（DDU）</w:t>
            </w:r>
          </w:p>
        </w:tc>
        <w:tc>
          <w:tcPr>
            <w:tcW w:w="1049" w:type="dxa"/>
            <w:vMerge w:val="restart"/>
            <w:shd w:val="clear" w:color="auto" w:fill="F3F6F9"/>
            <w:vAlign w:val="center"/>
          </w:tcPr>
          <w:p w14:paraId="620AD09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20260105</w:t>
            </w:r>
          </w:p>
        </w:tc>
        <w:tc>
          <w:tcPr>
            <w:tcW w:w="2661" w:type="dxa"/>
            <w:shd w:val="clear" w:color="auto" w:fill="F3F6F9"/>
            <w:vAlign w:val="center"/>
          </w:tcPr>
          <w:p w14:paraId="53F0351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缺省组</w:t>
            </w:r>
          </w:p>
        </w:tc>
        <w:tc>
          <w:tcPr>
            <w:tcW w:w="1109" w:type="dxa"/>
            <w:shd w:val="clear" w:color="auto" w:fill="F3F6F9"/>
            <w:vAlign w:val="center"/>
          </w:tcPr>
          <w:p w14:paraId="4130F10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450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0D9C165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8050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38124EF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1.23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316D270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6.52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437E758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2.345</w:t>
            </w:r>
          </w:p>
        </w:tc>
      </w:tr>
      <w:tr w:rsidR="007F53E0" w14:paraId="083E4543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0A70303E" w14:textId="77777777" w:rsidR="007F53E0" w:rsidRDefault="007F53E0"/>
        </w:tc>
        <w:tc>
          <w:tcPr>
            <w:tcW w:w="1049" w:type="dxa"/>
            <w:vMerge/>
            <w:vAlign w:val="center"/>
          </w:tcPr>
          <w:p w14:paraId="0CF77CC3" w14:textId="77777777" w:rsidR="007F53E0" w:rsidRDefault="007F53E0"/>
        </w:tc>
        <w:tc>
          <w:tcPr>
            <w:tcW w:w="2661" w:type="dxa"/>
            <w:vAlign w:val="center"/>
          </w:tcPr>
          <w:p w14:paraId="0D7A0E3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Siemens试剂组</w:t>
            </w:r>
          </w:p>
        </w:tc>
        <w:tc>
          <w:tcPr>
            <w:tcW w:w="1109" w:type="dxa"/>
            <w:vAlign w:val="center"/>
          </w:tcPr>
          <w:p w14:paraId="1E7F675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71</w:t>
            </w:r>
          </w:p>
        </w:tc>
        <w:tc>
          <w:tcPr>
            <w:tcW w:w="850" w:type="dxa"/>
            <w:vAlign w:val="center"/>
          </w:tcPr>
          <w:p w14:paraId="18AC198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8050</w:t>
            </w:r>
          </w:p>
        </w:tc>
        <w:tc>
          <w:tcPr>
            <w:tcW w:w="850" w:type="dxa"/>
            <w:vAlign w:val="center"/>
          </w:tcPr>
          <w:p w14:paraId="1D5CD86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6.61</w:t>
            </w:r>
          </w:p>
        </w:tc>
        <w:tc>
          <w:tcPr>
            <w:tcW w:w="1361" w:type="dxa"/>
            <w:vAlign w:val="center"/>
          </w:tcPr>
          <w:p w14:paraId="0DE6479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7.87</w:t>
            </w:r>
          </w:p>
        </w:tc>
        <w:tc>
          <w:tcPr>
            <w:tcW w:w="1361" w:type="dxa"/>
            <w:vAlign w:val="center"/>
          </w:tcPr>
          <w:p w14:paraId="5654A4A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0.464</w:t>
            </w:r>
          </w:p>
        </w:tc>
      </w:tr>
      <w:tr w:rsidR="007F53E0" w14:paraId="44706C76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57F3C898" w14:textId="77777777" w:rsidR="007F53E0" w:rsidRDefault="007F53E0"/>
        </w:tc>
        <w:tc>
          <w:tcPr>
            <w:tcW w:w="1049" w:type="dxa"/>
            <w:vMerge/>
            <w:vAlign w:val="center"/>
          </w:tcPr>
          <w:p w14:paraId="3E636455" w14:textId="77777777" w:rsidR="007F53E0" w:rsidRDefault="007F53E0"/>
        </w:tc>
        <w:tc>
          <w:tcPr>
            <w:tcW w:w="2661" w:type="dxa"/>
            <w:vAlign w:val="center"/>
          </w:tcPr>
          <w:p w14:paraId="060CE70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Stago试剂组</w:t>
            </w:r>
          </w:p>
        </w:tc>
        <w:tc>
          <w:tcPr>
            <w:tcW w:w="1109" w:type="dxa"/>
            <w:vAlign w:val="center"/>
          </w:tcPr>
          <w:p w14:paraId="38088CD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25</w:t>
            </w:r>
          </w:p>
        </w:tc>
        <w:tc>
          <w:tcPr>
            <w:tcW w:w="850" w:type="dxa"/>
            <w:vAlign w:val="center"/>
          </w:tcPr>
          <w:p w14:paraId="3B106AB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3.66</w:t>
            </w:r>
          </w:p>
        </w:tc>
        <w:tc>
          <w:tcPr>
            <w:tcW w:w="850" w:type="dxa"/>
            <w:vAlign w:val="center"/>
          </w:tcPr>
          <w:p w14:paraId="7FDA374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2.39</w:t>
            </w:r>
          </w:p>
        </w:tc>
        <w:tc>
          <w:tcPr>
            <w:tcW w:w="1361" w:type="dxa"/>
            <w:vAlign w:val="center"/>
          </w:tcPr>
          <w:p w14:paraId="7186BDD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2.9</w:t>
            </w:r>
          </w:p>
        </w:tc>
        <w:tc>
          <w:tcPr>
            <w:tcW w:w="1361" w:type="dxa"/>
            <w:vAlign w:val="center"/>
          </w:tcPr>
          <w:p w14:paraId="592D931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0.15</w:t>
            </w:r>
          </w:p>
        </w:tc>
      </w:tr>
      <w:tr w:rsidR="007F53E0" w14:paraId="0721C21D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27FDD0EC" w14:textId="77777777" w:rsidR="007F53E0" w:rsidRDefault="007F53E0"/>
        </w:tc>
        <w:tc>
          <w:tcPr>
            <w:tcW w:w="1049" w:type="dxa"/>
            <w:vMerge/>
            <w:vAlign w:val="center"/>
          </w:tcPr>
          <w:p w14:paraId="4F44B058" w14:textId="77777777" w:rsidR="007F53E0" w:rsidRDefault="007F53E0"/>
        </w:tc>
        <w:tc>
          <w:tcPr>
            <w:tcW w:w="2661" w:type="dxa"/>
            <w:vAlign w:val="center"/>
          </w:tcPr>
          <w:p w14:paraId="192E0C2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太阳试剂组</w:t>
            </w:r>
          </w:p>
        </w:tc>
        <w:tc>
          <w:tcPr>
            <w:tcW w:w="1109" w:type="dxa"/>
            <w:vAlign w:val="center"/>
          </w:tcPr>
          <w:p w14:paraId="16958C3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27</w:t>
            </w:r>
          </w:p>
        </w:tc>
        <w:tc>
          <w:tcPr>
            <w:tcW w:w="850" w:type="dxa"/>
            <w:vAlign w:val="center"/>
          </w:tcPr>
          <w:p w14:paraId="022FDA9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5.44</w:t>
            </w:r>
          </w:p>
        </w:tc>
        <w:tc>
          <w:tcPr>
            <w:tcW w:w="850" w:type="dxa"/>
            <w:vAlign w:val="center"/>
          </w:tcPr>
          <w:p w14:paraId="00E2965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4.26</w:t>
            </w:r>
          </w:p>
        </w:tc>
        <w:tc>
          <w:tcPr>
            <w:tcW w:w="1361" w:type="dxa"/>
            <w:vAlign w:val="center"/>
          </w:tcPr>
          <w:p w14:paraId="0FADA71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4.84</w:t>
            </w:r>
          </w:p>
        </w:tc>
        <w:tc>
          <w:tcPr>
            <w:tcW w:w="1361" w:type="dxa"/>
            <w:vAlign w:val="center"/>
          </w:tcPr>
          <w:p w14:paraId="13F05CB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0.144</w:t>
            </w:r>
          </w:p>
        </w:tc>
      </w:tr>
      <w:tr w:rsidR="007F53E0" w14:paraId="1870DBF3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35209235" w14:textId="77777777" w:rsidR="007F53E0" w:rsidRDefault="007F53E0"/>
        </w:tc>
        <w:tc>
          <w:tcPr>
            <w:tcW w:w="1049" w:type="dxa"/>
            <w:vMerge/>
            <w:vAlign w:val="center"/>
          </w:tcPr>
          <w:p w14:paraId="3D95C5B7" w14:textId="77777777" w:rsidR="007F53E0" w:rsidRDefault="007F53E0"/>
        </w:tc>
        <w:tc>
          <w:tcPr>
            <w:tcW w:w="2661" w:type="dxa"/>
            <w:vAlign w:val="center"/>
          </w:tcPr>
          <w:p w14:paraId="35CECDF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赛科希德试剂组</w:t>
            </w:r>
          </w:p>
        </w:tc>
        <w:tc>
          <w:tcPr>
            <w:tcW w:w="1109" w:type="dxa"/>
            <w:vAlign w:val="center"/>
          </w:tcPr>
          <w:p w14:paraId="59BFE6A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77</w:t>
            </w:r>
          </w:p>
        </w:tc>
        <w:tc>
          <w:tcPr>
            <w:tcW w:w="850" w:type="dxa"/>
            <w:vAlign w:val="center"/>
          </w:tcPr>
          <w:p w14:paraId="31FF71E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7.97</w:t>
            </w:r>
          </w:p>
        </w:tc>
        <w:tc>
          <w:tcPr>
            <w:tcW w:w="850" w:type="dxa"/>
            <w:vAlign w:val="center"/>
          </w:tcPr>
          <w:p w14:paraId="2FC256D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1.49</w:t>
            </w:r>
          </w:p>
        </w:tc>
        <w:tc>
          <w:tcPr>
            <w:tcW w:w="1361" w:type="dxa"/>
            <w:vAlign w:val="center"/>
          </w:tcPr>
          <w:p w14:paraId="4D8AED8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3.42</w:t>
            </w:r>
          </w:p>
        </w:tc>
        <w:tc>
          <w:tcPr>
            <w:tcW w:w="1361" w:type="dxa"/>
            <w:vAlign w:val="center"/>
          </w:tcPr>
          <w:p w14:paraId="65C6D89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0.28</w:t>
            </w:r>
          </w:p>
        </w:tc>
      </w:tr>
      <w:tr w:rsidR="007F53E0" w14:paraId="35D0F98B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3CB2B5BF" w14:textId="77777777" w:rsidR="007F53E0" w:rsidRDefault="007F53E0"/>
        </w:tc>
        <w:tc>
          <w:tcPr>
            <w:tcW w:w="1049" w:type="dxa"/>
            <w:vMerge/>
            <w:vAlign w:val="center"/>
          </w:tcPr>
          <w:p w14:paraId="2EF32A44" w14:textId="77777777" w:rsidR="007F53E0" w:rsidRDefault="007F53E0"/>
        </w:tc>
        <w:tc>
          <w:tcPr>
            <w:tcW w:w="2661" w:type="dxa"/>
            <w:vAlign w:val="center"/>
          </w:tcPr>
          <w:p w14:paraId="41A9504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迈瑞试剂组</w:t>
            </w:r>
          </w:p>
        </w:tc>
        <w:tc>
          <w:tcPr>
            <w:tcW w:w="1109" w:type="dxa"/>
            <w:vAlign w:val="center"/>
          </w:tcPr>
          <w:p w14:paraId="1779FBB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80</w:t>
            </w:r>
          </w:p>
        </w:tc>
        <w:tc>
          <w:tcPr>
            <w:tcW w:w="850" w:type="dxa"/>
            <w:vAlign w:val="center"/>
          </w:tcPr>
          <w:p w14:paraId="3DB9F38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10.58</w:t>
            </w:r>
          </w:p>
        </w:tc>
        <w:tc>
          <w:tcPr>
            <w:tcW w:w="850" w:type="dxa"/>
            <w:vAlign w:val="center"/>
          </w:tcPr>
          <w:p w14:paraId="21C0FC7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4.77</w:t>
            </w:r>
          </w:p>
        </w:tc>
        <w:tc>
          <w:tcPr>
            <w:tcW w:w="1361" w:type="dxa"/>
            <w:vAlign w:val="center"/>
          </w:tcPr>
          <w:p w14:paraId="03A1C9A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7.04</w:t>
            </w:r>
          </w:p>
        </w:tc>
        <w:tc>
          <w:tcPr>
            <w:tcW w:w="1361" w:type="dxa"/>
            <w:vAlign w:val="center"/>
          </w:tcPr>
          <w:p w14:paraId="70C0F70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0.871</w:t>
            </w:r>
          </w:p>
        </w:tc>
      </w:tr>
      <w:tr w:rsidR="007F53E0" w14:paraId="106E759B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2D02200A" w14:textId="77777777" w:rsidR="007F53E0" w:rsidRDefault="007F53E0"/>
        </w:tc>
        <w:tc>
          <w:tcPr>
            <w:tcW w:w="1049" w:type="dxa"/>
            <w:vMerge/>
            <w:vAlign w:val="center"/>
          </w:tcPr>
          <w:p w14:paraId="4593F19B" w14:textId="77777777" w:rsidR="007F53E0" w:rsidRDefault="007F53E0"/>
        </w:tc>
        <w:tc>
          <w:tcPr>
            <w:tcW w:w="2661" w:type="dxa"/>
            <w:vAlign w:val="center"/>
          </w:tcPr>
          <w:p w14:paraId="57A8963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积水试剂组</w:t>
            </w:r>
          </w:p>
        </w:tc>
        <w:tc>
          <w:tcPr>
            <w:tcW w:w="1109" w:type="dxa"/>
            <w:vAlign w:val="center"/>
          </w:tcPr>
          <w:p w14:paraId="7997535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12</w:t>
            </w:r>
          </w:p>
        </w:tc>
        <w:tc>
          <w:tcPr>
            <w:tcW w:w="850" w:type="dxa"/>
            <w:vAlign w:val="center"/>
          </w:tcPr>
          <w:p w14:paraId="3D65BDA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10.7</w:t>
            </w:r>
          </w:p>
        </w:tc>
        <w:tc>
          <w:tcPr>
            <w:tcW w:w="850" w:type="dxa"/>
            <w:vAlign w:val="center"/>
          </w:tcPr>
          <w:p w14:paraId="032A53D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9.19</w:t>
            </w:r>
          </w:p>
        </w:tc>
        <w:tc>
          <w:tcPr>
            <w:tcW w:w="1361" w:type="dxa"/>
            <w:vAlign w:val="center"/>
          </w:tcPr>
          <w:p w14:paraId="09DE34B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10.05</w:t>
            </w:r>
          </w:p>
        </w:tc>
        <w:tc>
          <w:tcPr>
            <w:tcW w:w="1361" w:type="dxa"/>
            <w:vAlign w:val="center"/>
          </w:tcPr>
          <w:p w14:paraId="2C994EB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0.463</w:t>
            </w:r>
          </w:p>
        </w:tc>
      </w:tr>
      <w:tr w:rsidR="007F53E0" w14:paraId="217D2EA6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78A27470" w14:textId="77777777" w:rsidR="007F53E0" w:rsidRDefault="007F53E0"/>
        </w:tc>
        <w:tc>
          <w:tcPr>
            <w:tcW w:w="1049" w:type="dxa"/>
            <w:vMerge/>
            <w:vAlign w:val="center"/>
          </w:tcPr>
          <w:p w14:paraId="0B59ECEE" w14:textId="77777777" w:rsidR="007F53E0" w:rsidRDefault="007F53E0"/>
        </w:tc>
        <w:tc>
          <w:tcPr>
            <w:tcW w:w="2661" w:type="dxa"/>
            <w:vAlign w:val="center"/>
          </w:tcPr>
          <w:p w14:paraId="13E3287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长岛试剂组</w:t>
            </w:r>
          </w:p>
        </w:tc>
        <w:tc>
          <w:tcPr>
            <w:tcW w:w="1109" w:type="dxa"/>
            <w:vAlign w:val="center"/>
          </w:tcPr>
          <w:p w14:paraId="0C9484C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18</w:t>
            </w:r>
          </w:p>
        </w:tc>
        <w:tc>
          <w:tcPr>
            <w:tcW w:w="850" w:type="dxa"/>
            <w:vAlign w:val="center"/>
          </w:tcPr>
          <w:p w14:paraId="38B6591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14.05</w:t>
            </w:r>
          </w:p>
        </w:tc>
        <w:tc>
          <w:tcPr>
            <w:tcW w:w="850" w:type="dxa"/>
            <w:vAlign w:val="center"/>
          </w:tcPr>
          <w:p w14:paraId="468504A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5.15</w:t>
            </w:r>
          </w:p>
        </w:tc>
        <w:tc>
          <w:tcPr>
            <w:tcW w:w="1361" w:type="dxa"/>
            <w:vAlign w:val="center"/>
          </w:tcPr>
          <w:p w14:paraId="780F413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8.15</w:t>
            </w:r>
          </w:p>
        </w:tc>
        <w:tc>
          <w:tcPr>
            <w:tcW w:w="1361" w:type="dxa"/>
            <w:vAlign w:val="center"/>
          </w:tcPr>
          <w:p w14:paraId="7C45EC0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2.205</w:t>
            </w:r>
          </w:p>
        </w:tc>
      </w:tr>
      <w:tr w:rsidR="007F53E0" w14:paraId="6DC0CE29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5A736940" w14:textId="77777777" w:rsidR="007F53E0" w:rsidRDefault="007F53E0"/>
        </w:tc>
        <w:tc>
          <w:tcPr>
            <w:tcW w:w="1049" w:type="dxa"/>
            <w:vMerge/>
            <w:vAlign w:val="center"/>
          </w:tcPr>
          <w:p w14:paraId="18999904" w14:textId="77777777" w:rsidR="007F53E0" w:rsidRDefault="007F53E0"/>
        </w:tc>
        <w:tc>
          <w:tcPr>
            <w:tcW w:w="2661" w:type="dxa"/>
            <w:vAlign w:val="center"/>
          </w:tcPr>
          <w:p w14:paraId="578FDCFC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希肯试剂组</w:t>
            </w:r>
          </w:p>
        </w:tc>
        <w:tc>
          <w:tcPr>
            <w:tcW w:w="1109" w:type="dxa"/>
            <w:vAlign w:val="center"/>
          </w:tcPr>
          <w:p w14:paraId="451D81A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30</w:t>
            </w:r>
          </w:p>
        </w:tc>
        <w:tc>
          <w:tcPr>
            <w:tcW w:w="850" w:type="dxa"/>
            <w:vAlign w:val="center"/>
          </w:tcPr>
          <w:p w14:paraId="180459F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10.69</w:t>
            </w:r>
          </w:p>
        </w:tc>
        <w:tc>
          <w:tcPr>
            <w:tcW w:w="850" w:type="dxa"/>
            <w:vAlign w:val="center"/>
          </w:tcPr>
          <w:p w14:paraId="79FBE7DD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7.51</w:t>
            </w:r>
          </w:p>
        </w:tc>
        <w:tc>
          <w:tcPr>
            <w:tcW w:w="1361" w:type="dxa"/>
            <w:vAlign w:val="center"/>
          </w:tcPr>
          <w:p w14:paraId="4FFAFDA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9.44</w:t>
            </w:r>
          </w:p>
        </w:tc>
        <w:tc>
          <w:tcPr>
            <w:tcW w:w="1361" w:type="dxa"/>
            <w:vAlign w:val="center"/>
          </w:tcPr>
          <w:p w14:paraId="6AE1A69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0.774</w:t>
            </w:r>
          </w:p>
        </w:tc>
      </w:tr>
      <w:tr w:rsidR="007F53E0" w14:paraId="19198509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18B1FCE6" w14:textId="77777777" w:rsidR="007F53E0" w:rsidRDefault="007F53E0"/>
        </w:tc>
        <w:tc>
          <w:tcPr>
            <w:tcW w:w="1049" w:type="dxa"/>
            <w:vMerge/>
            <w:vAlign w:val="center"/>
          </w:tcPr>
          <w:p w14:paraId="7F3FBCB9" w14:textId="77777777" w:rsidR="007F53E0" w:rsidRDefault="007F53E0"/>
        </w:tc>
        <w:tc>
          <w:tcPr>
            <w:tcW w:w="2661" w:type="dxa"/>
            <w:vAlign w:val="center"/>
          </w:tcPr>
          <w:p w14:paraId="4B37F5C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九强试剂组</w:t>
            </w:r>
          </w:p>
        </w:tc>
        <w:tc>
          <w:tcPr>
            <w:tcW w:w="1109" w:type="dxa"/>
            <w:vAlign w:val="center"/>
          </w:tcPr>
          <w:p w14:paraId="3CDB99FF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9</w:t>
            </w:r>
          </w:p>
        </w:tc>
        <w:tc>
          <w:tcPr>
            <w:tcW w:w="850" w:type="dxa"/>
            <w:vAlign w:val="center"/>
          </w:tcPr>
          <w:p w14:paraId="4FAF9DE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7.92</w:t>
            </w:r>
          </w:p>
        </w:tc>
        <w:tc>
          <w:tcPr>
            <w:tcW w:w="850" w:type="dxa"/>
            <w:vAlign w:val="center"/>
          </w:tcPr>
          <w:p w14:paraId="1F49B80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7.24</w:t>
            </w:r>
          </w:p>
        </w:tc>
        <w:tc>
          <w:tcPr>
            <w:tcW w:w="1361" w:type="dxa"/>
            <w:vAlign w:val="center"/>
          </w:tcPr>
          <w:p w14:paraId="6A26C4B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7.65</w:t>
            </w:r>
          </w:p>
        </w:tc>
        <w:tc>
          <w:tcPr>
            <w:tcW w:w="1361" w:type="dxa"/>
            <w:vAlign w:val="center"/>
          </w:tcPr>
          <w:p w14:paraId="6C55228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0.199</w:t>
            </w:r>
          </w:p>
        </w:tc>
      </w:tr>
      <w:tr w:rsidR="007F53E0" w14:paraId="405F798D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0311598E" w14:textId="77777777" w:rsidR="007F53E0" w:rsidRDefault="007F53E0"/>
        </w:tc>
        <w:tc>
          <w:tcPr>
            <w:tcW w:w="1049" w:type="dxa"/>
            <w:vMerge/>
            <w:vAlign w:val="center"/>
          </w:tcPr>
          <w:p w14:paraId="4BA5414D" w14:textId="77777777" w:rsidR="007F53E0" w:rsidRDefault="007F53E0"/>
        </w:tc>
        <w:tc>
          <w:tcPr>
            <w:tcW w:w="2661" w:type="dxa"/>
            <w:vAlign w:val="center"/>
          </w:tcPr>
          <w:p w14:paraId="1DC700F7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众驰伟业试剂组</w:t>
            </w:r>
          </w:p>
        </w:tc>
        <w:tc>
          <w:tcPr>
            <w:tcW w:w="1109" w:type="dxa"/>
            <w:vAlign w:val="center"/>
          </w:tcPr>
          <w:p w14:paraId="767CD3FA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25</w:t>
            </w:r>
          </w:p>
        </w:tc>
        <w:tc>
          <w:tcPr>
            <w:tcW w:w="850" w:type="dxa"/>
            <w:vAlign w:val="center"/>
          </w:tcPr>
          <w:p w14:paraId="2DDD0C44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12.42</w:t>
            </w:r>
          </w:p>
        </w:tc>
        <w:tc>
          <w:tcPr>
            <w:tcW w:w="850" w:type="dxa"/>
            <w:vAlign w:val="center"/>
          </w:tcPr>
          <w:p w14:paraId="142C5CA8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3.06</w:t>
            </w:r>
          </w:p>
        </w:tc>
        <w:tc>
          <w:tcPr>
            <w:tcW w:w="1361" w:type="dxa"/>
            <w:vAlign w:val="center"/>
          </w:tcPr>
          <w:p w14:paraId="04EB453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6.09</w:t>
            </w:r>
          </w:p>
        </w:tc>
        <w:tc>
          <w:tcPr>
            <w:tcW w:w="1361" w:type="dxa"/>
            <w:vAlign w:val="center"/>
          </w:tcPr>
          <w:p w14:paraId="50CC1571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1.306</w:t>
            </w:r>
          </w:p>
        </w:tc>
      </w:tr>
      <w:tr w:rsidR="007F53E0" w14:paraId="225F2C26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29C6E679" w14:textId="77777777" w:rsidR="007F53E0" w:rsidRDefault="007F53E0"/>
        </w:tc>
        <w:tc>
          <w:tcPr>
            <w:tcW w:w="1049" w:type="dxa"/>
            <w:vMerge/>
            <w:vAlign w:val="center"/>
          </w:tcPr>
          <w:p w14:paraId="4E84780A" w14:textId="77777777" w:rsidR="007F53E0" w:rsidRDefault="007F53E0"/>
        </w:tc>
        <w:tc>
          <w:tcPr>
            <w:tcW w:w="2661" w:type="dxa"/>
            <w:vAlign w:val="center"/>
          </w:tcPr>
          <w:p w14:paraId="4AFDE76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帝迈试剂组</w:t>
            </w:r>
          </w:p>
        </w:tc>
        <w:tc>
          <w:tcPr>
            <w:tcW w:w="1109" w:type="dxa"/>
            <w:vAlign w:val="center"/>
          </w:tcPr>
          <w:p w14:paraId="09A451F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14</w:t>
            </w:r>
          </w:p>
        </w:tc>
        <w:tc>
          <w:tcPr>
            <w:tcW w:w="850" w:type="dxa"/>
            <w:vAlign w:val="center"/>
          </w:tcPr>
          <w:p w14:paraId="7FE90C86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8.71</w:t>
            </w:r>
          </w:p>
        </w:tc>
        <w:tc>
          <w:tcPr>
            <w:tcW w:w="850" w:type="dxa"/>
            <w:vAlign w:val="center"/>
          </w:tcPr>
          <w:p w14:paraId="2A927FC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6.34</w:t>
            </w:r>
          </w:p>
        </w:tc>
        <w:tc>
          <w:tcPr>
            <w:tcW w:w="1361" w:type="dxa"/>
            <w:vAlign w:val="center"/>
          </w:tcPr>
          <w:p w14:paraId="513D6630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7.58</w:t>
            </w:r>
          </w:p>
        </w:tc>
        <w:tc>
          <w:tcPr>
            <w:tcW w:w="1361" w:type="dxa"/>
            <w:vAlign w:val="center"/>
          </w:tcPr>
          <w:p w14:paraId="3B86184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0.572</w:t>
            </w:r>
          </w:p>
        </w:tc>
      </w:tr>
      <w:tr w:rsidR="007F53E0" w14:paraId="562E88E0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382D700B" w14:textId="77777777" w:rsidR="007F53E0" w:rsidRDefault="007F53E0"/>
        </w:tc>
        <w:tc>
          <w:tcPr>
            <w:tcW w:w="1049" w:type="dxa"/>
            <w:vMerge/>
            <w:vAlign w:val="center"/>
          </w:tcPr>
          <w:p w14:paraId="42301F5A" w14:textId="77777777" w:rsidR="007F53E0" w:rsidRDefault="007F53E0"/>
        </w:tc>
        <w:tc>
          <w:tcPr>
            <w:tcW w:w="2661" w:type="dxa"/>
            <w:vAlign w:val="center"/>
          </w:tcPr>
          <w:p w14:paraId="4B2F92D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基蛋生物试剂组</w:t>
            </w:r>
          </w:p>
        </w:tc>
        <w:tc>
          <w:tcPr>
            <w:tcW w:w="1109" w:type="dxa"/>
            <w:vAlign w:val="center"/>
          </w:tcPr>
          <w:p w14:paraId="7B2219F3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</w:t>
            </w:r>
          </w:p>
        </w:tc>
        <w:tc>
          <w:tcPr>
            <w:tcW w:w="850" w:type="dxa"/>
            <w:vAlign w:val="center"/>
          </w:tcPr>
          <w:p w14:paraId="664A6E2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7.6</w:t>
            </w:r>
          </w:p>
        </w:tc>
        <w:tc>
          <w:tcPr>
            <w:tcW w:w="850" w:type="dxa"/>
            <w:vAlign w:val="center"/>
          </w:tcPr>
          <w:p w14:paraId="5071613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6.51</w:t>
            </w:r>
          </w:p>
        </w:tc>
        <w:tc>
          <w:tcPr>
            <w:tcW w:w="1361" w:type="dxa"/>
            <w:vAlign w:val="center"/>
          </w:tcPr>
          <w:p w14:paraId="28ABE6B5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7.13</w:t>
            </w:r>
          </w:p>
        </w:tc>
        <w:tc>
          <w:tcPr>
            <w:tcW w:w="1361" w:type="dxa"/>
            <w:vAlign w:val="center"/>
          </w:tcPr>
          <w:p w14:paraId="65BE722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0.41</w:t>
            </w:r>
          </w:p>
        </w:tc>
      </w:tr>
      <w:tr w:rsidR="007F53E0" w14:paraId="2DED9435" w14:textId="77777777" w:rsidTr="008C78EA">
        <w:trPr>
          <w:cantSplit/>
          <w:jc w:val="center"/>
        </w:trPr>
        <w:tc>
          <w:tcPr>
            <w:tcW w:w="680" w:type="dxa"/>
            <w:vMerge/>
            <w:vAlign w:val="center"/>
          </w:tcPr>
          <w:p w14:paraId="5245EE7D" w14:textId="77777777" w:rsidR="007F53E0" w:rsidRDefault="007F53E0"/>
        </w:tc>
        <w:tc>
          <w:tcPr>
            <w:tcW w:w="1049" w:type="dxa"/>
            <w:vMerge/>
            <w:vAlign w:val="center"/>
          </w:tcPr>
          <w:p w14:paraId="5FDB0793" w14:textId="77777777" w:rsidR="007F53E0" w:rsidRDefault="007F53E0"/>
        </w:tc>
        <w:tc>
          <w:tcPr>
            <w:tcW w:w="2661" w:type="dxa"/>
            <w:vAlign w:val="center"/>
          </w:tcPr>
          <w:p w14:paraId="70BE8E42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迈克试剂组</w:t>
            </w:r>
          </w:p>
        </w:tc>
        <w:tc>
          <w:tcPr>
            <w:tcW w:w="1109" w:type="dxa"/>
            <w:vAlign w:val="center"/>
          </w:tcPr>
          <w:p w14:paraId="59645D7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8</w:t>
            </w:r>
          </w:p>
        </w:tc>
        <w:tc>
          <w:tcPr>
            <w:tcW w:w="850" w:type="dxa"/>
            <w:vAlign w:val="center"/>
          </w:tcPr>
          <w:p w14:paraId="7A6319E9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7.72</w:t>
            </w:r>
          </w:p>
        </w:tc>
        <w:tc>
          <w:tcPr>
            <w:tcW w:w="850" w:type="dxa"/>
            <w:vAlign w:val="center"/>
          </w:tcPr>
          <w:p w14:paraId="46E604D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6.24</w:t>
            </w:r>
          </w:p>
        </w:tc>
        <w:tc>
          <w:tcPr>
            <w:tcW w:w="1361" w:type="dxa"/>
            <w:vAlign w:val="center"/>
          </w:tcPr>
          <w:p w14:paraId="015590FE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6.43</w:t>
            </w:r>
          </w:p>
        </w:tc>
        <w:tc>
          <w:tcPr>
            <w:tcW w:w="1361" w:type="dxa"/>
            <w:vAlign w:val="center"/>
          </w:tcPr>
          <w:p w14:paraId="4AA819AB" w14:textId="77777777" w:rsidR="007F53E0" w:rsidRDefault="00000000">
            <w:pPr>
              <w:jc w:val="center"/>
            </w:pPr>
            <w:r>
              <w:rPr>
                <w:rFonts w:ascii="宋体" w:hAnsi="宋体"/>
                <w:sz w:val="17"/>
              </w:rPr>
              <w:t>0.195</w:t>
            </w:r>
          </w:p>
        </w:tc>
      </w:tr>
    </w:tbl>
    <w:p w14:paraId="0E5B8774" w14:textId="77777777" w:rsidR="00DF471E" w:rsidRDefault="00DF471E"/>
    <w:sectPr w:rsidR="00DF471E" w:rsidSect="00034616">
      <w:pgSz w:w="12240" w:h="15840"/>
      <w:pgMar w:top="964" w:right="822" w:bottom="907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roman"/>
    <w:pitch w:val="variable"/>
    <w:sig w:usb0="21002A87" w:usb1="298F0000" w:usb2="00000016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3940388">
    <w:abstractNumId w:val="8"/>
  </w:num>
  <w:num w:numId="2" w16cid:durableId="804272799">
    <w:abstractNumId w:val="6"/>
  </w:num>
  <w:num w:numId="3" w16cid:durableId="2022127360">
    <w:abstractNumId w:val="5"/>
  </w:num>
  <w:num w:numId="4" w16cid:durableId="1419058356">
    <w:abstractNumId w:val="4"/>
  </w:num>
  <w:num w:numId="5" w16cid:durableId="10954919">
    <w:abstractNumId w:val="7"/>
  </w:num>
  <w:num w:numId="6" w16cid:durableId="927343863">
    <w:abstractNumId w:val="3"/>
  </w:num>
  <w:num w:numId="7" w16cid:durableId="648166315">
    <w:abstractNumId w:val="2"/>
  </w:num>
  <w:num w:numId="8" w16cid:durableId="341320333">
    <w:abstractNumId w:val="1"/>
  </w:num>
  <w:num w:numId="9" w16cid:durableId="875117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629"/>
    <w:rsid w:val="0006063C"/>
    <w:rsid w:val="0015074B"/>
    <w:rsid w:val="0029639D"/>
    <w:rsid w:val="002B3A9D"/>
    <w:rsid w:val="00326F90"/>
    <w:rsid w:val="006F5820"/>
    <w:rsid w:val="007F53E0"/>
    <w:rsid w:val="008C78EA"/>
    <w:rsid w:val="00AA1D8D"/>
    <w:rsid w:val="00B47730"/>
    <w:rsid w:val="00B74099"/>
    <w:rsid w:val="00CB0664"/>
    <w:rsid w:val="00D40A47"/>
    <w:rsid w:val="00DF471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21D262"/>
  <w14:defaultImageDpi w14:val="300"/>
  <w15:docId w15:val="{5B92467D-9B39-458F-8B6F-9A503C23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宋体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QASection">
    <w:name w:val="EQA Section"/>
    <w:pPr>
      <w:spacing w:before="120" w:after="80"/>
    </w:pPr>
    <w:rPr>
      <w:rFonts w:ascii="Arial" w:eastAsia="黑体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亚婷 张</cp:lastModifiedBy>
  <cp:revision>5</cp:revision>
  <dcterms:created xsi:type="dcterms:W3CDTF">2026-09-02T03:18:00Z</dcterms:created>
  <dcterms:modified xsi:type="dcterms:W3CDTF">2026-09-03T06:44:00Z</dcterms:modified>
  <cp:category/>
</cp:coreProperties>
</file>